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00CE0" w14:textId="77777777" w:rsidR="005F0CF1" w:rsidRDefault="005F0CF1">
      <w:pPr>
        <w:autoSpaceDE w:val="0"/>
        <w:autoSpaceDN w:val="0"/>
        <w:spacing w:after="78" w:line="220" w:lineRule="exact"/>
      </w:pPr>
    </w:p>
    <w:p w14:paraId="425AB8D4" w14:textId="19E64305" w:rsidR="005F0CF1" w:rsidRDefault="00F150A0" w:rsidP="00107395">
      <w:pPr>
        <w:pStyle w:val="a9"/>
        <w:jc w:val="center"/>
        <w:rPr>
          <w:rFonts w:ascii="Times New Roman" w:hAnsi="Times New Roman" w:cs="Times New Roman"/>
          <w:b/>
          <w:bCs/>
          <w:sz w:val="24"/>
          <w:szCs w:val="24"/>
          <w:lang w:val="ru-RU"/>
        </w:rPr>
      </w:pPr>
      <w:r w:rsidRPr="00107395">
        <w:rPr>
          <w:rFonts w:ascii="Times New Roman" w:hAnsi="Times New Roman" w:cs="Times New Roman"/>
          <w:b/>
          <w:bCs/>
          <w:sz w:val="24"/>
          <w:szCs w:val="24"/>
          <w:lang w:val="ru-RU"/>
        </w:rPr>
        <w:t>МИНИСТЕРСТВО ПРОСВЕЩЕНИЯ РОССИЙСКОЙ ФЕДЕРАЦИИ</w:t>
      </w:r>
    </w:p>
    <w:p w14:paraId="31A5D17D" w14:textId="77777777" w:rsidR="00107395" w:rsidRPr="00107395" w:rsidRDefault="00107395" w:rsidP="00107395">
      <w:pPr>
        <w:pStyle w:val="a9"/>
        <w:jc w:val="center"/>
        <w:rPr>
          <w:rFonts w:ascii="Times New Roman" w:hAnsi="Times New Roman" w:cs="Times New Roman"/>
          <w:b/>
          <w:bCs/>
          <w:sz w:val="24"/>
          <w:szCs w:val="24"/>
          <w:lang w:val="ru-RU"/>
        </w:rPr>
      </w:pPr>
    </w:p>
    <w:p w14:paraId="2D71737C" w14:textId="41626481" w:rsidR="005F0CF1" w:rsidRDefault="00F150A0" w:rsidP="00107395">
      <w:pPr>
        <w:pStyle w:val="a9"/>
        <w:jc w:val="center"/>
        <w:rPr>
          <w:rFonts w:ascii="Times New Roman" w:hAnsi="Times New Roman" w:cs="Times New Roman"/>
          <w:sz w:val="24"/>
          <w:szCs w:val="24"/>
          <w:lang w:val="ru-RU"/>
        </w:rPr>
      </w:pPr>
      <w:r w:rsidRPr="00107395">
        <w:rPr>
          <w:rFonts w:ascii="Times New Roman" w:hAnsi="Times New Roman" w:cs="Times New Roman"/>
          <w:sz w:val="24"/>
          <w:szCs w:val="24"/>
          <w:lang w:val="ru-RU"/>
        </w:rPr>
        <w:t>Министерство образования и науки Республики Татарстан</w:t>
      </w:r>
    </w:p>
    <w:p w14:paraId="76B67643" w14:textId="77777777" w:rsidR="00107395" w:rsidRPr="00107395" w:rsidRDefault="00107395" w:rsidP="00107395">
      <w:pPr>
        <w:pStyle w:val="a9"/>
        <w:jc w:val="center"/>
        <w:rPr>
          <w:rFonts w:ascii="Times New Roman" w:hAnsi="Times New Roman" w:cs="Times New Roman"/>
          <w:sz w:val="24"/>
          <w:szCs w:val="24"/>
          <w:lang w:val="ru-RU"/>
        </w:rPr>
      </w:pPr>
    </w:p>
    <w:p w14:paraId="7468270C" w14:textId="50E3DA88" w:rsidR="005F0CF1" w:rsidRDefault="00F150A0" w:rsidP="00107395">
      <w:pPr>
        <w:pStyle w:val="a9"/>
        <w:jc w:val="center"/>
        <w:rPr>
          <w:rFonts w:ascii="Times New Roman" w:hAnsi="Times New Roman" w:cs="Times New Roman"/>
          <w:sz w:val="24"/>
          <w:szCs w:val="24"/>
          <w:lang w:val="ru-RU"/>
        </w:rPr>
      </w:pPr>
      <w:r w:rsidRPr="00107395">
        <w:rPr>
          <w:rFonts w:ascii="Times New Roman" w:hAnsi="Times New Roman" w:cs="Times New Roman"/>
          <w:sz w:val="24"/>
          <w:szCs w:val="24"/>
          <w:lang w:val="ru-RU"/>
        </w:rPr>
        <w:t>МУ "Отдел образования исполнительного комитета Спасского муниципального района"</w:t>
      </w:r>
    </w:p>
    <w:p w14:paraId="5043665A" w14:textId="77777777" w:rsidR="00107395" w:rsidRPr="00107395" w:rsidRDefault="00107395" w:rsidP="00107395">
      <w:pPr>
        <w:pStyle w:val="a9"/>
        <w:jc w:val="center"/>
        <w:rPr>
          <w:rFonts w:ascii="Times New Roman" w:hAnsi="Times New Roman" w:cs="Times New Roman"/>
          <w:sz w:val="24"/>
          <w:szCs w:val="24"/>
          <w:lang w:val="ru-RU"/>
        </w:rPr>
      </w:pPr>
    </w:p>
    <w:p w14:paraId="5AAEF0BE" w14:textId="44BA6775" w:rsidR="005F0CF1" w:rsidRDefault="00F150A0" w:rsidP="00107395">
      <w:pPr>
        <w:pStyle w:val="a9"/>
        <w:jc w:val="center"/>
        <w:rPr>
          <w:rFonts w:ascii="Times New Roman" w:hAnsi="Times New Roman" w:cs="Times New Roman"/>
          <w:sz w:val="24"/>
          <w:szCs w:val="24"/>
        </w:rPr>
      </w:pPr>
      <w:r w:rsidRPr="00107395">
        <w:rPr>
          <w:rFonts w:ascii="Times New Roman" w:hAnsi="Times New Roman" w:cs="Times New Roman"/>
          <w:sz w:val="24"/>
          <w:szCs w:val="24"/>
        </w:rPr>
        <w:t>МБОУ «БСОШ № 2»</w:t>
      </w:r>
    </w:p>
    <w:p w14:paraId="3E1FC866" w14:textId="6457C32D" w:rsidR="00107395" w:rsidRDefault="00107395" w:rsidP="00107395">
      <w:pPr>
        <w:pStyle w:val="a9"/>
        <w:jc w:val="center"/>
        <w:rPr>
          <w:rFonts w:ascii="Times New Roman" w:hAnsi="Times New Roman" w:cs="Times New Roman"/>
          <w:sz w:val="24"/>
          <w:szCs w:val="24"/>
        </w:rPr>
      </w:pPr>
    </w:p>
    <w:p w14:paraId="15E77230" w14:textId="77777777" w:rsidR="00107395" w:rsidRPr="00107395" w:rsidRDefault="00107395" w:rsidP="00107395">
      <w:pPr>
        <w:pStyle w:val="a9"/>
        <w:jc w:val="center"/>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222"/>
        <w:gridCol w:w="3420"/>
        <w:gridCol w:w="3465"/>
      </w:tblGrid>
      <w:tr w:rsidR="005E6F34" w14:paraId="4C1FF984" w14:textId="77777777" w:rsidTr="005E6F34">
        <w:trPr>
          <w:trHeight w:hRule="exact" w:val="274"/>
        </w:trPr>
        <w:tc>
          <w:tcPr>
            <w:tcW w:w="3222" w:type="dxa"/>
            <w:tcMar>
              <w:left w:w="0" w:type="dxa"/>
              <w:right w:w="0" w:type="dxa"/>
            </w:tcMar>
          </w:tcPr>
          <w:p w14:paraId="008C5C2F" w14:textId="77777777" w:rsidR="005E6F34" w:rsidRDefault="005E6F34" w:rsidP="00F150A0">
            <w:pPr>
              <w:autoSpaceDE w:val="0"/>
              <w:autoSpaceDN w:val="0"/>
              <w:spacing w:before="48" w:after="0" w:line="230" w:lineRule="auto"/>
              <w:ind w:left="142"/>
            </w:pPr>
            <w:r>
              <w:rPr>
                <w:rFonts w:ascii="Times New Roman" w:eastAsia="Times New Roman" w:hAnsi="Times New Roman"/>
                <w:color w:val="000000"/>
                <w:w w:val="102"/>
                <w:sz w:val="20"/>
              </w:rPr>
              <w:t>РАССМОТРЕНО</w:t>
            </w:r>
          </w:p>
        </w:tc>
        <w:tc>
          <w:tcPr>
            <w:tcW w:w="3420" w:type="dxa"/>
            <w:tcMar>
              <w:left w:w="0" w:type="dxa"/>
              <w:right w:w="0" w:type="dxa"/>
            </w:tcMar>
          </w:tcPr>
          <w:p w14:paraId="23B92575" w14:textId="77777777" w:rsidR="005E6F34" w:rsidRDefault="005E6F34" w:rsidP="00F150A0">
            <w:pPr>
              <w:autoSpaceDE w:val="0"/>
              <w:autoSpaceDN w:val="0"/>
              <w:spacing w:before="48" w:after="0" w:line="230" w:lineRule="auto"/>
              <w:ind w:left="296"/>
            </w:pPr>
            <w:r>
              <w:rPr>
                <w:rFonts w:ascii="Times New Roman" w:eastAsia="Times New Roman" w:hAnsi="Times New Roman"/>
                <w:color w:val="000000"/>
                <w:w w:val="102"/>
                <w:sz w:val="20"/>
              </w:rPr>
              <w:t>СОГЛАСОВАНО</w:t>
            </w:r>
          </w:p>
        </w:tc>
        <w:tc>
          <w:tcPr>
            <w:tcW w:w="3465" w:type="dxa"/>
            <w:tcMar>
              <w:left w:w="0" w:type="dxa"/>
              <w:right w:w="0" w:type="dxa"/>
            </w:tcMar>
          </w:tcPr>
          <w:p w14:paraId="10DEBDB1" w14:textId="77777777" w:rsidR="005E6F34" w:rsidRDefault="005E6F34" w:rsidP="00F150A0">
            <w:pPr>
              <w:autoSpaceDE w:val="0"/>
              <w:autoSpaceDN w:val="0"/>
              <w:spacing w:before="48" w:after="0" w:line="230" w:lineRule="auto"/>
              <w:ind w:left="392"/>
            </w:pPr>
            <w:r>
              <w:rPr>
                <w:rFonts w:ascii="Times New Roman" w:eastAsia="Times New Roman" w:hAnsi="Times New Roman"/>
                <w:color w:val="000000"/>
                <w:w w:val="102"/>
                <w:sz w:val="20"/>
              </w:rPr>
              <w:t>УТВЕРЖДЕНО</w:t>
            </w:r>
          </w:p>
        </w:tc>
      </w:tr>
      <w:tr w:rsidR="005E6F34" w14:paraId="1EC5003F" w14:textId="77777777" w:rsidTr="005E6F34">
        <w:trPr>
          <w:trHeight w:hRule="exact" w:val="200"/>
        </w:trPr>
        <w:tc>
          <w:tcPr>
            <w:tcW w:w="3222" w:type="dxa"/>
            <w:tcMar>
              <w:left w:w="0" w:type="dxa"/>
              <w:right w:w="0" w:type="dxa"/>
            </w:tcMar>
          </w:tcPr>
          <w:p w14:paraId="01B426B8"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lang w:val="ru-RU"/>
              </w:rPr>
            </w:pPr>
            <w:r w:rsidRPr="00267D08">
              <w:rPr>
                <w:rFonts w:ascii="Times New Roman" w:eastAsia="Times New Roman" w:hAnsi="Times New Roman"/>
                <w:color w:val="000000"/>
                <w:w w:val="102"/>
                <w:sz w:val="20"/>
                <w:lang w:val="ru-RU"/>
              </w:rPr>
              <w:t>на заседании</w:t>
            </w:r>
            <w:r>
              <w:rPr>
                <w:rFonts w:ascii="Times New Roman" w:eastAsia="Times New Roman" w:hAnsi="Times New Roman"/>
                <w:color w:val="000000"/>
                <w:w w:val="102"/>
                <w:sz w:val="20"/>
                <w:lang w:val="ru-RU"/>
              </w:rPr>
              <w:t xml:space="preserve"> МО</w:t>
            </w:r>
            <w:r w:rsidRPr="00267D08">
              <w:rPr>
                <w:rFonts w:ascii="Times New Roman" w:eastAsia="Times New Roman" w:hAnsi="Times New Roman"/>
                <w:color w:val="000000"/>
                <w:w w:val="102"/>
                <w:sz w:val="20"/>
                <w:lang w:val="ru-RU"/>
              </w:rPr>
              <w:t xml:space="preserve"> учителей</w:t>
            </w:r>
            <w:r>
              <w:rPr>
                <w:rFonts w:ascii="Times New Roman" w:eastAsia="Times New Roman" w:hAnsi="Times New Roman"/>
                <w:color w:val="000000"/>
                <w:w w:val="102"/>
                <w:sz w:val="20"/>
                <w:lang w:val="ru-RU"/>
              </w:rPr>
              <w:t xml:space="preserve"> </w:t>
            </w:r>
          </w:p>
          <w:p w14:paraId="773E0FE5"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lang w:val="ru-RU"/>
              </w:rPr>
            </w:pPr>
          </w:p>
          <w:p w14:paraId="22F4C718"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lang w:val="ru-RU"/>
              </w:rPr>
            </w:pPr>
          </w:p>
          <w:p w14:paraId="2386BAB6"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lang w:val="ru-RU"/>
              </w:rPr>
            </w:pPr>
          </w:p>
          <w:p w14:paraId="02B5AD8A"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lang w:val="ru-RU"/>
              </w:rPr>
            </w:pPr>
          </w:p>
          <w:p w14:paraId="0ECF3D4F" w14:textId="77777777" w:rsidR="005E6F34" w:rsidRPr="00267D08" w:rsidRDefault="005E6F34" w:rsidP="00F150A0">
            <w:pPr>
              <w:autoSpaceDE w:val="0"/>
              <w:autoSpaceDN w:val="0"/>
              <w:spacing w:after="0" w:line="230" w:lineRule="auto"/>
              <w:ind w:left="142"/>
              <w:rPr>
                <w:lang w:val="ru-RU"/>
              </w:rPr>
            </w:pPr>
            <w:r w:rsidRPr="00267D08">
              <w:rPr>
                <w:rFonts w:ascii="Times New Roman" w:eastAsia="Times New Roman" w:hAnsi="Times New Roman"/>
                <w:color w:val="000000"/>
                <w:w w:val="102"/>
                <w:sz w:val="20"/>
                <w:lang w:val="ru-RU"/>
              </w:rPr>
              <w:t xml:space="preserve"> начальных</w:t>
            </w:r>
          </w:p>
        </w:tc>
        <w:tc>
          <w:tcPr>
            <w:tcW w:w="3420" w:type="dxa"/>
            <w:tcMar>
              <w:left w:w="0" w:type="dxa"/>
              <w:right w:w="0" w:type="dxa"/>
            </w:tcMar>
          </w:tcPr>
          <w:p w14:paraId="3F6FBFB1" w14:textId="77777777" w:rsidR="005E6F34" w:rsidRDefault="005E6F34" w:rsidP="00F150A0">
            <w:pPr>
              <w:autoSpaceDE w:val="0"/>
              <w:autoSpaceDN w:val="0"/>
              <w:spacing w:after="0" w:line="230" w:lineRule="auto"/>
              <w:ind w:left="296"/>
            </w:pPr>
            <w:r>
              <w:rPr>
                <w:rFonts w:ascii="Times New Roman" w:eastAsia="Times New Roman" w:hAnsi="Times New Roman"/>
                <w:color w:val="000000"/>
                <w:w w:val="102"/>
                <w:sz w:val="20"/>
              </w:rPr>
              <w:t>на заседании МС школы</w:t>
            </w:r>
          </w:p>
        </w:tc>
        <w:tc>
          <w:tcPr>
            <w:tcW w:w="3465" w:type="dxa"/>
            <w:tcMar>
              <w:left w:w="0" w:type="dxa"/>
              <w:right w:w="0" w:type="dxa"/>
            </w:tcMar>
          </w:tcPr>
          <w:p w14:paraId="3D19B86D" w14:textId="53E67615" w:rsidR="005E6F34" w:rsidRPr="00185D9B" w:rsidRDefault="005E6F34" w:rsidP="00F150A0">
            <w:pPr>
              <w:autoSpaceDE w:val="0"/>
              <w:autoSpaceDN w:val="0"/>
              <w:spacing w:after="0" w:line="230" w:lineRule="auto"/>
              <w:ind w:left="392"/>
              <w:rPr>
                <w:lang w:val="ru-RU"/>
              </w:rPr>
            </w:pPr>
            <w:r>
              <w:rPr>
                <w:rFonts w:ascii="Times New Roman" w:eastAsia="Times New Roman" w:hAnsi="Times New Roman"/>
                <w:color w:val="000000"/>
                <w:w w:val="102"/>
                <w:sz w:val="20"/>
              </w:rPr>
              <w:t>Директор</w:t>
            </w:r>
            <w:r>
              <w:rPr>
                <w:rFonts w:ascii="Times New Roman" w:eastAsia="Times New Roman" w:hAnsi="Times New Roman"/>
                <w:color w:val="000000"/>
                <w:w w:val="102"/>
                <w:sz w:val="20"/>
                <w:lang w:val="ru-RU"/>
              </w:rPr>
              <w:t xml:space="preserve"> </w:t>
            </w:r>
          </w:p>
        </w:tc>
      </w:tr>
      <w:tr w:rsidR="005E6F34" w14:paraId="2EDCADB7" w14:textId="77777777" w:rsidTr="005E6F34">
        <w:trPr>
          <w:trHeight w:hRule="exact" w:val="80"/>
        </w:trPr>
        <w:tc>
          <w:tcPr>
            <w:tcW w:w="3222" w:type="dxa"/>
            <w:tcMar>
              <w:left w:w="0" w:type="dxa"/>
              <w:right w:w="0" w:type="dxa"/>
            </w:tcMar>
          </w:tcPr>
          <w:p w14:paraId="06A731C7"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rPr>
            </w:pPr>
          </w:p>
        </w:tc>
        <w:tc>
          <w:tcPr>
            <w:tcW w:w="3420" w:type="dxa"/>
            <w:tcMar>
              <w:left w:w="0" w:type="dxa"/>
              <w:right w:w="0" w:type="dxa"/>
            </w:tcMar>
          </w:tcPr>
          <w:p w14:paraId="572D5E4E" w14:textId="77777777" w:rsidR="005E6F34" w:rsidRDefault="005E6F34" w:rsidP="00F150A0">
            <w:pPr>
              <w:autoSpaceDE w:val="0"/>
              <w:autoSpaceDN w:val="0"/>
              <w:spacing w:after="0" w:line="230" w:lineRule="auto"/>
              <w:ind w:left="296"/>
              <w:rPr>
                <w:rFonts w:ascii="Times New Roman" w:eastAsia="Times New Roman" w:hAnsi="Times New Roman"/>
                <w:color w:val="000000"/>
                <w:w w:val="102"/>
                <w:sz w:val="20"/>
              </w:rPr>
            </w:pPr>
          </w:p>
        </w:tc>
        <w:tc>
          <w:tcPr>
            <w:tcW w:w="3465" w:type="dxa"/>
            <w:tcMar>
              <w:left w:w="0" w:type="dxa"/>
              <w:right w:w="0" w:type="dxa"/>
            </w:tcMar>
          </w:tcPr>
          <w:p w14:paraId="0287CD53" w14:textId="77777777" w:rsidR="005E6F34" w:rsidRDefault="005E6F34" w:rsidP="00F150A0">
            <w:pPr>
              <w:autoSpaceDE w:val="0"/>
              <w:autoSpaceDN w:val="0"/>
              <w:spacing w:after="0" w:line="230" w:lineRule="auto"/>
              <w:ind w:left="392"/>
              <w:rPr>
                <w:rFonts w:ascii="Times New Roman" w:eastAsia="Times New Roman" w:hAnsi="Times New Roman"/>
                <w:color w:val="000000"/>
                <w:w w:val="102"/>
                <w:sz w:val="20"/>
              </w:rPr>
            </w:pPr>
          </w:p>
        </w:tc>
      </w:tr>
      <w:tr w:rsidR="005E6F34" w14:paraId="0C76F45C" w14:textId="77777777" w:rsidTr="005E6F34">
        <w:trPr>
          <w:trHeight w:hRule="exact" w:val="400"/>
        </w:trPr>
        <w:tc>
          <w:tcPr>
            <w:tcW w:w="3222" w:type="dxa"/>
            <w:tcMar>
              <w:left w:w="0" w:type="dxa"/>
              <w:right w:w="0" w:type="dxa"/>
            </w:tcMar>
          </w:tcPr>
          <w:p w14:paraId="630100AD"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rPr>
            </w:pPr>
            <w:r>
              <w:rPr>
                <w:rFonts w:ascii="Times New Roman" w:eastAsia="Times New Roman" w:hAnsi="Times New Roman"/>
                <w:color w:val="000000"/>
                <w:w w:val="102"/>
                <w:sz w:val="20"/>
                <w:lang w:val="ru-RU"/>
              </w:rPr>
              <w:t>начальных к</w:t>
            </w:r>
            <w:r>
              <w:rPr>
                <w:rFonts w:ascii="Times New Roman" w:eastAsia="Times New Roman" w:hAnsi="Times New Roman"/>
                <w:color w:val="000000"/>
                <w:w w:val="102"/>
                <w:sz w:val="20"/>
              </w:rPr>
              <w:t>лассов</w:t>
            </w:r>
          </w:p>
          <w:p w14:paraId="3883CA5C"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rPr>
            </w:pPr>
          </w:p>
          <w:p w14:paraId="32F6F946" w14:textId="77777777" w:rsidR="005E6F34" w:rsidRDefault="005E6F34" w:rsidP="00F150A0">
            <w:pPr>
              <w:autoSpaceDE w:val="0"/>
              <w:autoSpaceDN w:val="0"/>
              <w:spacing w:after="0" w:line="230" w:lineRule="auto"/>
              <w:ind w:left="142"/>
              <w:rPr>
                <w:rFonts w:ascii="Times New Roman" w:eastAsia="Times New Roman" w:hAnsi="Times New Roman"/>
                <w:color w:val="000000"/>
                <w:w w:val="102"/>
                <w:sz w:val="20"/>
              </w:rPr>
            </w:pPr>
          </w:p>
          <w:p w14:paraId="47C5C1B4" w14:textId="77777777" w:rsidR="005E6F34" w:rsidRDefault="005E6F34" w:rsidP="00F150A0">
            <w:pPr>
              <w:autoSpaceDE w:val="0"/>
              <w:autoSpaceDN w:val="0"/>
              <w:spacing w:after="0" w:line="230" w:lineRule="auto"/>
              <w:ind w:left="142"/>
            </w:pPr>
          </w:p>
        </w:tc>
        <w:tc>
          <w:tcPr>
            <w:tcW w:w="3420" w:type="dxa"/>
            <w:vMerge w:val="restart"/>
            <w:tcMar>
              <w:left w:w="0" w:type="dxa"/>
              <w:right w:w="0" w:type="dxa"/>
            </w:tcMar>
          </w:tcPr>
          <w:p w14:paraId="08A4F6FA" w14:textId="77777777" w:rsidR="005E6F34" w:rsidRDefault="005E6F34" w:rsidP="00F150A0">
            <w:pPr>
              <w:autoSpaceDE w:val="0"/>
              <w:autoSpaceDN w:val="0"/>
              <w:spacing w:before="198" w:after="0" w:line="230" w:lineRule="auto"/>
              <w:ind w:left="296"/>
            </w:pPr>
            <w:r>
              <w:rPr>
                <w:rFonts w:ascii="Times New Roman" w:eastAsia="Times New Roman" w:hAnsi="Times New Roman"/>
                <w:color w:val="000000"/>
                <w:w w:val="102"/>
                <w:sz w:val="20"/>
              </w:rPr>
              <w:t>______________Черкасова Е.А.</w:t>
            </w:r>
          </w:p>
        </w:tc>
        <w:tc>
          <w:tcPr>
            <w:tcW w:w="3465" w:type="dxa"/>
            <w:vMerge w:val="restart"/>
            <w:tcMar>
              <w:left w:w="0" w:type="dxa"/>
              <w:right w:w="0" w:type="dxa"/>
            </w:tcMar>
          </w:tcPr>
          <w:p w14:paraId="3BA38D77" w14:textId="77777777" w:rsidR="005E6F34" w:rsidRDefault="005E6F34" w:rsidP="00F150A0">
            <w:pPr>
              <w:autoSpaceDE w:val="0"/>
              <w:autoSpaceDN w:val="0"/>
              <w:spacing w:before="198" w:after="0" w:line="230" w:lineRule="auto"/>
              <w:ind w:left="392"/>
            </w:pPr>
            <w:r>
              <w:rPr>
                <w:rFonts w:ascii="Times New Roman" w:eastAsia="Times New Roman" w:hAnsi="Times New Roman"/>
                <w:color w:val="000000"/>
                <w:w w:val="102"/>
                <w:sz w:val="20"/>
              </w:rPr>
              <w:t>______________Борюшкина Л.В.</w:t>
            </w:r>
          </w:p>
        </w:tc>
      </w:tr>
      <w:tr w:rsidR="005E6F34" w14:paraId="1F10FBE9" w14:textId="77777777" w:rsidTr="005E6F34">
        <w:trPr>
          <w:trHeight w:hRule="exact" w:val="116"/>
        </w:trPr>
        <w:tc>
          <w:tcPr>
            <w:tcW w:w="3222" w:type="dxa"/>
            <w:vMerge w:val="restart"/>
            <w:tcMar>
              <w:left w:w="0" w:type="dxa"/>
              <w:right w:w="0" w:type="dxa"/>
            </w:tcMar>
          </w:tcPr>
          <w:p w14:paraId="4A893700" w14:textId="77777777" w:rsidR="005E6F34" w:rsidRDefault="005E6F34" w:rsidP="00F150A0">
            <w:pPr>
              <w:autoSpaceDE w:val="0"/>
              <w:autoSpaceDN w:val="0"/>
              <w:spacing w:before="2" w:after="0" w:line="230" w:lineRule="auto"/>
              <w:ind w:left="142"/>
            </w:pPr>
            <w:r>
              <w:rPr>
                <w:rFonts w:ascii="Times New Roman" w:eastAsia="Times New Roman" w:hAnsi="Times New Roman"/>
                <w:color w:val="000000"/>
                <w:w w:val="102"/>
                <w:sz w:val="20"/>
              </w:rPr>
              <w:t>______________Егорова О.Н.</w:t>
            </w:r>
          </w:p>
        </w:tc>
        <w:tc>
          <w:tcPr>
            <w:tcW w:w="3420" w:type="dxa"/>
            <w:vMerge/>
          </w:tcPr>
          <w:p w14:paraId="0D0FE314" w14:textId="77777777" w:rsidR="005E6F34" w:rsidRDefault="005E6F34" w:rsidP="00F150A0"/>
        </w:tc>
        <w:tc>
          <w:tcPr>
            <w:tcW w:w="3465" w:type="dxa"/>
            <w:vMerge/>
          </w:tcPr>
          <w:p w14:paraId="35873535" w14:textId="77777777" w:rsidR="005E6F34" w:rsidRDefault="005E6F34" w:rsidP="00F150A0"/>
        </w:tc>
      </w:tr>
      <w:tr w:rsidR="005E6F34" w14:paraId="10671E97" w14:textId="77777777" w:rsidTr="005E6F34">
        <w:trPr>
          <w:trHeight w:hRule="exact" w:val="304"/>
        </w:trPr>
        <w:tc>
          <w:tcPr>
            <w:tcW w:w="3222" w:type="dxa"/>
            <w:vMerge/>
          </w:tcPr>
          <w:p w14:paraId="699CE253" w14:textId="77777777" w:rsidR="005E6F34" w:rsidRDefault="005E6F34" w:rsidP="00F150A0">
            <w:pPr>
              <w:ind w:left="142"/>
            </w:pPr>
          </w:p>
        </w:tc>
        <w:tc>
          <w:tcPr>
            <w:tcW w:w="3420" w:type="dxa"/>
            <w:tcMar>
              <w:left w:w="0" w:type="dxa"/>
              <w:right w:w="0" w:type="dxa"/>
            </w:tcMar>
          </w:tcPr>
          <w:p w14:paraId="42A36B56" w14:textId="77777777" w:rsidR="005E6F34" w:rsidRDefault="005E6F34" w:rsidP="00F150A0">
            <w:pPr>
              <w:autoSpaceDE w:val="0"/>
              <w:autoSpaceDN w:val="0"/>
              <w:spacing w:before="78" w:after="0" w:line="230" w:lineRule="auto"/>
              <w:ind w:left="296"/>
            </w:pPr>
            <w:r>
              <w:rPr>
                <w:rFonts w:ascii="Times New Roman" w:eastAsia="Times New Roman" w:hAnsi="Times New Roman"/>
                <w:color w:val="000000"/>
                <w:w w:val="102"/>
                <w:sz w:val="20"/>
              </w:rPr>
              <w:t>Протокол №</w:t>
            </w:r>
            <w:r>
              <w:rPr>
                <w:rFonts w:ascii="Times New Roman" w:eastAsia="Times New Roman" w:hAnsi="Times New Roman"/>
                <w:color w:val="000000"/>
                <w:w w:val="102"/>
                <w:sz w:val="20"/>
                <w:lang w:val="ru-RU"/>
              </w:rPr>
              <w:t>1</w:t>
            </w:r>
            <w:r>
              <w:rPr>
                <w:rFonts w:ascii="Times New Roman" w:eastAsia="Times New Roman" w:hAnsi="Times New Roman"/>
                <w:color w:val="000000"/>
                <w:w w:val="102"/>
                <w:sz w:val="20"/>
              </w:rPr>
              <w:t>____</w:t>
            </w:r>
          </w:p>
        </w:tc>
        <w:tc>
          <w:tcPr>
            <w:tcW w:w="3465" w:type="dxa"/>
            <w:tcMar>
              <w:left w:w="0" w:type="dxa"/>
              <w:right w:w="0" w:type="dxa"/>
            </w:tcMar>
          </w:tcPr>
          <w:p w14:paraId="12598C46" w14:textId="77777777" w:rsidR="005E6F34" w:rsidRDefault="005E6F34" w:rsidP="00F150A0">
            <w:pPr>
              <w:autoSpaceDE w:val="0"/>
              <w:autoSpaceDN w:val="0"/>
              <w:spacing w:before="78" w:after="0" w:line="230" w:lineRule="auto"/>
              <w:ind w:left="392"/>
            </w:pPr>
            <w:r>
              <w:rPr>
                <w:rFonts w:ascii="Times New Roman" w:eastAsia="Times New Roman" w:hAnsi="Times New Roman"/>
                <w:color w:val="000000"/>
                <w:w w:val="102"/>
                <w:sz w:val="20"/>
              </w:rPr>
              <w:t>Приказ №____</w:t>
            </w:r>
          </w:p>
        </w:tc>
      </w:tr>
      <w:tr w:rsidR="005E6F34" w14:paraId="67EDBB2F" w14:textId="77777777" w:rsidTr="005E6F34">
        <w:trPr>
          <w:trHeight w:hRule="exact" w:val="300"/>
        </w:trPr>
        <w:tc>
          <w:tcPr>
            <w:tcW w:w="3222" w:type="dxa"/>
            <w:tcMar>
              <w:left w:w="0" w:type="dxa"/>
              <w:right w:w="0" w:type="dxa"/>
            </w:tcMar>
          </w:tcPr>
          <w:p w14:paraId="5F0D536E" w14:textId="77777777" w:rsidR="005E6F34" w:rsidRDefault="005E6F34" w:rsidP="00F150A0">
            <w:pPr>
              <w:autoSpaceDE w:val="0"/>
              <w:autoSpaceDN w:val="0"/>
              <w:spacing w:after="0" w:line="230" w:lineRule="auto"/>
              <w:ind w:left="142"/>
            </w:pPr>
            <w:r>
              <w:rPr>
                <w:rFonts w:ascii="Times New Roman" w:eastAsia="Times New Roman" w:hAnsi="Times New Roman"/>
                <w:color w:val="000000"/>
                <w:w w:val="102"/>
                <w:sz w:val="20"/>
              </w:rPr>
              <w:t>Протокол №</w:t>
            </w:r>
            <w:r>
              <w:rPr>
                <w:rFonts w:ascii="Times New Roman" w:eastAsia="Times New Roman" w:hAnsi="Times New Roman"/>
                <w:color w:val="000000"/>
                <w:w w:val="102"/>
                <w:sz w:val="20"/>
                <w:lang w:val="ru-RU"/>
              </w:rPr>
              <w:t>1</w:t>
            </w:r>
            <w:r>
              <w:rPr>
                <w:rFonts w:ascii="Times New Roman" w:eastAsia="Times New Roman" w:hAnsi="Times New Roman"/>
                <w:color w:val="000000"/>
                <w:w w:val="102"/>
                <w:sz w:val="20"/>
              </w:rPr>
              <w:t>____</w:t>
            </w:r>
          </w:p>
        </w:tc>
        <w:tc>
          <w:tcPr>
            <w:tcW w:w="3420" w:type="dxa"/>
            <w:vMerge w:val="restart"/>
            <w:tcMar>
              <w:left w:w="0" w:type="dxa"/>
              <w:right w:w="0" w:type="dxa"/>
            </w:tcMar>
          </w:tcPr>
          <w:p w14:paraId="1D46953B" w14:textId="77777777" w:rsidR="005E6F34" w:rsidRDefault="005E6F34" w:rsidP="00F150A0">
            <w:pPr>
              <w:autoSpaceDE w:val="0"/>
              <w:autoSpaceDN w:val="0"/>
              <w:spacing w:before="194" w:after="0" w:line="230" w:lineRule="auto"/>
              <w:ind w:left="296"/>
            </w:pPr>
            <w:r>
              <w:rPr>
                <w:rFonts w:ascii="Times New Roman" w:eastAsia="Times New Roman" w:hAnsi="Times New Roman"/>
                <w:color w:val="000000"/>
                <w:w w:val="102"/>
                <w:sz w:val="20"/>
              </w:rPr>
              <w:t>от "</w:t>
            </w:r>
            <w:r>
              <w:rPr>
                <w:rFonts w:ascii="Times New Roman" w:eastAsia="Times New Roman" w:hAnsi="Times New Roman"/>
                <w:color w:val="000000"/>
                <w:w w:val="102"/>
                <w:sz w:val="20"/>
                <w:lang w:val="ru-RU"/>
              </w:rPr>
              <w:t>29</w:t>
            </w:r>
            <w:r>
              <w:rPr>
                <w:rFonts w:ascii="Times New Roman" w:eastAsia="Times New Roman" w:hAnsi="Times New Roman"/>
                <w:color w:val="000000"/>
                <w:w w:val="102"/>
                <w:sz w:val="20"/>
              </w:rPr>
              <w:t xml:space="preserve">" </w:t>
            </w:r>
            <w:r>
              <w:rPr>
                <w:rFonts w:ascii="Times New Roman" w:eastAsia="Times New Roman" w:hAnsi="Times New Roman"/>
                <w:color w:val="000000"/>
                <w:w w:val="102"/>
                <w:sz w:val="20"/>
                <w:lang w:val="ru-RU"/>
              </w:rPr>
              <w:t>августа</w:t>
            </w:r>
            <w:r>
              <w:rPr>
                <w:rFonts w:ascii="Times New Roman" w:eastAsia="Times New Roman" w:hAnsi="Times New Roman"/>
                <w:color w:val="000000"/>
                <w:w w:val="102"/>
                <w:sz w:val="20"/>
              </w:rPr>
              <w:t xml:space="preserve"> 20</w:t>
            </w:r>
            <w:r>
              <w:rPr>
                <w:rFonts w:ascii="Times New Roman" w:eastAsia="Times New Roman" w:hAnsi="Times New Roman"/>
                <w:color w:val="000000"/>
                <w:w w:val="102"/>
                <w:sz w:val="20"/>
                <w:lang w:val="ru-RU"/>
              </w:rPr>
              <w:t>22</w:t>
            </w:r>
            <w:r>
              <w:rPr>
                <w:rFonts w:ascii="Times New Roman" w:eastAsia="Times New Roman" w:hAnsi="Times New Roman"/>
                <w:color w:val="000000"/>
                <w:w w:val="102"/>
                <w:sz w:val="20"/>
              </w:rPr>
              <w:t xml:space="preserve"> г.</w:t>
            </w:r>
          </w:p>
        </w:tc>
        <w:tc>
          <w:tcPr>
            <w:tcW w:w="3465" w:type="dxa"/>
            <w:vMerge w:val="restart"/>
            <w:tcMar>
              <w:left w:w="0" w:type="dxa"/>
              <w:right w:w="0" w:type="dxa"/>
            </w:tcMar>
          </w:tcPr>
          <w:p w14:paraId="37D7ABFC" w14:textId="5DC1F934" w:rsidR="005E6F34" w:rsidRDefault="005E6F34" w:rsidP="00F150A0">
            <w:pPr>
              <w:autoSpaceDE w:val="0"/>
              <w:autoSpaceDN w:val="0"/>
              <w:spacing w:before="194" w:after="0" w:line="230" w:lineRule="auto"/>
              <w:ind w:left="392"/>
            </w:pPr>
            <w:r>
              <w:rPr>
                <w:rFonts w:ascii="Times New Roman" w:eastAsia="Times New Roman" w:hAnsi="Times New Roman"/>
                <w:color w:val="000000"/>
                <w:w w:val="102"/>
                <w:sz w:val="20"/>
              </w:rPr>
              <w:t>от "___"</w:t>
            </w:r>
            <w:r w:rsidR="00C75735">
              <w:rPr>
                <w:rFonts w:ascii="Times New Roman" w:eastAsia="Times New Roman" w:hAnsi="Times New Roman"/>
                <w:color w:val="000000"/>
                <w:w w:val="102"/>
                <w:sz w:val="20"/>
                <w:lang w:val="ru-RU"/>
              </w:rPr>
              <w:t xml:space="preserve"> августа </w:t>
            </w:r>
            <w:r>
              <w:rPr>
                <w:rFonts w:ascii="Times New Roman" w:eastAsia="Times New Roman" w:hAnsi="Times New Roman"/>
                <w:color w:val="000000"/>
                <w:w w:val="102"/>
                <w:sz w:val="20"/>
              </w:rPr>
              <w:t>20</w:t>
            </w:r>
            <w:r>
              <w:rPr>
                <w:rFonts w:ascii="Times New Roman" w:eastAsia="Times New Roman" w:hAnsi="Times New Roman"/>
                <w:color w:val="000000"/>
                <w:w w:val="102"/>
                <w:sz w:val="20"/>
                <w:lang w:val="ru-RU"/>
              </w:rPr>
              <w:t>22</w:t>
            </w:r>
            <w:r>
              <w:rPr>
                <w:rFonts w:ascii="Times New Roman" w:eastAsia="Times New Roman" w:hAnsi="Times New Roman"/>
                <w:color w:val="000000"/>
                <w:w w:val="102"/>
                <w:sz w:val="20"/>
              </w:rPr>
              <w:t>__ г.</w:t>
            </w:r>
          </w:p>
        </w:tc>
      </w:tr>
      <w:tr w:rsidR="005E6F34" w14:paraId="3C097A9E" w14:textId="77777777" w:rsidTr="005E6F34">
        <w:trPr>
          <w:trHeight w:hRule="exact" w:val="384"/>
        </w:trPr>
        <w:tc>
          <w:tcPr>
            <w:tcW w:w="3222" w:type="dxa"/>
            <w:tcMar>
              <w:left w:w="0" w:type="dxa"/>
              <w:right w:w="0" w:type="dxa"/>
            </w:tcMar>
          </w:tcPr>
          <w:p w14:paraId="2632F5B5" w14:textId="77777777" w:rsidR="005E6F34" w:rsidRDefault="005E6F34" w:rsidP="00F150A0">
            <w:pPr>
              <w:autoSpaceDE w:val="0"/>
              <w:autoSpaceDN w:val="0"/>
              <w:spacing w:before="98" w:after="0" w:line="230" w:lineRule="auto"/>
              <w:ind w:left="142"/>
            </w:pPr>
            <w:r>
              <w:rPr>
                <w:rFonts w:ascii="Times New Roman" w:eastAsia="Times New Roman" w:hAnsi="Times New Roman"/>
                <w:color w:val="000000"/>
                <w:w w:val="102"/>
                <w:sz w:val="20"/>
              </w:rPr>
              <w:t>от "</w:t>
            </w:r>
            <w:r>
              <w:rPr>
                <w:rFonts w:ascii="Times New Roman" w:eastAsia="Times New Roman" w:hAnsi="Times New Roman"/>
                <w:color w:val="000000"/>
                <w:w w:val="102"/>
                <w:sz w:val="20"/>
                <w:lang w:val="ru-RU"/>
              </w:rPr>
              <w:t>29</w:t>
            </w:r>
            <w:r>
              <w:rPr>
                <w:rFonts w:ascii="Times New Roman" w:eastAsia="Times New Roman" w:hAnsi="Times New Roman"/>
                <w:color w:val="000000"/>
                <w:w w:val="102"/>
                <w:sz w:val="20"/>
              </w:rPr>
              <w:t xml:space="preserve">" </w:t>
            </w:r>
            <w:r>
              <w:rPr>
                <w:rFonts w:ascii="Times New Roman" w:eastAsia="Times New Roman" w:hAnsi="Times New Roman"/>
                <w:color w:val="000000"/>
                <w:w w:val="102"/>
                <w:sz w:val="20"/>
                <w:lang w:val="ru-RU"/>
              </w:rPr>
              <w:t xml:space="preserve">августа </w:t>
            </w:r>
            <w:r>
              <w:rPr>
                <w:rFonts w:ascii="Times New Roman" w:eastAsia="Times New Roman" w:hAnsi="Times New Roman"/>
                <w:color w:val="000000"/>
                <w:w w:val="102"/>
                <w:sz w:val="20"/>
              </w:rPr>
              <w:t>20</w:t>
            </w:r>
            <w:r>
              <w:rPr>
                <w:rFonts w:ascii="Times New Roman" w:eastAsia="Times New Roman" w:hAnsi="Times New Roman"/>
                <w:color w:val="000000"/>
                <w:w w:val="102"/>
                <w:sz w:val="20"/>
                <w:lang w:val="ru-RU"/>
              </w:rPr>
              <w:t>22</w:t>
            </w:r>
            <w:r>
              <w:rPr>
                <w:rFonts w:ascii="Times New Roman" w:eastAsia="Times New Roman" w:hAnsi="Times New Roman"/>
                <w:color w:val="000000"/>
                <w:w w:val="102"/>
                <w:sz w:val="20"/>
              </w:rPr>
              <w:t xml:space="preserve"> г.</w:t>
            </w:r>
          </w:p>
        </w:tc>
        <w:tc>
          <w:tcPr>
            <w:tcW w:w="3420" w:type="dxa"/>
            <w:vMerge/>
          </w:tcPr>
          <w:p w14:paraId="0C08EF5B" w14:textId="77777777" w:rsidR="005E6F34" w:rsidRDefault="005E6F34" w:rsidP="00F150A0"/>
        </w:tc>
        <w:tc>
          <w:tcPr>
            <w:tcW w:w="3465" w:type="dxa"/>
            <w:vMerge/>
          </w:tcPr>
          <w:p w14:paraId="4DD33E4A" w14:textId="77777777" w:rsidR="005E6F34" w:rsidRDefault="005E6F34" w:rsidP="00F150A0"/>
        </w:tc>
      </w:tr>
    </w:tbl>
    <w:p w14:paraId="7BE55700" w14:textId="77777777" w:rsidR="005F0CF1" w:rsidRDefault="005F0CF1">
      <w:pPr>
        <w:autoSpaceDE w:val="0"/>
        <w:autoSpaceDN w:val="0"/>
        <w:spacing w:after="0" w:line="60" w:lineRule="exact"/>
      </w:pPr>
    </w:p>
    <w:p w14:paraId="749AB78D" w14:textId="1EE56AE4" w:rsidR="005F0CF1" w:rsidRPr="00C467D3" w:rsidRDefault="00F150A0" w:rsidP="00C467D3">
      <w:pPr>
        <w:autoSpaceDE w:val="0"/>
        <w:autoSpaceDN w:val="0"/>
        <w:spacing w:before="978" w:after="0" w:line="230" w:lineRule="auto"/>
        <w:ind w:left="3600" w:right="3630"/>
        <w:jc w:val="center"/>
        <w:rPr>
          <w:lang w:val="ru-RU"/>
        </w:rPr>
      </w:pPr>
      <w:r w:rsidRPr="00C467D3">
        <w:rPr>
          <w:rFonts w:ascii="Times New Roman" w:eastAsia="Times New Roman" w:hAnsi="Times New Roman"/>
          <w:b/>
          <w:color w:val="000000"/>
          <w:sz w:val="24"/>
          <w:lang w:val="ru-RU"/>
        </w:rPr>
        <w:t>РАБОЧАЯ ПРОГРАММА</w:t>
      </w:r>
      <w:r w:rsidR="00C467D3">
        <w:rPr>
          <w:rFonts w:ascii="Times New Roman" w:eastAsia="Times New Roman" w:hAnsi="Times New Roman"/>
          <w:b/>
          <w:color w:val="000000"/>
          <w:sz w:val="24"/>
          <w:lang w:val="ru-RU"/>
        </w:rPr>
        <w:t xml:space="preserve">                                     </w:t>
      </w:r>
      <w:r w:rsidR="00C467D3" w:rsidRPr="00C467D3">
        <w:rPr>
          <w:rFonts w:ascii="Times New Roman" w:eastAsia="Times New Roman" w:hAnsi="Times New Roman"/>
          <w:b/>
          <w:color w:val="000000"/>
          <w:sz w:val="24"/>
          <w:lang w:val="ru-RU"/>
        </w:rPr>
        <w:t>НАЧАЛЬНОГО ОБЩЕГО ОБРАЗОВАНИЯ</w:t>
      </w:r>
      <w:bookmarkStart w:id="0" w:name="_GoBack"/>
      <w:bookmarkEnd w:id="0"/>
    </w:p>
    <w:p w14:paraId="6E8082A6" w14:textId="77777777" w:rsidR="005F0CF1" w:rsidRPr="005E6F34" w:rsidRDefault="00F150A0">
      <w:pPr>
        <w:autoSpaceDE w:val="0"/>
        <w:autoSpaceDN w:val="0"/>
        <w:spacing w:before="70" w:after="0" w:line="230" w:lineRule="auto"/>
        <w:ind w:right="4402"/>
        <w:jc w:val="right"/>
        <w:rPr>
          <w:lang w:val="ru-RU"/>
        </w:rPr>
      </w:pPr>
      <w:r w:rsidRPr="005E6F34">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5E6F34">
        <w:rPr>
          <w:rFonts w:ascii="Times New Roman" w:eastAsia="Times New Roman" w:hAnsi="Times New Roman"/>
          <w:b/>
          <w:color w:val="000000"/>
          <w:sz w:val="24"/>
          <w:lang w:val="ru-RU"/>
        </w:rPr>
        <w:t xml:space="preserve"> 4622460)</w:t>
      </w:r>
    </w:p>
    <w:p w14:paraId="5320FFD5" w14:textId="77777777" w:rsidR="005F0CF1" w:rsidRPr="005E6F34" w:rsidRDefault="00F150A0">
      <w:pPr>
        <w:autoSpaceDE w:val="0"/>
        <w:autoSpaceDN w:val="0"/>
        <w:spacing w:before="166" w:after="0" w:line="230" w:lineRule="auto"/>
        <w:ind w:right="4002"/>
        <w:jc w:val="right"/>
        <w:rPr>
          <w:lang w:val="ru-RU"/>
        </w:rPr>
      </w:pPr>
      <w:r w:rsidRPr="005E6F34">
        <w:rPr>
          <w:rFonts w:ascii="Times New Roman" w:eastAsia="Times New Roman" w:hAnsi="Times New Roman"/>
          <w:color w:val="000000"/>
          <w:sz w:val="24"/>
          <w:lang w:val="ru-RU"/>
        </w:rPr>
        <w:t>учебного предмета</w:t>
      </w:r>
    </w:p>
    <w:p w14:paraId="34036D04" w14:textId="77777777" w:rsidR="005F0CF1" w:rsidRPr="005E6F34" w:rsidRDefault="00F150A0">
      <w:pPr>
        <w:autoSpaceDE w:val="0"/>
        <w:autoSpaceDN w:val="0"/>
        <w:spacing w:before="70" w:after="0" w:line="230" w:lineRule="auto"/>
        <w:ind w:right="3760"/>
        <w:jc w:val="right"/>
        <w:rPr>
          <w:lang w:val="ru-RU"/>
        </w:rPr>
      </w:pPr>
      <w:r w:rsidRPr="005E6F34">
        <w:rPr>
          <w:rFonts w:ascii="Times New Roman" w:eastAsia="Times New Roman" w:hAnsi="Times New Roman"/>
          <w:color w:val="000000"/>
          <w:sz w:val="24"/>
          <w:lang w:val="ru-RU"/>
        </w:rPr>
        <w:t>«Литературное чтение»</w:t>
      </w:r>
    </w:p>
    <w:p w14:paraId="7CF7F070" w14:textId="783902C7" w:rsidR="005E6F34" w:rsidRDefault="00AA5A8F" w:rsidP="00AA5A8F">
      <w:pPr>
        <w:autoSpaceDE w:val="0"/>
        <w:autoSpaceDN w:val="0"/>
        <w:spacing w:before="2112" w:after="0" w:line="230" w:lineRule="auto"/>
        <w:ind w:right="22"/>
        <w:jc w:val="center"/>
        <w:rPr>
          <w:rFonts w:ascii="Times New Roman" w:eastAsia="Times New Roman" w:hAnsi="Times New Roman"/>
          <w:color w:val="000000"/>
          <w:sz w:val="24"/>
          <w:lang w:val="ru-RU"/>
        </w:rPr>
      </w:pPr>
      <w:r w:rsidRPr="00AA5A8F">
        <w:rPr>
          <w:rFonts w:ascii="Times New Roman" w:eastAsia="Times New Roman" w:hAnsi="Times New Roman"/>
          <w:color w:val="000000"/>
          <w:sz w:val="24"/>
          <w:lang w:val="ru-RU"/>
        </w:rPr>
        <w:t>для 1-4 классов начального общего образования</w:t>
      </w:r>
    </w:p>
    <w:p w14:paraId="0571D531" w14:textId="7B0C6FB8" w:rsidR="00107395" w:rsidRDefault="00107395"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2726EB85" w14:textId="1B260298" w:rsidR="00107395" w:rsidRDefault="00107395"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1C3E3A51" w14:textId="1A4FF8A4" w:rsidR="00107395" w:rsidRDefault="00107395"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09025C6F" w14:textId="3AA0D249" w:rsidR="00107395" w:rsidRDefault="00107395"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46B00AB1" w14:textId="77777777" w:rsidR="00107395" w:rsidRDefault="00107395"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1C160E5F" w14:textId="77777777" w:rsidR="005E6F34" w:rsidRDefault="005E6F34"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3B30ABAD" w14:textId="77777777" w:rsidR="005E6F34" w:rsidRDefault="005E6F34"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377232F6" w14:textId="77777777" w:rsidR="005E6F34" w:rsidRDefault="005E6F34"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02D32094" w14:textId="77777777" w:rsidR="005E6F34" w:rsidRDefault="005E6F34"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17D178A0" w14:textId="77777777" w:rsidR="005E6F34" w:rsidRDefault="005E6F34" w:rsidP="005E6F34">
      <w:pPr>
        <w:autoSpaceDE w:val="0"/>
        <w:autoSpaceDN w:val="0"/>
        <w:spacing w:before="70" w:after="0" w:line="230" w:lineRule="auto"/>
        <w:ind w:right="20"/>
        <w:jc w:val="right"/>
        <w:rPr>
          <w:rFonts w:ascii="Times New Roman" w:eastAsia="Times New Roman" w:hAnsi="Times New Roman"/>
          <w:color w:val="000000"/>
          <w:sz w:val="24"/>
          <w:lang w:val="ru-RU"/>
        </w:rPr>
      </w:pPr>
    </w:p>
    <w:p w14:paraId="4D8EBC09" w14:textId="78956F08" w:rsidR="005F0CF1" w:rsidRPr="000C5F05" w:rsidRDefault="00F150A0" w:rsidP="005E6F34">
      <w:pPr>
        <w:autoSpaceDE w:val="0"/>
        <w:autoSpaceDN w:val="0"/>
        <w:spacing w:before="70" w:after="0" w:line="230" w:lineRule="auto"/>
        <w:ind w:right="20"/>
        <w:jc w:val="center"/>
        <w:rPr>
          <w:lang w:val="ru-RU"/>
        </w:rPr>
        <w:sectPr w:rsidR="005F0CF1" w:rsidRPr="000C5F05" w:rsidSect="000019FD">
          <w:headerReference w:type="default" r:id="rId8"/>
          <w:pgSz w:w="11900" w:h="16840"/>
          <w:pgMar w:top="298" w:right="890" w:bottom="296" w:left="738" w:header="720" w:footer="720" w:gutter="0"/>
          <w:cols w:space="720" w:equalWidth="0">
            <w:col w:w="10272" w:space="0"/>
          </w:cols>
          <w:titlePg/>
          <w:docGrid w:linePitch="360"/>
        </w:sectPr>
      </w:pPr>
      <w:r w:rsidRPr="000C5F05">
        <w:rPr>
          <w:rFonts w:ascii="Times New Roman" w:eastAsia="Times New Roman" w:hAnsi="Times New Roman"/>
          <w:color w:val="000000"/>
          <w:sz w:val="24"/>
          <w:lang w:val="ru-RU"/>
        </w:rPr>
        <w:t>Болгар 2022</w:t>
      </w:r>
    </w:p>
    <w:p w14:paraId="1EE0C107" w14:textId="30B96B35" w:rsidR="005F0CF1" w:rsidRPr="00107395" w:rsidRDefault="00F150A0" w:rsidP="00107395">
      <w:pPr>
        <w:pStyle w:val="ae"/>
        <w:numPr>
          <w:ilvl w:val="0"/>
          <w:numId w:val="16"/>
        </w:numPr>
        <w:autoSpaceDE w:val="0"/>
        <w:autoSpaceDN w:val="0"/>
        <w:spacing w:after="0" w:line="240" w:lineRule="auto"/>
        <w:rPr>
          <w:lang w:val="ru-RU"/>
        </w:rPr>
      </w:pPr>
      <w:r w:rsidRPr="00107395">
        <w:rPr>
          <w:rFonts w:ascii="Times New Roman" w:eastAsia="Times New Roman" w:hAnsi="Times New Roman"/>
          <w:b/>
          <w:color w:val="000000"/>
          <w:sz w:val="24"/>
          <w:lang w:val="ru-RU"/>
        </w:rPr>
        <w:lastRenderedPageBreak/>
        <w:t>ПОЯСНИТЕЛЬНАЯ ЗАПИСКА</w:t>
      </w:r>
    </w:p>
    <w:p w14:paraId="2F59ED6E" w14:textId="77777777" w:rsidR="005F0CF1" w:rsidRPr="000019FD" w:rsidRDefault="00F150A0" w:rsidP="006D5F6A">
      <w:pPr>
        <w:autoSpaceDE w:val="0"/>
        <w:autoSpaceDN w:val="0"/>
        <w:spacing w:before="346" w:after="0" w:line="240" w:lineRule="auto"/>
        <w:ind w:firstLine="180"/>
        <w:jc w:val="both"/>
        <w:rPr>
          <w:lang w:val="ru-RU"/>
        </w:rPr>
      </w:pPr>
      <w:r w:rsidRPr="000019FD">
        <w:rPr>
          <w:rFonts w:ascii="Times New Roman" w:eastAsia="Times New Roman" w:hAnsi="Times New Roman"/>
          <w:color w:val="000000"/>
          <w:sz w:val="24"/>
          <w:lang w:val="ru-RU"/>
        </w:rPr>
        <w:t xml:space="preserve">Рабочая программа учебного предмета «Литературное чтение»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w:t>
      </w:r>
      <w:r w:rsidRPr="000019FD">
        <w:rPr>
          <w:lang w:val="ru-RU"/>
        </w:rPr>
        <w:br/>
      </w:r>
      <w:r w:rsidRPr="000019FD">
        <w:rPr>
          <w:rFonts w:ascii="Times New Roman" w:eastAsia="Times New Roman" w:hAnsi="Times New Roman"/>
          <w:color w:val="000000"/>
          <w:sz w:val="24"/>
          <w:lang w:val="ru-RU"/>
        </w:rPr>
        <w:t xml:space="preserve">приоритеты духовно-нравственного развития, воспитания и социализации обучающихся, </w:t>
      </w:r>
      <w:r w:rsidRPr="000019FD">
        <w:rPr>
          <w:lang w:val="ru-RU"/>
        </w:rPr>
        <w:br/>
      </w:r>
      <w:r w:rsidRPr="000019FD">
        <w:rPr>
          <w:rFonts w:ascii="Times New Roman" w:eastAsia="Times New Roman" w:hAnsi="Times New Roman"/>
          <w:color w:val="000000"/>
          <w:sz w:val="24"/>
          <w:lang w:val="ru-RU"/>
        </w:rPr>
        <w:t>сформулированные в Примерной программе воспитания.</w:t>
      </w:r>
    </w:p>
    <w:p w14:paraId="27F65E2B" w14:textId="70F55332" w:rsidR="005F0CF1" w:rsidRPr="00107395" w:rsidRDefault="00F150A0" w:rsidP="00107395">
      <w:pPr>
        <w:pStyle w:val="ae"/>
        <w:numPr>
          <w:ilvl w:val="0"/>
          <w:numId w:val="17"/>
        </w:numPr>
        <w:autoSpaceDE w:val="0"/>
        <w:autoSpaceDN w:val="0"/>
        <w:spacing w:before="190" w:after="0" w:line="240" w:lineRule="auto"/>
        <w:rPr>
          <w:lang w:val="ru-RU"/>
        </w:rPr>
      </w:pPr>
      <w:r w:rsidRPr="00107395">
        <w:rPr>
          <w:rFonts w:ascii="Times New Roman" w:eastAsia="Times New Roman" w:hAnsi="Times New Roman"/>
          <w:b/>
          <w:color w:val="000000"/>
          <w:sz w:val="24"/>
          <w:lang w:val="ru-RU"/>
        </w:rPr>
        <w:t>ОБЩАЯ ХАРАКТЕРИСТИКА УЧЕБНОГО ПРЕДМЕТА "ЛИТЕРАТУРНОЕ ЧТЕНИЕ"</w:t>
      </w:r>
    </w:p>
    <w:p w14:paraId="31875CDB" w14:textId="77777777" w:rsidR="005F0CF1" w:rsidRPr="000019FD" w:rsidRDefault="00F150A0" w:rsidP="006D5F6A">
      <w:pPr>
        <w:autoSpaceDE w:val="0"/>
        <w:autoSpaceDN w:val="0"/>
        <w:spacing w:before="192" w:after="0" w:line="240" w:lineRule="auto"/>
        <w:ind w:right="144" w:firstLine="180"/>
        <w:jc w:val="both"/>
        <w:rPr>
          <w:lang w:val="ru-RU"/>
        </w:rPr>
      </w:pPr>
      <w:r w:rsidRPr="000019FD">
        <w:rPr>
          <w:rFonts w:ascii="Times New Roman" w:eastAsia="Times New Roman" w:hAnsi="Times New Roman"/>
          <w:color w:val="000000"/>
          <w:sz w:val="24"/>
          <w:lang w:val="ru-RU"/>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14:paraId="3102111B" w14:textId="77777777" w:rsidR="005F0CF1" w:rsidRPr="000019FD" w:rsidRDefault="00F150A0" w:rsidP="006D5F6A">
      <w:pPr>
        <w:autoSpaceDE w:val="0"/>
        <w:autoSpaceDN w:val="0"/>
        <w:spacing w:before="70" w:after="0" w:line="240" w:lineRule="auto"/>
        <w:ind w:right="144" w:firstLine="180"/>
        <w:jc w:val="both"/>
        <w:rPr>
          <w:lang w:val="ru-RU"/>
        </w:rPr>
      </w:pPr>
      <w:r w:rsidRPr="000019FD">
        <w:rPr>
          <w:rFonts w:ascii="Times New Roman" w:eastAsia="Times New Roman" w:hAnsi="Times New Roman"/>
          <w:color w:val="000000"/>
          <w:sz w:val="24"/>
          <w:lang w:val="ru-RU"/>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14:paraId="37570097" w14:textId="77777777" w:rsidR="005F0CF1" w:rsidRPr="000019FD" w:rsidRDefault="00F150A0" w:rsidP="006D5F6A">
      <w:pPr>
        <w:autoSpaceDE w:val="0"/>
        <w:autoSpaceDN w:val="0"/>
        <w:spacing w:before="70" w:after="0" w:line="240" w:lineRule="auto"/>
        <w:ind w:firstLine="180"/>
        <w:jc w:val="both"/>
        <w:rPr>
          <w:lang w:val="ru-RU"/>
        </w:rPr>
      </w:pPr>
      <w:r w:rsidRPr="000019FD">
        <w:rPr>
          <w:rFonts w:ascii="Times New Roman" w:eastAsia="Times New Roman" w:hAnsi="Times New Roman"/>
          <w:color w:val="000000"/>
          <w:sz w:val="24"/>
          <w:lang w:val="ru-RU"/>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w:t>
      </w:r>
      <w:r w:rsidRPr="000019FD">
        <w:rPr>
          <w:lang w:val="ru-RU"/>
        </w:rPr>
        <w:br/>
      </w:r>
      <w:r w:rsidRPr="000019FD">
        <w:rPr>
          <w:rFonts w:ascii="Times New Roman" w:eastAsia="Times New Roman" w:hAnsi="Times New Roman"/>
          <w:color w:val="000000"/>
          <w:sz w:val="24"/>
          <w:lang w:val="ru-RU"/>
        </w:rPr>
        <w:t>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14:paraId="1FBE7B25" w14:textId="77777777" w:rsidR="005F0CF1" w:rsidRPr="000019FD" w:rsidRDefault="00F150A0" w:rsidP="006D5F6A">
      <w:pPr>
        <w:tabs>
          <w:tab w:val="left" w:pos="180"/>
        </w:tabs>
        <w:autoSpaceDE w:val="0"/>
        <w:autoSpaceDN w:val="0"/>
        <w:spacing w:before="70" w:after="0" w:line="240" w:lineRule="auto"/>
        <w:jc w:val="both"/>
        <w:rPr>
          <w:lang w:val="ru-RU"/>
        </w:rPr>
      </w:pPr>
      <w:r w:rsidRPr="000019FD">
        <w:rPr>
          <w:lang w:val="ru-RU"/>
        </w:rPr>
        <w:tab/>
      </w:r>
      <w:r w:rsidRPr="000019FD">
        <w:rPr>
          <w:rFonts w:ascii="Times New Roman" w:eastAsia="Times New Roman" w:hAnsi="Times New Roman"/>
          <w:color w:val="000000"/>
          <w:sz w:val="24"/>
          <w:lang w:val="ru-RU"/>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69870F8F" w14:textId="1DA92341" w:rsidR="005F0CF1" w:rsidRDefault="00F150A0" w:rsidP="006D5F6A">
      <w:pPr>
        <w:tabs>
          <w:tab w:val="left" w:pos="180"/>
        </w:tabs>
        <w:autoSpaceDE w:val="0"/>
        <w:autoSpaceDN w:val="0"/>
        <w:spacing w:before="70" w:after="0" w:line="240" w:lineRule="auto"/>
        <w:ind w:right="288"/>
        <w:jc w:val="both"/>
        <w:rPr>
          <w:rFonts w:ascii="Times New Roman" w:eastAsia="Times New Roman" w:hAnsi="Times New Roman"/>
          <w:color w:val="000000"/>
          <w:sz w:val="24"/>
          <w:lang w:val="ru-RU"/>
        </w:rPr>
      </w:pPr>
      <w:r w:rsidRPr="000019FD">
        <w:rPr>
          <w:lang w:val="ru-RU"/>
        </w:rPr>
        <w:tab/>
      </w:r>
      <w:r w:rsidRPr="000019FD">
        <w:rPr>
          <w:rFonts w:ascii="Times New Roman" w:eastAsia="Times New Roman" w:hAnsi="Times New Roman"/>
          <w:color w:val="000000"/>
          <w:sz w:val="24"/>
          <w:lang w:val="ru-RU"/>
        </w:rPr>
        <w:t>Предмет «Литературное чтение» преемственен по отношению к предмету «Литература», который изучается в основной школе.</w:t>
      </w:r>
    </w:p>
    <w:p w14:paraId="7CBA3DBD" w14:textId="0FDF86A8" w:rsidR="00107395" w:rsidRDefault="00107395" w:rsidP="006D5F6A">
      <w:pPr>
        <w:tabs>
          <w:tab w:val="left" w:pos="180"/>
        </w:tabs>
        <w:autoSpaceDE w:val="0"/>
        <w:autoSpaceDN w:val="0"/>
        <w:spacing w:before="70" w:after="0" w:line="240" w:lineRule="auto"/>
        <w:ind w:right="288"/>
        <w:jc w:val="both"/>
        <w:rPr>
          <w:rFonts w:ascii="Times New Roman" w:eastAsia="Times New Roman" w:hAnsi="Times New Roman"/>
          <w:color w:val="000000"/>
          <w:sz w:val="24"/>
          <w:lang w:val="ru-RU"/>
        </w:rPr>
      </w:pPr>
    </w:p>
    <w:p w14:paraId="0D3D8C6A" w14:textId="77777777" w:rsidR="00107395" w:rsidRPr="000019FD" w:rsidRDefault="00107395" w:rsidP="006D5F6A">
      <w:pPr>
        <w:tabs>
          <w:tab w:val="left" w:pos="180"/>
        </w:tabs>
        <w:autoSpaceDE w:val="0"/>
        <w:autoSpaceDN w:val="0"/>
        <w:spacing w:before="70" w:after="0" w:line="240" w:lineRule="auto"/>
        <w:ind w:right="288"/>
        <w:jc w:val="both"/>
        <w:rPr>
          <w:lang w:val="ru-RU"/>
        </w:rPr>
      </w:pPr>
    </w:p>
    <w:p w14:paraId="6C3594F9" w14:textId="5F513684" w:rsidR="005F0CF1" w:rsidRPr="00107395" w:rsidRDefault="00F150A0" w:rsidP="00107395">
      <w:pPr>
        <w:pStyle w:val="ae"/>
        <w:numPr>
          <w:ilvl w:val="0"/>
          <w:numId w:val="17"/>
        </w:numPr>
        <w:autoSpaceDE w:val="0"/>
        <w:autoSpaceDN w:val="0"/>
        <w:spacing w:after="0" w:line="240" w:lineRule="auto"/>
        <w:rPr>
          <w:lang w:val="ru-RU"/>
        </w:rPr>
      </w:pPr>
      <w:r w:rsidRPr="00107395">
        <w:rPr>
          <w:rFonts w:ascii="Times New Roman" w:eastAsia="Times New Roman" w:hAnsi="Times New Roman"/>
          <w:b/>
          <w:color w:val="000000"/>
          <w:sz w:val="24"/>
          <w:lang w:val="ru-RU"/>
        </w:rPr>
        <w:t>ЦЕЛИ ИЗУЧЕНИЯ УЧЕБНОГО ПРЕДМЕТА "ЛИТЕРАТУРНОЕ ЧТЕНИЕ"</w:t>
      </w:r>
    </w:p>
    <w:p w14:paraId="5EA0F856" w14:textId="605CE63B" w:rsidR="005F0CF1" w:rsidRPr="000019FD" w:rsidRDefault="00F150A0" w:rsidP="006D5F6A">
      <w:pPr>
        <w:autoSpaceDE w:val="0"/>
        <w:autoSpaceDN w:val="0"/>
        <w:spacing w:before="190" w:after="0" w:line="240" w:lineRule="auto"/>
        <w:ind w:right="24" w:firstLine="180"/>
        <w:jc w:val="both"/>
        <w:rPr>
          <w:lang w:val="ru-RU"/>
        </w:rPr>
      </w:pPr>
      <w:r w:rsidRPr="000019FD">
        <w:rPr>
          <w:rFonts w:ascii="Times New Roman" w:eastAsia="Times New Roman" w:hAnsi="Times New Roman"/>
          <w:color w:val="000000"/>
          <w:sz w:val="24"/>
          <w:lang w:val="ru-RU"/>
        </w:rPr>
        <w:t xml:space="preserve">Приоритетная </w:t>
      </w:r>
      <w:r w:rsidRPr="000019FD">
        <w:rPr>
          <w:rFonts w:ascii="Times New Roman" w:eastAsia="Times New Roman" w:hAnsi="Times New Roman"/>
          <w:b/>
          <w:color w:val="000000"/>
          <w:sz w:val="24"/>
          <w:lang w:val="ru-RU"/>
        </w:rPr>
        <w:t xml:space="preserve">цель </w:t>
      </w:r>
      <w:r w:rsidRPr="000019FD">
        <w:rPr>
          <w:rFonts w:ascii="Times New Roman" w:eastAsia="Times New Roman" w:hAnsi="Times New Roman"/>
          <w:color w:val="000000"/>
          <w:sz w:val="24"/>
          <w:lang w:val="ru-RU"/>
        </w:rPr>
        <w:t xml:space="preserve">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w:t>
      </w:r>
      <w:r w:rsidRPr="000019FD">
        <w:rPr>
          <w:lang w:val="ru-RU"/>
        </w:rPr>
        <w:br/>
      </w:r>
      <w:r w:rsidRPr="000019FD">
        <w:rPr>
          <w:rFonts w:ascii="Times New Roman" w:eastAsia="Times New Roman" w:hAnsi="Times New Roman"/>
          <w:color w:val="000000"/>
          <w:sz w:val="24"/>
          <w:lang w:val="ru-RU"/>
        </w:rPr>
        <w:t xml:space="preserve">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w:t>
      </w:r>
      <w:r w:rsidRPr="000019FD">
        <w:rPr>
          <w:lang w:val="ru-RU"/>
        </w:rPr>
        <w:br/>
      </w:r>
      <w:r w:rsidRPr="000019FD">
        <w:rPr>
          <w:rFonts w:ascii="Times New Roman" w:eastAsia="Times New Roman" w:hAnsi="Times New Roman"/>
          <w:color w:val="000000"/>
          <w:sz w:val="24"/>
          <w:lang w:val="ru-RU"/>
        </w:rPr>
        <w:t>сформированность предметных и универсальных действий в процессе изучения предмета</w:t>
      </w:r>
      <w:r w:rsidR="000019FD">
        <w:rPr>
          <w:rFonts w:ascii="Times New Roman" w:eastAsia="Times New Roman" w:hAnsi="Times New Roman"/>
          <w:color w:val="000000"/>
          <w:sz w:val="24"/>
          <w:lang w:val="ru-RU"/>
        </w:rPr>
        <w:t xml:space="preserve"> </w:t>
      </w:r>
      <w:r w:rsidRPr="000019FD">
        <w:rPr>
          <w:rFonts w:ascii="Times New Roman" w:eastAsia="Times New Roman" w:hAnsi="Times New Roman"/>
          <w:color w:val="000000"/>
          <w:sz w:val="24"/>
          <w:lang w:val="ru-RU"/>
        </w:rPr>
        <w:t>«Литературное чтение» станут фундаментом обучения в основном звене школы, а также будут востребованы в жизни.</w:t>
      </w:r>
    </w:p>
    <w:p w14:paraId="6063DA06" w14:textId="77777777" w:rsidR="005F0CF1" w:rsidRPr="000019FD" w:rsidRDefault="00F150A0" w:rsidP="006D5F6A">
      <w:pPr>
        <w:tabs>
          <w:tab w:val="left" w:pos="180"/>
        </w:tabs>
        <w:autoSpaceDE w:val="0"/>
        <w:autoSpaceDN w:val="0"/>
        <w:spacing w:before="72" w:after="0" w:line="240" w:lineRule="auto"/>
        <w:ind w:right="432"/>
        <w:rPr>
          <w:lang w:val="ru-RU"/>
        </w:rPr>
      </w:pPr>
      <w:r w:rsidRPr="000019FD">
        <w:rPr>
          <w:lang w:val="ru-RU"/>
        </w:rPr>
        <w:lastRenderedPageBreak/>
        <w:tab/>
      </w:r>
      <w:r w:rsidRPr="000019FD">
        <w:rPr>
          <w:rFonts w:ascii="Times New Roman" w:eastAsia="Times New Roman" w:hAnsi="Times New Roman"/>
          <w:b/>
          <w:color w:val="000000"/>
          <w:sz w:val="24"/>
          <w:lang w:val="ru-RU"/>
        </w:rPr>
        <w:t>Достижение заявленной цели определяется особенностями курса литературного чтения и решением следующих задач:</w:t>
      </w:r>
    </w:p>
    <w:p w14:paraId="71B00FC3" w14:textId="77777777" w:rsidR="005F0CF1" w:rsidRPr="000019FD" w:rsidRDefault="00F150A0" w:rsidP="006D5F6A">
      <w:pPr>
        <w:autoSpaceDE w:val="0"/>
        <w:autoSpaceDN w:val="0"/>
        <w:spacing w:before="180" w:after="0" w:line="240" w:lineRule="auto"/>
        <w:ind w:left="420"/>
        <w:jc w:val="both"/>
        <w:rPr>
          <w:lang w:val="ru-RU"/>
        </w:rPr>
      </w:pPr>
      <w:r w:rsidRPr="000019FD">
        <w:rPr>
          <w:rFonts w:ascii="Times New Roman" w:eastAsia="Times New Roman" w:hAnsi="Times New Roman"/>
          <w:color w:val="000000"/>
          <w:sz w:val="24"/>
          <w:lang w:val="ru-RU"/>
        </w:rPr>
        <w:t>—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0A59A826" w14:textId="77777777" w:rsidR="005F0CF1" w:rsidRPr="000019FD" w:rsidRDefault="00F150A0" w:rsidP="006D5F6A">
      <w:pPr>
        <w:autoSpaceDE w:val="0"/>
        <w:autoSpaceDN w:val="0"/>
        <w:spacing w:before="190" w:after="0" w:line="240" w:lineRule="auto"/>
        <w:ind w:left="420"/>
        <w:jc w:val="both"/>
        <w:rPr>
          <w:lang w:val="ru-RU"/>
        </w:rPr>
      </w:pPr>
      <w:r w:rsidRPr="000019FD">
        <w:rPr>
          <w:rFonts w:ascii="Times New Roman" w:eastAsia="Times New Roman" w:hAnsi="Times New Roman"/>
          <w:color w:val="000000"/>
          <w:sz w:val="24"/>
          <w:lang w:val="ru-RU"/>
        </w:rPr>
        <w:t>—  достижение необходимого для продолжения образования уровня общего речевого развития;</w:t>
      </w:r>
    </w:p>
    <w:p w14:paraId="2C947A78" w14:textId="77777777" w:rsidR="005F0CF1" w:rsidRPr="000019FD" w:rsidRDefault="00F150A0" w:rsidP="006D5F6A">
      <w:pPr>
        <w:autoSpaceDE w:val="0"/>
        <w:autoSpaceDN w:val="0"/>
        <w:spacing w:before="190" w:after="0" w:line="240" w:lineRule="auto"/>
        <w:ind w:left="420" w:right="24"/>
        <w:jc w:val="both"/>
        <w:rPr>
          <w:lang w:val="ru-RU"/>
        </w:rPr>
      </w:pPr>
      <w:r w:rsidRPr="000019FD">
        <w:rPr>
          <w:rFonts w:ascii="Times New Roman" w:eastAsia="Times New Roman" w:hAnsi="Times New Roman"/>
          <w:color w:val="000000"/>
          <w:sz w:val="24"/>
          <w:lang w:val="ru-RU"/>
        </w:rPr>
        <w:t>—  осознание значимости художественной литературы и произведений устного народного творчества для всестороннего развития личности человека;</w:t>
      </w:r>
    </w:p>
    <w:p w14:paraId="572B1E11" w14:textId="77777777" w:rsidR="005F0CF1" w:rsidRPr="000019FD" w:rsidRDefault="00F150A0" w:rsidP="006D5F6A">
      <w:pPr>
        <w:autoSpaceDE w:val="0"/>
        <w:autoSpaceDN w:val="0"/>
        <w:spacing w:before="190" w:after="0" w:line="240" w:lineRule="auto"/>
        <w:ind w:left="420" w:right="24"/>
        <w:jc w:val="both"/>
        <w:rPr>
          <w:lang w:val="ru-RU"/>
        </w:rPr>
      </w:pPr>
      <w:r w:rsidRPr="000019FD">
        <w:rPr>
          <w:rFonts w:ascii="Times New Roman" w:eastAsia="Times New Roman" w:hAnsi="Times New Roman"/>
          <w:color w:val="000000"/>
          <w:sz w:val="24"/>
          <w:lang w:val="ru-RU"/>
        </w:rPr>
        <w:t>—  первоначальное представление о многообразии жанров художественных произведений и произведений устного народного творчества;</w:t>
      </w:r>
    </w:p>
    <w:p w14:paraId="2C2D4F2A" w14:textId="77777777" w:rsidR="005F0CF1" w:rsidRPr="000019FD" w:rsidRDefault="00F150A0" w:rsidP="006D5F6A">
      <w:pPr>
        <w:autoSpaceDE w:val="0"/>
        <w:autoSpaceDN w:val="0"/>
        <w:spacing w:before="190" w:after="0" w:line="240" w:lineRule="auto"/>
        <w:ind w:left="420"/>
        <w:jc w:val="both"/>
        <w:rPr>
          <w:lang w:val="ru-RU"/>
        </w:rPr>
      </w:pPr>
      <w:r w:rsidRPr="000019FD">
        <w:rPr>
          <w:rFonts w:ascii="Times New Roman" w:eastAsia="Times New Roman" w:hAnsi="Times New Roman"/>
          <w:color w:val="000000"/>
          <w:sz w:val="24"/>
          <w:lang w:val="ru-RU"/>
        </w:rPr>
        <w:t xml:space="preserve">—  овладение элементарными умениями анализа и интерпретации текста, осознанного </w:t>
      </w:r>
      <w:r w:rsidRPr="000019FD">
        <w:rPr>
          <w:lang w:val="ru-RU"/>
        </w:rPr>
        <w:br/>
      </w:r>
      <w:r w:rsidRPr="000019FD">
        <w:rPr>
          <w:rFonts w:ascii="Times New Roman" w:eastAsia="Times New Roman" w:hAnsi="Times New Roman"/>
          <w:color w:val="000000"/>
          <w:sz w:val="24"/>
          <w:lang w:val="ru-RU"/>
        </w:rPr>
        <w:t xml:space="preserve">использования при анализе текста изученных литературных понятий: прозаическая и </w:t>
      </w:r>
      <w:r w:rsidRPr="000019FD">
        <w:rPr>
          <w:lang w:val="ru-RU"/>
        </w:rPr>
        <w:br/>
      </w:r>
      <w:r w:rsidRPr="000019FD">
        <w:rPr>
          <w:rFonts w:ascii="Times New Roman" w:eastAsia="Times New Roman" w:hAnsi="Times New Roman"/>
          <w:color w:val="000000"/>
          <w:sz w:val="24"/>
          <w:lang w:val="ru-RU"/>
        </w:rPr>
        <w:t xml:space="preserve">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w:t>
      </w:r>
      <w:r w:rsidRPr="000019FD">
        <w:rPr>
          <w:lang w:val="ru-RU"/>
        </w:rPr>
        <w:br/>
      </w:r>
      <w:r w:rsidRPr="000019FD">
        <w:rPr>
          <w:rFonts w:ascii="Times New Roman" w:eastAsia="Times New Roman" w:hAnsi="Times New Roman"/>
          <w:color w:val="000000"/>
          <w:sz w:val="24"/>
          <w:lang w:val="ru-RU"/>
        </w:rPr>
        <w:t>выразительности (сравнение, эпитет, олицетворение);</w:t>
      </w:r>
    </w:p>
    <w:p w14:paraId="6142C1B1" w14:textId="77777777" w:rsidR="005F0CF1" w:rsidRPr="000019FD" w:rsidRDefault="00F150A0" w:rsidP="006D5F6A">
      <w:pPr>
        <w:autoSpaceDE w:val="0"/>
        <w:autoSpaceDN w:val="0"/>
        <w:spacing w:before="190" w:after="0" w:line="240" w:lineRule="auto"/>
        <w:ind w:left="420"/>
        <w:jc w:val="both"/>
        <w:rPr>
          <w:lang w:val="ru-RU"/>
        </w:rPr>
      </w:pPr>
      <w:r w:rsidRPr="000019FD">
        <w:rPr>
          <w:rFonts w:ascii="Times New Roman" w:eastAsia="Times New Roman" w:hAnsi="Times New Roman"/>
          <w:color w:val="000000"/>
          <w:sz w:val="24"/>
          <w:lang w:val="ru-RU"/>
        </w:rPr>
        <w:t>—  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78440031" w14:textId="77777777" w:rsidR="005F0CF1" w:rsidRPr="000019FD" w:rsidRDefault="005F0CF1" w:rsidP="006D5F6A">
      <w:pPr>
        <w:autoSpaceDE w:val="0"/>
        <w:autoSpaceDN w:val="0"/>
        <w:spacing w:after="78" w:line="240" w:lineRule="auto"/>
        <w:rPr>
          <w:lang w:val="ru-RU"/>
        </w:rPr>
      </w:pPr>
    </w:p>
    <w:p w14:paraId="39D6A5F4" w14:textId="7AA94FF0" w:rsidR="00107395" w:rsidRDefault="00107395" w:rsidP="00107395">
      <w:pPr>
        <w:pStyle w:val="ae"/>
        <w:numPr>
          <w:ilvl w:val="0"/>
          <w:numId w:val="17"/>
        </w:numPr>
        <w:autoSpaceDE w:val="0"/>
        <w:autoSpaceDN w:val="0"/>
        <w:spacing w:after="0" w:line="230" w:lineRule="auto"/>
        <w:rPr>
          <w:rFonts w:ascii="Times New Roman" w:eastAsia="Times New Roman" w:hAnsi="Times New Roman"/>
          <w:b/>
          <w:color w:val="000000"/>
          <w:sz w:val="24"/>
          <w:lang w:val="ru-RU"/>
        </w:rPr>
      </w:pPr>
      <w:bookmarkStart w:id="1" w:name="_Hlk115713904"/>
      <w:r w:rsidRPr="00107395">
        <w:rPr>
          <w:rFonts w:ascii="Times New Roman" w:eastAsia="Times New Roman" w:hAnsi="Times New Roman"/>
          <w:b/>
          <w:color w:val="000000"/>
          <w:sz w:val="24"/>
          <w:lang w:val="ru-RU"/>
        </w:rPr>
        <w:t>МЕСТО УЧЕБНОГО ПРЕДМЕТА «</w:t>
      </w:r>
      <w:r>
        <w:rPr>
          <w:rFonts w:ascii="Times New Roman" w:eastAsia="Times New Roman" w:hAnsi="Times New Roman"/>
          <w:b/>
          <w:color w:val="000000"/>
          <w:sz w:val="24"/>
          <w:lang w:val="ru-RU"/>
        </w:rPr>
        <w:t>ЛИТЕРАТУРНОЕ ЧТЕНИЕ</w:t>
      </w:r>
      <w:r w:rsidRPr="00107395">
        <w:rPr>
          <w:rFonts w:ascii="Times New Roman" w:eastAsia="Times New Roman" w:hAnsi="Times New Roman"/>
          <w:b/>
          <w:color w:val="000000"/>
          <w:sz w:val="24"/>
          <w:lang w:val="ru-RU"/>
        </w:rPr>
        <w:t xml:space="preserve">» В УЧЕБНОМ ПЛАНЕ </w:t>
      </w:r>
    </w:p>
    <w:p w14:paraId="222CA8DD" w14:textId="35DB2EE6" w:rsidR="00107395" w:rsidRPr="000019FD" w:rsidRDefault="00107395" w:rsidP="00107395">
      <w:pPr>
        <w:autoSpaceDE w:val="0"/>
        <w:autoSpaceDN w:val="0"/>
        <w:spacing w:before="70" w:after="0" w:line="240" w:lineRule="auto"/>
        <w:ind w:right="144" w:firstLine="180"/>
        <w:jc w:val="both"/>
        <w:rPr>
          <w:lang w:val="ru-RU"/>
        </w:rPr>
      </w:pPr>
      <w:r w:rsidRPr="000019FD">
        <w:rPr>
          <w:rFonts w:ascii="Times New Roman" w:eastAsia="Times New Roman" w:hAnsi="Times New Roman"/>
          <w:color w:val="000000"/>
          <w:sz w:val="24"/>
          <w:lang w:val="ru-RU"/>
        </w:rPr>
        <w:t xml:space="preserve">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w:t>
      </w:r>
      <w:r>
        <w:rPr>
          <w:rFonts w:ascii="Times New Roman" w:eastAsia="Times New Roman" w:hAnsi="Times New Roman"/>
          <w:color w:val="000000"/>
          <w:sz w:val="24"/>
          <w:lang w:val="ru-RU"/>
        </w:rPr>
        <w:t>69</w:t>
      </w:r>
      <w:r w:rsidRPr="000019FD">
        <w:rPr>
          <w:rFonts w:ascii="Times New Roman" w:eastAsia="Times New Roman" w:hAnsi="Times New Roman"/>
          <w:color w:val="000000"/>
          <w:sz w:val="24"/>
          <w:lang w:val="ru-RU"/>
        </w:rPr>
        <w:t xml:space="preserve">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суммарно </w:t>
      </w:r>
      <w:r w:rsidRPr="00107395">
        <w:rPr>
          <w:rFonts w:ascii="Times New Roman" w:eastAsia="Times New Roman" w:hAnsi="Times New Roman"/>
          <w:color w:val="000000"/>
          <w:sz w:val="24"/>
          <w:lang w:val="ru-RU"/>
        </w:rPr>
        <w:t>99</w:t>
      </w:r>
      <w:r w:rsidRPr="000019FD">
        <w:rPr>
          <w:rFonts w:ascii="Times New Roman" w:eastAsia="Times New Roman" w:hAnsi="Times New Roman"/>
          <w:color w:val="000000"/>
          <w:sz w:val="24"/>
          <w:lang w:val="ru-RU"/>
        </w:rPr>
        <w:t xml:space="preserve"> час</w:t>
      </w:r>
      <w:r>
        <w:rPr>
          <w:rFonts w:ascii="Times New Roman" w:eastAsia="Times New Roman" w:hAnsi="Times New Roman"/>
          <w:color w:val="000000"/>
          <w:sz w:val="24"/>
          <w:lang w:val="ru-RU"/>
        </w:rPr>
        <w:t>ов.</w:t>
      </w:r>
    </w:p>
    <w:p w14:paraId="4C6CA345" w14:textId="6E124C63" w:rsidR="00107395" w:rsidRPr="00AA5A8F" w:rsidRDefault="00AA5A8F" w:rsidP="00107395">
      <w:pPr>
        <w:pStyle w:val="ae"/>
        <w:autoSpaceDE w:val="0"/>
        <w:autoSpaceDN w:val="0"/>
        <w:spacing w:after="0" w:line="230" w:lineRule="auto"/>
        <w:ind w:left="360"/>
        <w:rPr>
          <w:rFonts w:ascii="Times New Roman" w:eastAsia="Times New Roman" w:hAnsi="Times New Roman"/>
          <w:color w:val="000000"/>
          <w:sz w:val="24"/>
          <w:lang w:val="ru-RU"/>
        </w:rPr>
      </w:pPr>
      <w:r w:rsidRPr="00AA5A8F">
        <w:rPr>
          <w:rFonts w:ascii="Times New Roman" w:eastAsia="Times New Roman" w:hAnsi="Times New Roman"/>
          <w:color w:val="000000"/>
          <w:sz w:val="24"/>
          <w:lang w:val="ru-RU"/>
        </w:rPr>
        <w:t>На курс «Литературное ч</w:t>
      </w:r>
      <w:r w:rsidR="007D252F">
        <w:rPr>
          <w:rFonts w:ascii="Times New Roman" w:eastAsia="Times New Roman" w:hAnsi="Times New Roman"/>
          <w:color w:val="000000"/>
          <w:sz w:val="24"/>
          <w:lang w:val="ru-RU"/>
        </w:rPr>
        <w:t>тение» во 2 классе отводится 105</w:t>
      </w:r>
      <w:r w:rsidRPr="00AA5A8F">
        <w:rPr>
          <w:rFonts w:ascii="Times New Roman" w:eastAsia="Times New Roman" w:hAnsi="Times New Roman"/>
          <w:color w:val="000000"/>
          <w:sz w:val="24"/>
          <w:lang w:val="ru-RU"/>
        </w:rPr>
        <w:t xml:space="preserve"> ч.</w:t>
      </w:r>
      <w:r w:rsidR="007D252F">
        <w:rPr>
          <w:rFonts w:ascii="Times New Roman" w:eastAsia="Times New Roman" w:hAnsi="Times New Roman"/>
          <w:color w:val="000000"/>
          <w:sz w:val="24"/>
          <w:lang w:val="ru-RU"/>
        </w:rPr>
        <w:t>, в 3-4 классах по 136 ч.</w:t>
      </w:r>
    </w:p>
    <w:p w14:paraId="2D7DE103" w14:textId="512DFC37" w:rsidR="00107395" w:rsidRDefault="00107395" w:rsidP="00107395">
      <w:pPr>
        <w:pStyle w:val="ae"/>
        <w:autoSpaceDE w:val="0"/>
        <w:autoSpaceDN w:val="0"/>
        <w:spacing w:after="0" w:line="230" w:lineRule="auto"/>
        <w:ind w:left="360"/>
        <w:rPr>
          <w:rFonts w:ascii="Times New Roman" w:eastAsia="Times New Roman" w:hAnsi="Times New Roman"/>
          <w:b/>
          <w:color w:val="000000"/>
          <w:sz w:val="24"/>
          <w:lang w:val="ru-RU"/>
        </w:rPr>
      </w:pPr>
    </w:p>
    <w:p w14:paraId="6C31B8CC" w14:textId="4A8B5CC0" w:rsidR="00107395" w:rsidRDefault="00107395" w:rsidP="00107395">
      <w:pPr>
        <w:pStyle w:val="ae"/>
        <w:autoSpaceDE w:val="0"/>
        <w:autoSpaceDN w:val="0"/>
        <w:spacing w:after="0" w:line="230" w:lineRule="auto"/>
        <w:ind w:left="360"/>
        <w:rPr>
          <w:rFonts w:ascii="Times New Roman" w:eastAsia="Times New Roman" w:hAnsi="Times New Roman"/>
          <w:b/>
          <w:color w:val="000000"/>
          <w:sz w:val="24"/>
          <w:lang w:val="ru-RU"/>
        </w:rPr>
      </w:pPr>
    </w:p>
    <w:p w14:paraId="5F72084A" w14:textId="77777777" w:rsidR="00107395" w:rsidRDefault="00107395" w:rsidP="00107395">
      <w:pPr>
        <w:pStyle w:val="ae"/>
        <w:autoSpaceDE w:val="0"/>
        <w:autoSpaceDN w:val="0"/>
        <w:spacing w:after="0" w:line="230" w:lineRule="auto"/>
        <w:ind w:left="360"/>
        <w:rPr>
          <w:rFonts w:ascii="Times New Roman" w:eastAsia="Times New Roman" w:hAnsi="Times New Roman"/>
          <w:b/>
          <w:color w:val="000000"/>
          <w:sz w:val="24"/>
          <w:lang w:val="ru-RU"/>
        </w:rPr>
      </w:pPr>
    </w:p>
    <w:p w14:paraId="396CDDC7" w14:textId="77777777" w:rsidR="00107395" w:rsidRDefault="00107395" w:rsidP="00107395">
      <w:pPr>
        <w:pStyle w:val="ae"/>
        <w:autoSpaceDE w:val="0"/>
        <w:autoSpaceDN w:val="0"/>
        <w:spacing w:after="0" w:line="230" w:lineRule="auto"/>
        <w:ind w:left="360"/>
        <w:rPr>
          <w:rFonts w:ascii="Times New Roman" w:eastAsia="Times New Roman" w:hAnsi="Times New Roman"/>
          <w:b/>
          <w:color w:val="000000"/>
          <w:sz w:val="24"/>
          <w:lang w:val="ru-RU"/>
        </w:rPr>
      </w:pPr>
    </w:p>
    <w:p w14:paraId="05430505" w14:textId="4A7306BF" w:rsidR="000C5F05" w:rsidRPr="00107395" w:rsidRDefault="000C5F05" w:rsidP="00107395">
      <w:pPr>
        <w:pStyle w:val="ae"/>
        <w:numPr>
          <w:ilvl w:val="0"/>
          <w:numId w:val="17"/>
        </w:numPr>
        <w:autoSpaceDE w:val="0"/>
        <w:autoSpaceDN w:val="0"/>
        <w:spacing w:after="0" w:line="230" w:lineRule="auto"/>
        <w:rPr>
          <w:rFonts w:ascii="Times New Roman" w:eastAsia="Times New Roman" w:hAnsi="Times New Roman"/>
          <w:b/>
          <w:color w:val="000000"/>
          <w:sz w:val="24"/>
          <w:lang w:val="ru-RU"/>
        </w:rPr>
      </w:pPr>
      <w:r w:rsidRPr="00107395">
        <w:rPr>
          <w:rFonts w:ascii="Times New Roman" w:eastAsia="Times New Roman" w:hAnsi="Times New Roman"/>
          <w:b/>
          <w:color w:val="000000"/>
          <w:sz w:val="24"/>
          <w:lang w:val="ru-RU"/>
        </w:rPr>
        <w:t>УЧЕТ ПРОГРАММЫ ВОСПИТАНИЯ В ОБРАЗОВАТЕЛЬНОМ ПРОЦЕССЕ</w:t>
      </w:r>
    </w:p>
    <w:bookmarkEnd w:id="1"/>
    <w:p w14:paraId="4DA55EED" w14:textId="77777777" w:rsidR="000C5F05" w:rsidRPr="000C5F05" w:rsidRDefault="000C5F05" w:rsidP="006D5F6A">
      <w:pPr>
        <w:autoSpaceDE w:val="0"/>
        <w:autoSpaceDN w:val="0"/>
        <w:spacing w:after="0"/>
        <w:ind w:firstLine="180"/>
        <w:jc w:val="both"/>
        <w:rPr>
          <w:rFonts w:ascii="Times New Roman" w:eastAsia="Calibri" w:hAnsi="Times New Roman" w:cs="Times New Roman"/>
          <w:sz w:val="24"/>
          <w:szCs w:val="24"/>
          <w:lang w:val="ru-RU"/>
        </w:rPr>
      </w:pPr>
      <w:r w:rsidRPr="000C5F05">
        <w:rPr>
          <w:rFonts w:ascii="Times New Roman" w:eastAsia="Calibri" w:hAnsi="Times New Roman" w:cs="Times New Roman"/>
          <w:sz w:val="24"/>
          <w:szCs w:val="24"/>
          <w:lang w:val="ru-RU"/>
        </w:rPr>
        <w:t>Целью школьного филологического образования является формирование у обучающегося целостной языковой картины.</w:t>
      </w:r>
    </w:p>
    <w:p w14:paraId="5C377879" w14:textId="7044A2E0" w:rsidR="000C5F05" w:rsidRPr="000C5F05" w:rsidRDefault="000C5F05" w:rsidP="006D5F6A">
      <w:pPr>
        <w:autoSpaceDE w:val="0"/>
        <w:autoSpaceDN w:val="0"/>
        <w:spacing w:after="0" w:line="240" w:lineRule="auto"/>
        <w:ind w:firstLine="180"/>
        <w:jc w:val="both"/>
        <w:rPr>
          <w:rFonts w:ascii="Times New Roman" w:eastAsia="Calibri" w:hAnsi="Times New Roman" w:cs="Times New Roman"/>
          <w:sz w:val="24"/>
          <w:szCs w:val="24"/>
          <w:lang w:val="ru-RU"/>
        </w:rPr>
      </w:pPr>
      <w:r w:rsidRPr="000C5F05">
        <w:rPr>
          <w:rFonts w:ascii="Times New Roman" w:eastAsia="Calibri" w:hAnsi="Times New Roman" w:cs="Times New Roman"/>
          <w:sz w:val="24"/>
          <w:szCs w:val="24"/>
          <w:lang w:val="ru-RU"/>
        </w:rPr>
        <w:t>Изучение предметной области «Русский язык и литература» основано на межпредметных связях с предметами: «Обществознание», «География», «История», «Изобразительное искусство», «Музыка и др.</w:t>
      </w:r>
    </w:p>
    <w:p w14:paraId="571593A5" w14:textId="14295819" w:rsidR="000C5F05" w:rsidRPr="000C5F05" w:rsidRDefault="000C5F05" w:rsidP="006D5F6A">
      <w:pPr>
        <w:autoSpaceDE w:val="0"/>
        <w:autoSpaceDN w:val="0"/>
        <w:spacing w:after="0" w:line="240" w:lineRule="auto"/>
        <w:ind w:firstLine="180"/>
        <w:jc w:val="both"/>
        <w:rPr>
          <w:rFonts w:ascii="Times New Roman" w:eastAsia="Calibri" w:hAnsi="Times New Roman" w:cs="Times New Roman"/>
          <w:sz w:val="24"/>
          <w:szCs w:val="24"/>
          <w:lang w:val="ru-RU"/>
        </w:rPr>
      </w:pPr>
      <w:r w:rsidRPr="000C5F05">
        <w:rPr>
          <w:rFonts w:ascii="Times New Roman" w:eastAsia="Calibri" w:hAnsi="Times New Roman" w:cs="Times New Roman"/>
          <w:sz w:val="24"/>
          <w:szCs w:val="24"/>
          <w:lang w:val="ru-RU"/>
        </w:rPr>
        <w:t>Воспитательный потенциал предметной области «Русский язык и литература» в образовательной организации реализуется через:</w:t>
      </w:r>
    </w:p>
    <w:p w14:paraId="0B1D05E1" w14:textId="77777777" w:rsidR="000C5F05" w:rsidRPr="000C5F05" w:rsidRDefault="000C5F05" w:rsidP="006D5F6A">
      <w:pPr>
        <w:autoSpaceDE w:val="0"/>
        <w:autoSpaceDN w:val="0"/>
        <w:spacing w:after="0" w:line="240" w:lineRule="auto"/>
        <w:jc w:val="both"/>
        <w:rPr>
          <w:rFonts w:ascii="Times New Roman" w:eastAsia="Times New Roman" w:hAnsi="Times New Roman"/>
          <w:b/>
          <w:bCs/>
          <w:color w:val="000000"/>
          <w:sz w:val="24"/>
          <w:lang w:val="ru-RU"/>
        </w:rPr>
      </w:pPr>
      <w:r w:rsidRPr="000C5F05">
        <w:rPr>
          <w:rFonts w:ascii="Times New Roman" w:eastAsia="Times New Roman" w:hAnsi="Times New Roman"/>
          <w:b/>
          <w:bCs/>
          <w:color w:val="000000"/>
          <w:sz w:val="24"/>
          <w:lang w:val="ru-RU"/>
        </w:rPr>
        <w:t>Гражданско-патриотическое воспитание:</w:t>
      </w:r>
    </w:p>
    <w:p w14:paraId="7377432E" w14:textId="77777777" w:rsidR="000C5F05" w:rsidRPr="000C5F05" w:rsidRDefault="000C5F05" w:rsidP="006D5F6A">
      <w:pPr>
        <w:numPr>
          <w:ilvl w:val="0"/>
          <w:numId w:val="10"/>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Знающий и   любящий свою малую родину, свой край, имеющий   представление о Родине — России, её территории, расположении.</w:t>
      </w:r>
    </w:p>
    <w:p w14:paraId="41592FA0" w14:textId="77777777" w:rsidR="000C5F05" w:rsidRPr="000C5F05" w:rsidRDefault="000C5F05" w:rsidP="006D5F6A">
      <w:pPr>
        <w:numPr>
          <w:ilvl w:val="0"/>
          <w:numId w:val="10"/>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Сознающий принадлежность к своему народу и к общности граждан России, проявляющий уважение к своему и другим народам.</w:t>
      </w:r>
    </w:p>
    <w:p w14:paraId="1584E6F8" w14:textId="77777777" w:rsidR="000C5F05" w:rsidRPr="000C5F05" w:rsidRDefault="000C5F05" w:rsidP="006D5F6A">
      <w:pPr>
        <w:numPr>
          <w:ilvl w:val="0"/>
          <w:numId w:val="10"/>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Понимающий свою сопричастность к прошлому, настоящему и будущему родного края, своей Родины — России, Российского государства.</w:t>
      </w:r>
    </w:p>
    <w:p w14:paraId="269D6367" w14:textId="77777777" w:rsidR="000C5F05" w:rsidRPr="000C5F05" w:rsidRDefault="000C5F05" w:rsidP="006D5F6A">
      <w:pPr>
        <w:numPr>
          <w:ilvl w:val="0"/>
          <w:numId w:val="10"/>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7EFB3FCE" w14:textId="77777777" w:rsidR="000C5F05" w:rsidRPr="000C5F05" w:rsidRDefault="000C5F05" w:rsidP="006D5F6A">
      <w:pPr>
        <w:numPr>
          <w:ilvl w:val="0"/>
          <w:numId w:val="10"/>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Имеющий первоначальные представления о правах и ответственности человека в обществе, гражданских правах и обязанностях.</w:t>
      </w:r>
    </w:p>
    <w:p w14:paraId="07CBB66E" w14:textId="77777777" w:rsidR="000C5F05" w:rsidRPr="000C5F05" w:rsidRDefault="000C5F05" w:rsidP="006D5F6A">
      <w:pPr>
        <w:numPr>
          <w:ilvl w:val="0"/>
          <w:numId w:val="11"/>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lastRenderedPageBreak/>
        <w:t>Принимающий   участие    в    жизни    класса, общеобразовательной    организации, в доступной по возрасту социально значимой деятельности.</w:t>
      </w:r>
    </w:p>
    <w:p w14:paraId="2D223F5A" w14:textId="77777777" w:rsidR="000C5F05" w:rsidRPr="000C5F05" w:rsidRDefault="000C5F05" w:rsidP="006D5F6A">
      <w:pPr>
        <w:autoSpaceDE w:val="0"/>
        <w:autoSpaceDN w:val="0"/>
        <w:spacing w:after="0" w:line="240" w:lineRule="auto"/>
        <w:jc w:val="both"/>
        <w:rPr>
          <w:rFonts w:ascii="Times New Roman" w:eastAsia="Times New Roman" w:hAnsi="Times New Roman"/>
          <w:b/>
          <w:bCs/>
          <w:color w:val="000000"/>
          <w:sz w:val="24"/>
          <w:lang w:val="ru-RU"/>
        </w:rPr>
      </w:pPr>
      <w:r w:rsidRPr="000C5F05">
        <w:rPr>
          <w:rFonts w:ascii="Times New Roman" w:eastAsia="Times New Roman" w:hAnsi="Times New Roman"/>
          <w:b/>
          <w:bCs/>
          <w:color w:val="000000"/>
          <w:sz w:val="24"/>
          <w:lang w:val="ru-RU"/>
        </w:rPr>
        <w:t>Духовно-нравственное воспитание:</w:t>
      </w:r>
    </w:p>
    <w:p w14:paraId="15E52BAD"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13C9465F"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Сознающий ценность каждой человеческой жизни, признающий индивидуальность и достоинство каждого человека.</w:t>
      </w:r>
    </w:p>
    <w:p w14:paraId="2B9D58AB"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4E5F6DC3"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Умеющий оценивать поступки с позиции их соответствия нравственным нормам, осознающий ответственность за свои поступки.</w:t>
      </w:r>
    </w:p>
    <w:p w14:paraId="3E02C348"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0B0A7B26"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Сознающий нравственную и эстетическую ценность литературы, родного языка, русского языка, проявляющий интерес к чтению.</w:t>
      </w:r>
    </w:p>
    <w:p w14:paraId="2C231A0D" w14:textId="77777777" w:rsidR="000C5F05" w:rsidRPr="000C5F05" w:rsidRDefault="000C5F05" w:rsidP="006D5F6A">
      <w:pPr>
        <w:autoSpaceDE w:val="0"/>
        <w:autoSpaceDN w:val="0"/>
        <w:spacing w:after="0" w:line="240" w:lineRule="auto"/>
        <w:jc w:val="both"/>
        <w:rPr>
          <w:rFonts w:ascii="Times New Roman" w:eastAsia="Times New Roman" w:hAnsi="Times New Roman"/>
          <w:b/>
          <w:bCs/>
          <w:color w:val="000000"/>
          <w:sz w:val="24"/>
          <w:lang w:val="ru-RU"/>
        </w:rPr>
      </w:pPr>
      <w:r w:rsidRPr="000C5F05">
        <w:rPr>
          <w:rFonts w:ascii="Times New Roman" w:eastAsia="Times New Roman" w:hAnsi="Times New Roman"/>
          <w:b/>
          <w:bCs/>
          <w:color w:val="000000"/>
          <w:sz w:val="24"/>
          <w:lang w:val="ru-RU"/>
        </w:rPr>
        <w:t>Эстетическое воспитание:</w:t>
      </w:r>
    </w:p>
    <w:p w14:paraId="59AB35DE"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Способный воспринимать и чувствовать прекрасное в быту, природе, искусстве, творчестве людей.</w:t>
      </w:r>
    </w:p>
    <w:p w14:paraId="183E7AFD"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Проявляющий интерес и уважение к отечественной и мировой художественной культуре.</w:t>
      </w:r>
    </w:p>
    <w:p w14:paraId="3001009F" w14:textId="77777777" w:rsidR="000C5F05" w:rsidRPr="000C5F05" w:rsidRDefault="000C5F05" w:rsidP="006D5F6A">
      <w:pPr>
        <w:numPr>
          <w:ilvl w:val="0"/>
          <w:numId w:val="12"/>
        </w:numPr>
        <w:autoSpaceDE w:val="0"/>
        <w:autoSpaceDN w:val="0"/>
        <w:spacing w:after="0" w:line="240" w:lineRule="auto"/>
        <w:jc w:val="both"/>
        <w:rPr>
          <w:rFonts w:ascii="Times New Roman" w:eastAsia="Times New Roman" w:hAnsi="Times New Roman"/>
          <w:bCs/>
          <w:color w:val="000000"/>
          <w:sz w:val="24"/>
          <w:lang w:val="ru-RU"/>
        </w:rPr>
      </w:pPr>
      <w:r w:rsidRPr="000C5F05">
        <w:rPr>
          <w:rFonts w:ascii="Times New Roman" w:eastAsia="Times New Roman" w:hAnsi="Times New Roman"/>
          <w:bCs/>
          <w:color w:val="000000"/>
          <w:sz w:val="24"/>
          <w:lang w:val="ru-RU"/>
        </w:rPr>
        <w:t>Проявляющий стремление   к   самовыражению   в   разных   видах   художественной деятельности, искусстве.</w:t>
      </w:r>
    </w:p>
    <w:p w14:paraId="6A63BEBF" w14:textId="77777777" w:rsidR="000C5F05" w:rsidRPr="000C5F05" w:rsidRDefault="000C5F05" w:rsidP="006D5F6A">
      <w:pPr>
        <w:autoSpaceDE w:val="0"/>
        <w:autoSpaceDN w:val="0"/>
        <w:spacing w:after="0" w:line="240" w:lineRule="auto"/>
        <w:jc w:val="both"/>
        <w:rPr>
          <w:rFonts w:ascii="Times New Roman" w:eastAsia="Times New Roman" w:hAnsi="Times New Roman"/>
          <w:b/>
          <w:color w:val="000000"/>
          <w:sz w:val="24"/>
          <w:lang w:val="ru-RU"/>
        </w:rPr>
      </w:pPr>
      <w:r w:rsidRPr="000C5F05">
        <w:rPr>
          <w:rFonts w:ascii="Times New Roman" w:eastAsia="Times New Roman" w:hAnsi="Times New Roman"/>
          <w:b/>
          <w:color w:val="000000"/>
          <w:sz w:val="24"/>
          <w:lang w:val="ru-RU"/>
        </w:rPr>
        <w:t>Трудовое воспитание</w:t>
      </w:r>
    </w:p>
    <w:p w14:paraId="0F99A2E5" w14:textId="23A25AEB" w:rsidR="000C5F05" w:rsidRPr="006D5F6A" w:rsidRDefault="006D5F6A" w:rsidP="006D5F6A">
      <w:pPr>
        <w:autoSpaceDE w:val="0"/>
        <w:autoSpaceDN w:val="0"/>
        <w:spacing w:after="0" w:line="240" w:lineRule="auto"/>
        <w:jc w:val="both"/>
        <w:rPr>
          <w:rFonts w:ascii="Times New Roman" w:eastAsia="Times New Roman" w:hAnsi="Times New Roman"/>
          <w:bCs/>
          <w:color w:val="000000"/>
          <w:sz w:val="24"/>
          <w:lang w:val="ru-RU"/>
        </w:rPr>
      </w:pPr>
      <w:r w:rsidRPr="006D5F6A">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Сознающий ценность труда в жизни человека, семьи, общества.</w:t>
      </w:r>
    </w:p>
    <w:p w14:paraId="140AE830" w14:textId="56D0CF02" w:rsidR="000C5F05" w:rsidRPr="006D5F6A" w:rsidRDefault="006D5F6A" w:rsidP="006D5F6A">
      <w:pPr>
        <w:autoSpaceDE w:val="0"/>
        <w:autoSpaceDN w:val="0"/>
        <w:spacing w:after="0" w:line="240" w:lineRule="auto"/>
        <w:jc w:val="both"/>
        <w:rPr>
          <w:rFonts w:ascii="Times New Roman" w:eastAsia="Times New Roman" w:hAnsi="Times New Roman"/>
          <w:bCs/>
          <w:color w:val="000000"/>
          <w:sz w:val="24"/>
          <w:lang w:val="ru-RU"/>
        </w:rPr>
      </w:pPr>
      <w:r w:rsidRPr="006D5F6A">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Проявляющий уважение к труду, людям труда, бережное отношение к результатам труда, ответственное потребление.</w:t>
      </w:r>
    </w:p>
    <w:p w14:paraId="017A275F" w14:textId="13D7E9B9" w:rsidR="000C5F05" w:rsidRPr="006D5F6A" w:rsidRDefault="006D5F6A" w:rsidP="006D5F6A">
      <w:pPr>
        <w:autoSpaceDE w:val="0"/>
        <w:autoSpaceDN w:val="0"/>
        <w:spacing w:after="0" w:line="240" w:lineRule="auto"/>
        <w:jc w:val="both"/>
        <w:rPr>
          <w:rFonts w:ascii="Times New Roman" w:eastAsia="Times New Roman" w:hAnsi="Times New Roman"/>
          <w:bCs/>
          <w:color w:val="000000"/>
          <w:sz w:val="24"/>
          <w:lang w:val="ru-RU"/>
        </w:rPr>
      </w:pPr>
      <w:r w:rsidRPr="006D5F6A">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Проявляющий интерес к разным профессиям.</w:t>
      </w:r>
    </w:p>
    <w:p w14:paraId="46452840" w14:textId="2B92AF8C" w:rsidR="000C5F05" w:rsidRPr="006D5F6A" w:rsidRDefault="006D5F6A" w:rsidP="006D5F6A">
      <w:pPr>
        <w:autoSpaceDE w:val="0"/>
        <w:autoSpaceDN w:val="0"/>
        <w:spacing w:after="0" w:line="240" w:lineRule="auto"/>
        <w:jc w:val="both"/>
        <w:rPr>
          <w:rFonts w:ascii="Times New Roman" w:eastAsia="Times New Roman" w:hAnsi="Times New Roman"/>
          <w:bCs/>
          <w:color w:val="000000"/>
          <w:sz w:val="24"/>
          <w:lang w:val="ru-RU"/>
        </w:rPr>
      </w:pPr>
      <w:r w:rsidRPr="006D5F6A">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Участвующий в различных</w:t>
      </w:r>
      <w:r>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видах</w:t>
      </w:r>
      <w:r w:rsidR="000C5F05" w:rsidRPr="006D5F6A">
        <w:rPr>
          <w:rFonts w:ascii="Times New Roman" w:eastAsia="Times New Roman" w:hAnsi="Times New Roman"/>
          <w:bCs/>
          <w:color w:val="000000"/>
          <w:sz w:val="24"/>
          <w:lang w:val="ru-RU"/>
        </w:rPr>
        <w:tab/>
        <w:t>доступного по</w:t>
      </w:r>
      <w:r>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возрасту труда, трудовой деятельности.</w:t>
      </w:r>
    </w:p>
    <w:p w14:paraId="6625F6B1" w14:textId="77777777" w:rsidR="000C5F05" w:rsidRPr="000C5F05" w:rsidRDefault="000C5F05" w:rsidP="006D5F6A">
      <w:pPr>
        <w:autoSpaceDE w:val="0"/>
        <w:autoSpaceDN w:val="0"/>
        <w:spacing w:after="0" w:line="240" w:lineRule="auto"/>
        <w:jc w:val="both"/>
        <w:rPr>
          <w:rFonts w:ascii="Times New Roman" w:eastAsia="Times New Roman" w:hAnsi="Times New Roman"/>
          <w:b/>
          <w:color w:val="000000"/>
          <w:sz w:val="24"/>
          <w:lang w:val="ru-RU"/>
        </w:rPr>
      </w:pPr>
      <w:r w:rsidRPr="000C5F05">
        <w:rPr>
          <w:rFonts w:ascii="Times New Roman" w:eastAsia="Times New Roman" w:hAnsi="Times New Roman"/>
          <w:b/>
          <w:color w:val="000000"/>
          <w:sz w:val="24"/>
          <w:lang w:val="ru-RU"/>
        </w:rPr>
        <w:t>Экологическое воспитание:</w:t>
      </w:r>
    </w:p>
    <w:p w14:paraId="5975C8A1" w14:textId="2EC17FEB" w:rsidR="000C5F05" w:rsidRPr="006D5F6A" w:rsidRDefault="006D5F6A" w:rsidP="006D5F6A">
      <w:pPr>
        <w:autoSpaceDE w:val="0"/>
        <w:autoSpaceDN w:val="0"/>
        <w:spacing w:after="0" w:line="240" w:lineRule="auto"/>
        <w:jc w:val="both"/>
        <w:rPr>
          <w:rFonts w:ascii="Times New Roman" w:eastAsia="Times New Roman" w:hAnsi="Times New Roman"/>
          <w:bCs/>
          <w:color w:val="000000"/>
          <w:sz w:val="24"/>
          <w:lang w:val="ru-RU"/>
        </w:rPr>
      </w:pPr>
      <w:r w:rsidRPr="006D5F6A">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Понимающий ценность природы, зависимость жизни людей от природы, влияние людей на природу, окружающую среду.</w:t>
      </w:r>
    </w:p>
    <w:p w14:paraId="169EAAA6" w14:textId="160AEB0A" w:rsidR="000C5F05" w:rsidRPr="006D5F6A" w:rsidRDefault="006D5F6A" w:rsidP="006D5F6A">
      <w:pPr>
        <w:autoSpaceDE w:val="0"/>
        <w:autoSpaceDN w:val="0"/>
        <w:spacing w:after="0" w:line="240" w:lineRule="auto"/>
        <w:jc w:val="both"/>
        <w:rPr>
          <w:rFonts w:ascii="Times New Roman" w:eastAsia="Times New Roman" w:hAnsi="Times New Roman"/>
          <w:bCs/>
          <w:color w:val="000000"/>
          <w:sz w:val="24"/>
          <w:lang w:val="ru-RU"/>
        </w:rPr>
      </w:pPr>
      <w:r w:rsidRPr="006D5F6A">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p w14:paraId="3581D1F1" w14:textId="5C17F6F1" w:rsidR="000C5F05" w:rsidRDefault="006D5F6A" w:rsidP="006D5F6A">
      <w:pPr>
        <w:autoSpaceDE w:val="0"/>
        <w:autoSpaceDN w:val="0"/>
        <w:spacing w:after="0" w:line="240" w:lineRule="auto"/>
        <w:jc w:val="both"/>
        <w:rPr>
          <w:rFonts w:ascii="Times New Roman" w:eastAsia="Times New Roman" w:hAnsi="Times New Roman"/>
          <w:bCs/>
          <w:color w:val="000000"/>
          <w:sz w:val="24"/>
          <w:lang w:val="ru-RU"/>
        </w:rPr>
      </w:pPr>
      <w:r w:rsidRPr="006D5F6A">
        <w:rPr>
          <w:rFonts w:ascii="Times New Roman" w:eastAsia="Times New Roman" w:hAnsi="Times New Roman"/>
          <w:bCs/>
          <w:color w:val="000000"/>
          <w:sz w:val="24"/>
          <w:lang w:val="ru-RU"/>
        </w:rPr>
        <w:t xml:space="preserve">- </w:t>
      </w:r>
      <w:r w:rsidR="000C5F05" w:rsidRPr="006D5F6A">
        <w:rPr>
          <w:rFonts w:ascii="Times New Roman" w:eastAsia="Times New Roman" w:hAnsi="Times New Roman"/>
          <w:bCs/>
          <w:color w:val="000000"/>
          <w:sz w:val="24"/>
          <w:lang w:val="ru-RU"/>
        </w:rPr>
        <w:t>Выражающий готовность в своей деятельности придерживаться экологических норм.</w:t>
      </w:r>
    </w:p>
    <w:p w14:paraId="50BBEA8D" w14:textId="7FF47AAE" w:rsidR="00563267" w:rsidRPr="00563267" w:rsidRDefault="00563267" w:rsidP="00563267">
      <w:pPr>
        <w:autoSpaceDE w:val="0"/>
        <w:autoSpaceDN w:val="0"/>
        <w:spacing w:after="0" w:line="240" w:lineRule="auto"/>
        <w:jc w:val="both"/>
        <w:rPr>
          <w:rFonts w:ascii="Times New Roman" w:eastAsia="Times New Roman" w:hAnsi="Times New Roman"/>
          <w:b/>
          <w:bCs/>
          <w:color w:val="000000"/>
          <w:sz w:val="24"/>
          <w:lang w:val="ru-RU"/>
        </w:rPr>
      </w:pPr>
      <w:r w:rsidRPr="00563267">
        <w:rPr>
          <w:rFonts w:ascii="Times New Roman" w:eastAsia="Times New Roman" w:hAnsi="Times New Roman"/>
          <w:b/>
          <w:bCs/>
          <w:color w:val="000000"/>
          <w:sz w:val="24"/>
          <w:lang w:val="ru-RU"/>
        </w:rPr>
        <w:t>Урочная деятельность</w:t>
      </w:r>
    </w:p>
    <w:p w14:paraId="54221064" w14:textId="77777777" w:rsidR="00563267" w:rsidRPr="00563267" w:rsidRDefault="00563267" w:rsidP="00563267">
      <w:p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Реализация школьными педагогами воспитательного потенциала урока предполагает ориентацию на целевые приоритеты, связанные с возрастными особенностями учащихся и обеспечивает:</w:t>
      </w:r>
    </w:p>
    <w:p w14:paraId="39DBBF1E"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u w:val="single"/>
          <w:lang w:val="ru-RU"/>
        </w:rPr>
      </w:pPr>
      <w:r w:rsidRPr="00563267">
        <w:rPr>
          <w:rFonts w:ascii="Times New Roman" w:eastAsia="Times New Roman" w:hAnsi="Times New Roman"/>
          <w:bCs/>
          <w:i/>
          <w:color w:val="000000"/>
          <w:sz w:val="24"/>
          <w:u w:val="single"/>
          <w:lang w:val="ru-RU"/>
        </w:rPr>
        <w:t xml:space="preserve">установление субъект-субъектных отношений в процессе учебной деятельности через </w:t>
      </w:r>
      <w:r w:rsidRPr="00563267">
        <w:rPr>
          <w:rFonts w:ascii="Times New Roman" w:eastAsia="Times New Roman" w:hAnsi="Times New Roman"/>
          <w:bCs/>
          <w:color w:val="000000"/>
          <w:sz w:val="24"/>
          <w:lang w:val="ru-RU"/>
        </w:rPr>
        <w:t>делегирование учащимся ряда учительских, в том числе и дидактических полномочий; проявление доверия к детям со стороны педагогов, уважения к их достоинству и чести; акцентирование внимания на индивидуальных особенностях, интересах, увлечениях, привычках того или иного ученика;</w:t>
      </w:r>
    </w:p>
    <w:p w14:paraId="3E3FC63A"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u w:val="single"/>
          <w:lang w:val="ru-RU"/>
        </w:rPr>
      </w:pPr>
      <w:r w:rsidRPr="00563267">
        <w:rPr>
          <w:rFonts w:ascii="Times New Roman" w:eastAsia="Times New Roman" w:hAnsi="Times New Roman"/>
          <w:bCs/>
          <w:i/>
          <w:color w:val="000000"/>
          <w:sz w:val="24"/>
          <w:u w:val="single"/>
          <w:lang w:val="ru-RU"/>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14:paraId="2FA4813A"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u w:val="single"/>
          <w:lang w:val="ru-RU"/>
        </w:rPr>
      </w:pPr>
      <w:r w:rsidRPr="00563267">
        <w:rPr>
          <w:rFonts w:ascii="Times New Roman" w:eastAsia="Times New Roman" w:hAnsi="Times New Roman"/>
          <w:bCs/>
          <w:i/>
          <w:color w:val="000000"/>
          <w:sz w:val="24"/>
          <w:u w:val="single"/>
          <w:lang w:val="ru-RU"/>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563267">
        <w:rPr>
          <w:rFonts w:ascii="Times New Roman" w:eastAsia="Times New Roman" w:hAnsi="Times New Roman"/>
          <w:bCs/>
          <w:color w:val="000000"/>
          <w:sz w:val="24"/>
          <w:lang w:val="ru-RU"/>
        </w:rPr>
        <w:t>мотивирующего потенциала юмора, обращение к личному опыту учащихся, проявление внимания к ученикам, требующим такого внимания;</w:t>
      </w:r>
    </w:p>
    <w:p w14:paraId="54FE65F6"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u w:val="single"/>
          <w:lang w:val="ru-RU"/>
        </w:rPr>
      </w:pPr>
      <w:r w:rsidRPr="00563267">
        <w:rPr>
          <w:rFonts w:ascii="Times New Roman" w:eastAsia="Times New Roman" w:hAnsi="Times New Roman"/>
          <w:bCs/>
          <w:color w:val="000000"/>
          <w:sz w:val="24"/>
          <w:lang w:val="ru-RU"/>
        </w:rPr>
        <w:t xml:space="preserve">побуждение обучающихся соблюдать </w:t>
      </w:r>
      <w:r w:rsidRPr="00563267">
        <w:rPr>
          <w:rFonts w:ascii="Times New Roman" w:eastAsia="Times New Roman" w:hAnsi="Times New Roman"/>
          <w:bCs/>
          <w:i/>
          <w:color w:val="000000"/>
          <w:sz w:val="24"/>
          <w:u w:val="single"/>
          <w:lang w:val="ru-RU"/>
        </w:rPr>
        <w:t xml:space="preserve">правила внутреннего распорядка, </w:t>
      </w:r>
      <w:r w:rsidRPr="00563267">
        <w:rPr>
          <w:rFonts w:ascii="Times New Roman" w:eastAsia="Times New Roman" w:hAnsi="Times New Roman"/>
          <w:bCs/>
          <w:color w:val="000000"/>
          <w:sz w:val="24"/>
          <w:lang w:val="ru-RU"/>
        </w:rPr>
        <w:t xml:space="preserve">нормы поведения, правила общения со сверстниками и педагогами, соответствующие укладу Школы, установление и </w:t>
      </w:r>
      <w:r w:rsidRPr="00563267">
        <w:rPr>
          <w:rFonts w:ascii="Times New Roman" w:eastAsia="Times New Roman" w:hAnsi="Times New Roman"/>
          <w:bCs/>
          <w:color w:val="000000"/>
          <w:sz w:val="24"/>
          <w:lang w:val="ru-RU"/>
        </w:rPr>
        <w:lastRenderedPageBreak/>
        <w:t xml:space="preserve">поддержку доброжелательной атмосферы </w:t>
      </w:r>
      <w:r w:rsidRPr="00563267">
        <w:rPr>
          <w:rFonts w:ascii="Times New Roman" w:eastAsia="Times New Roman" w:hAnsi="Times New Roman"/>
          <w:bCs/>
          <w:i/>
          <w:color w:val="000000"/>
          <w:sz w:val="24"/>
          <w:u w:val="single"/>
          <w:lang w:val="ru-RU"/>
        </w:rPr>
        <w:t>через закрепление за каждым учащимся своего места, использование привлекательных для детей традиций, демонстрацию собственного примера;</w:t>
      </w:r>
    </w:p>
    <w:p w14:paraId="3E9A6AAE"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44FB66A8"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u w:val="single"/>
          <w:lang w:val="ru-RU"/>
        </w:rPr>
      </w:pPr>
      <w:r w:rsidRPr="00563267">
        <w:rPr>
          <w:rFonts w:ascii="Times New Roman" w:eastAsia="Times New Roman" w:hAnsi="Times New Roman"/>
          <w:bCs/>
          <w:color w:val="000000"/>
          <w:sz w:val="24"/>
          <w:lang w:val="ru-RU"/>
        </w:rPr>
        <w:t>инициирование и поддержку исследовательской деятельности обучающихся в форме индивидуальных и групповых проектов</w:t>
      </w:r>
      <w:r w:rsidRPr="00563267">
        <w:rPr>
          <w:rFonts w:ascii="Times New Roman" w:eastAsia="Times New Roman" w:hAnsi="Times New Roman"/>
          <w:bCs/>
          <w:i/>
          <w:color w:val="000000"/>
          <w:sz w:val="24"/>
          <w:u w:val="single"/>
          <w:lang w:val="ru-RU"/>
        </w:rPr>
        <w:t>;</w:t>
      </w:r>
    </w:p>
    <w:p w14:paraId="7B9E25E0"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 xml:space="preserve">включение учителями в рабочие программы по всем учебным предметам, курсам, </w:t>
      </w:r>
      <w:r w:rsidRPr="00563267">
        <w:rPr>
          <w:rFonts w:ascii="Times New Roman" w:eastAsia="Times New Roman" w:hAnsi="Times New Roman"/>
          <w:bCs/>
          <w:color w:val="000000"/>
          <w:sz w:val="24"/>
          <w:u w:val="single"/>
          <w:lang w:val="ru-RU"/>
        </w:rPr>
        <w:t>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14:paraId="7D200353"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502C7838"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50CD9EE" w14:textId="77777777" w:rsidR="00563267" w:rsidRPr="00563267" w:rsidRDefault="00563267" w:rsidP="00563267">
      <w:pPr>
        <w:numPr>
          <w:ilvl w:val="0"/>
          <w:numId w:val="13"/>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69115447"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58DB194F" w14:textId="77777777" w:rsidR="00563267" w:rsidRPr="00563267" w:rsidRDefault="00563267" w:rsidP="00563267">
      <w:pPr>
        <w:autoSpaceDE w:val="0"/>
        <w:autoSpaceDN w:val="0"/>
        <w:spacing w:after="0" w:line="240" w:lineRule="auto"/>
        <w:jc w:val="both"/>
        <w:rPr>
          <w:rFonts w:ascii="Times New Roman" w:eastAsia="Times New Roman" w:hAnsi="Times New Roman"/>
          <w:bCs/>
          <w:i/>
          <w:color w:val="000000"/>
          <w:sz w:val="24"/>
          <w:lang w:val="ru-RU"/>
        </w:rPr>
      </w:pPr>
      <w:r w:rsidRPr="00563267">
        <w:rPr>
          <w:rFonts w:ascii="Times New Roman" w:eastAsia="Times New Roman" w:hAnsi="Times New Roman"/>
          <w:bCs/>
          <w:color w:val="000000"/>
          <w:sz w:val="24"/>
          <w:lang w:val="ru-RU"/>
        </w:rPr>
        <w:t>Реализация воспитательного потенциала основных школьных дел предусматривает</w:t>
      </w:r>
      <w:r w:rsidRPr="00563267">
        <w:rPr>
          <w:rFonts w:ascii="Times New Roman" w:eastAsia="Times New Roman" w:hAnsi="Times New Roman"/>
          <w:bCs/>
          <w:i/>
          <w:color w:val="000000"/>
          <w:sz w:val="24"/>
          <w:lang w:val="ru-RU"/>
        </w:rPr>
        <w:t>:</w:t>
      </w:r>
    </w:p>
    <w:p w14:paraId="6866CCA7"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 профориентации, Декада «Мы за ЗОЖ!», Неделя позитива, КТД «Новогодний переполох» и др.;</w:t>
      </w:r>
    </w:p>
    <w:p w14:paraId="4AC62485"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ежегодные мероприятия, связанные с общероссийскими, региональными, муниципальными праздниками, памятными датами, в которых участвуют все классы: мероприятия в рамках календаря знаменательных дат;</w:t>
      </w:r>
    </w:p>
    <w:p w14:paraId="2E73D3D7"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участие во всероссийских акциях, проектах, посвящённых значимым событиям в России, мире: проект «Огневые рубежи», акции «Блокадный хлеб», «Диктант Победы», «Свеча памяти», «Час Земли», «Сад памяти» и др.);</w:t>
      </w:r>
    </w:p>
    <w:p w14:paraId="2C92AA8F" w14:textId="77777777" w:rsidR="00563267" w:rsidRPr="00563267" w:rsidRDefault="00563267" w:rsidP="00563267">
      <w:pPr>
        <w:numPr>
          <w:ilvl w:val="0"/>
          <w:numId w:val="15"/>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торжественные мероприятия, связанные с завершением образования, переходом на следующий уровень образования: Последний звонок, церемония вручения аттестатов, праздник «Прощание с начальной школой»;</w:t>
      </w:r>
    </w:p>
    <w:p w14:paraId="11A6066B"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мероприятия, символизирующие приобретение новых социальных статусов в общеобразовательной организации, обществе: ритуалы посвящения в первоклассники, пятиклассники, старшеклассники;</w:t>
      </w:r>
    </w:p>
    <w:p w14:paraId="295101E0"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г. Болгар, Спасского района: праздник «За честь школы», чествование победителей и призёров муниципального и регионального этапа Всероссийской олимпиады школьников;</w:t>
      </w:r>
    </w:p>
    <w:p w14:paraId="23C1C166"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федеральные, региональные и муниципальные проекты, направленные на достижение целевых ориентиров воспитания: проекты «Орлята России», «Билет в будущее», конкурс «Большая перемена» и др.</w:t>
      </w:r>
    </w:p>
    <w:p w14:paraId="5B25236B"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«Школьные медиа против деструктивных сообществ», «Россия – моя история» и др.</w:t>
      </w:r>
    </w:p>
    <w:p w14:paraId="3ACCB702"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 xml:space="preserve"> мероприятия благотворительной, экологической, патриотической, трудовой и других направленностей: тематические викторины, квесты, квизы, флешмобы; акции по благоустройству </w:t>
      </w:r>
      <w:r w:rsidRPr="00563267">
        <w:rPr>
          <w:rFonts w:ascii="Times New Roman" w:eastAsia="Times New Roman" w:hAnsi="Times New Roman"/>
          <w:bCs/>
          <w:color w:val="000000"/>
          <w:sz w:val="24"/>
          <w:lang w:val="ru-RU"/>
        </w:rPr>
        <w:lastRenderedPageBreak/>
        <w:t xml:space="preserve">и оформлению школьной территории, фестиваль «Этих дней не смолкнет слава!», фестиваль талантов, выставки рисунков и фотографий, оформление тематических экспозиций и др. </w:t>
      </w:r>
    </w:p>
    <w:p w14:paraId="5A959A39"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участие во Всероссийских онлайн-уроках Института изучения детства, семьи и воспитания Российской академии образования;</w:t>
      </w:r>
      <w:r w:rsidRPr="00563267">
        <w:rPr>
          <w:rFonts w:ascii="Times New Roman" w:eastAsia="Times New Roman" w:hAnsi="Times New Roman"/>
          <w:bCs/>
          <w:i/>
          <w:color w:val="000000"/>
          <w:sz w:val="24"/>
          <w:u w:val="single"/>
          <w:lang w:val="ru-RU"/>
        </w:rPr>
        <w:t xml:space="preserve"> </w:t>
      </w:r>
    </w:p>
    <w:p w14:paraId="384A5606"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через формирование творческих групп как на уровне класса, так и на уровне Школы вовлечение по возможности каждого обучающегося в школьные дела в разных ролях (сценаристов, постановщиков, исполнителей, корреспондентов, ведущих, оформителей,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16D2EB70" w14:textId="77777777" w:rsidR="00563267" w:rsidRPr="00563267" w:rsidRDefault="00563267" w:rsidP="00563267">
      <w:pPr>
        <w:numPr>
          <w:ilvl w:val="0"/>
          <w:numId w:val="14"/>
        </w:numPr>
        <w:autoSpaceDE w:val="0"/>
        <w:autoSpaceDN w:val="0"/>
        <w:spacing w:after="0" w:line="240" w:lineRule="auto"/>
        <w:jc w:val="both"/>
        <w:rPr>
          <w:rFonts w:ascii="Times New Roman" w:eastAsia="Times New Roman" w:hAnsi="Times New Roman"/>
          <w:bCs/>
          <w:color w:val="000000"/>
          <w:sz w:val="24"/>
          <w:lang w:val="ru-RU"/>
        </w:rPr>
      </w:pPr>
      <w:r w:rsidRPr="00563267">
        <w:rPr>
          <w:rFonts w:ascii="Times New Roman" w:eastAsia="Times New Roman" w:hAnsi="Times New Roman"/>
          <w:bCs/>
          <w:color w:val="000000"/>
          <w:sz w:val="24"/>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с последующей корректировкой организации взаимодействия с обучающимися.</w:t>
      </w:r>
    </w:p>
    <w:p w14:paraId="1E6974A3" w14:textId="77777777" w:rsidR="00563267" w:rsidRPr="006D5F6A" w:rsidRDefault="00563267" w:rsidP="006D5F6A">
      <w:pPr>
        <w:autoSpaceDE w:val="0"/>
        <w:autoSpaceDN w:val="0"/>
        <w:spacing w:after="0" w:line="240" w:lineRule="auto"/>
        <w:jc w:val="both"/>
        <w:rPr>
          <w:rFonts w:ascii="Times New Roman" w:eastAsia="Times New Roman" w:hAnsi="Times New Roman"/>
          <w:bCs/>
          <w:color w:val="000000"/>
          <w:sz w:val="24"/>
          <w:lang w:val="ru-RU"/>
        </w:rPr>
      </w:pPr>
    </w:p>
    <w:p w14:paraId="63C84F76" w14:textId="408213EA" w:rsidR="005F0CF1" w:rsidRPr="00107395" w:rsidRDefault="00F150A0" w:rsidP="00107395">
      <w:pPr>
        <w:pStyle w:val="ae"/>
        <w:numPr>
          <w:ilvl w:val="0"/>
          <w:numId w:val="16"/>
        </w:numPr>
        <w:autoSpaceDE w:val="0"/>
        <w:autoSpaceDN w:val="0"/>
        <w:spacing w:after="0" w:line="230" w:lineRule="auto"/>
        <w:rPr>
          <w:lang w:val="ru-RU"/>
        </w:rPr>
      </w:pPr>
      <w:r w:rsidRPr="00107395">
        <w:rPr>
          <w:rFonts w:ascii="Times New Roman" w:eastAsia="Times New Roman" w:hAnsi="Times New Roman"/>
          <w:b/>
          <w:color w:val="000000"/>
          <w:sz w:val="24"/>
          <w:lang w:val="ru-RU"/>
        </w:rPr>
        <w:t xml:space="preserve">СОДЕРЖАНИЕ УЧЕБНОГО ПРЕДМЕТА </w:t>
      </w:r>
    </w:p>
    <w:p w14:paraId="5FC4D8E5" w14:textId="77777777" w:rsidR="00680377" w:rsidRDefault="00680377" w:rsidP="006A2BAE">
      <w:pPr>
        <w:pStyle w:val="a9"/>
        <w:ind w:firstLine="720"/>
        <w:jc w:val="both"/>
        <w:rPr>
          <w:rFonts w:ascii="Times New Roman" w:hAnsi="Times New Roman" w:cs="Times New Roman"/>
          <w:b/>
          <w:sz w:val="24"/>
          <w:szCs w:val="24"/>
          <w:lang w:val="ru-RU"/>
        </w:rPr>
      </w:pPr>
    </w:p>
    <w:p w14:paraId="56420BA7" w14:textId="77777777" w:rsidR="00680377" w:rsidRDefault="00680377" w:rsidP="006A2BAE">
      <w:pPr>
        <w:pStyle w:val="a9"/>
        <w:ind w:firstLine="720"/>
        <w:jc w:val="both"/>
        <w:rPr>
          <w:rFonts w:ascii="Times New Roman" w:hAnsi="Times New Roman" w:cs="Times New Roman"/>
          <w:b/>
          <w:sz w:val="24"/>
          <w:szCs w:val="24"/>
          <w:lang w:val="ru-RU"/>
        </w:rPr>
      </w:pPr>
      <w:r w:rsidRPr="00680377">
        <w:rPr>
          <w:rFonts w:ascii="Times New Roman" w:hAnsi="Times New Roman" w:cs="Times New Roman"/>
          <w:b/>
          <w:sz w:val="24"/>
          <w:szCs w:val="24"/>
          <w:lang w:val="ru-RU"/>
        </w:rPr>
        <w:t>1 класс</w:t>
      </w:r>
    </w:p>
    <w:p w14:paraId="47CEB364" w14:textId="77777777" w:rsidR="00680377" w:rsidRPr="00680377" w:rsidRDefault="00680377" w:rsidP="006A2BAE">
      <w:pPr>
        <w:pStyle w:val="a9"/>
        <w:ind w:firstLine="720"/>
        <w:jc w:val="both"/>
        <w:rPr>
          <w:rFonts w:ascii="Times New Roman" w:hAnsi="Times New Roman" w:cs="Times New Roman"/>
          <w:b/>
          <w:sz w:val="24"/>
          <w:szCs w:val="24"/>
          <w:lang w:val="ru-RU"/>
        </w:rPr>
      </w:pPr>
    </w:p>
    <w:p w14:paraId="169D3EDB" w14:textId="3EC5DD7C" w:rsidR="005F0CF1" w:rsidRPr="006A2BAE" w:rsidRDefault="00F150A0" w:rsidP="006A2BAE">
      <w:pPr>
        <w:pStyle w:val="a9"/>
        <w:ind w:firstLine="720"/>
        <w:jc w:val="both"/>
        <w:rPr>
          <w:rFonts w:ascii="Times New Roman" w:hAnsi="Times New Roman" w:cs="Times New Roman"/>
          <w:sz w:val="24"/>
          <w:szCs w:val="24"/>
          <w:lang w:val="ru-RU"/>
        </w:rPr>
      </w:pPr>
      <w:r w:rsidRPr="006A2BAE">
        <w:rPr>
          <w:rFonts w:ascii="Times New Roman" w:hAnsi="Times New Roman" w:cs="Times New Roman"/>
          <w:i/>
          <w:sz w:val="24"/>
          <w:szCs w:val="24"/>
          <w:lang w:val="ru-RU"/>
        </w:rPr>
        <w:t>Сказка фольклорная (народная) и литературная (авторская).</w:t>
      </w:r>
      <w:r w:rsidRPr="006A2BAE">
        <w:rPr>
          <w:rFonts w:ascii="Times New Roman" w:hAnsi="Times New Roman" w:cs="Times New Roman"/>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58F56E65" w14:textId="2823843B" w:rsidR="005F0CF1" w:rsidRPr="006A2BAE" w:rsidRDefault="00F150A0" w:rsidP="006A2BAE">
      <w:pPr>
        <w:pStyle w:val="a9"/>
        <w:ind w:firstLine="720"/>
        <w:jc w:val="both"/>
        <w:rPr>
          <w:rFonts w:ascii="Times New Roman" w:hAnsi="Times New Roman" w:cs="Times New Roman"/>
          <w:sz w:val="24"/>
          <w:szCs w:val="24"/>
          <w:lang w:val="ru-RU"/>
        </w:rPr>
      </w:pPr>
      <w:r w:rsidRPr="006A2BAE">
        <w:rPr>
          <w:rFonts w:ascii="Times New Roman" w:hAnsi="Times New Roman" w:cs="Times New Roman"/>
          <w:i/>
          <w:sz w:val="24"/>
          <w:szCs w:val="24"/>
          <w:lang w:val="ru-RU"/>
        </w:rPr>
        <w:t>Произведения о детях и для детей.</w:t>
      </w:r>
      <w:r w:rsidRPr="006A2BAE">
        <w:rPr>
          <w:rFonts w:ascii="Times New Roman" w:hAnsi="Times New Roman" w:cs="Times New Roman"/>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w:t>
      </w:r>
      <w:r w:rsidR="006A2BAE">
        <w:rPr>
          <w:rFonts w:ascii="Times New Roman" w:hAnsi="Times New Roman" w:cs="Times New Roman"/>
          <w:sz w:val="24"/>
          <w:szCs w:val="24"/>
          <w:lang w:val="ru-RU"/>
        </w:rPr>
        <w:t xml:space="preserve"> </w:t>
      </w:r>
      <w:r w:rsidRPr="006A2BAE">
        <w:rPr>
          <w:rFonts w:ascii="Times New Roman" w:hAnsi="Times New Roman" w:cs="Times New Roman"/>
          <w:sz w:val="24"/>
          <w:szCs w:val="24"/>
          <w:lang w:val="ru-RU"/>
        </w:rPr>
        <w:t>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93B35F7" w14:textId="66F94CFC" w:rsidR="005F0CF1" w:rsidRPr="006A2BAE" w:rsidRDefault="00F150A0" w:rsidP="006A2BAE">
      <w:pPr>
        <w:pStyle w:val="a9"/>
        <w:ind w:firstLine="720"/>
        <w:jc w:val="both"/>
        <w:rPr>
          <w:rFonts w:ascii="Times New Roman" w:hAnsi="Times New Roman" w:cs="Times New Roman"/>
          <w:sz w:val="24"/>
          <w:szCs w:val="24"/>
          <w:lang w:val="ru-RU"/>
        </w:rPr>
      </w:pPr>
      <w:r w:rsidRPr="006A2BAE">
        <w:rPr>
          <w:rFonts w:ascii="Times New Roman" w:hAnsi="Times New Roman" w:cs="Times New Roman"/>
          <w:i/>
          <w:sz w:val="24"/>
          <w:szCs w:val="24"/>
          <w:lang w:val="ru-RU"/>
        </w:rPr>
        <w:t xml:space="preserve">Произведения о родной природе. </w:t>
      </w:r>
      <w:r w:rsidRPr="006A2BAE">
        <w:rPr>
          <w:rFonts w:ascii="Times New Roman" w:hAnsi="Times New Roman" w:cs="Times New Roman"/>
          <w:sz w:val="24"/>
          <w:szCs w:val="24"/>
          <w:lang w:val="ru-RU"/>
        </w:rPr>
        <w:t>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2F9221A5" w14:textId="77777777" w:rsidR="005F0CF1" w:rsidRPr="006A2BAE" w:rsidRDefault="00F150A0" w:rsidP="006A2BAE">
      <w:pPr>
        <w:pStyle w:val="a9"/>
        <w:ind w:firstLine="720"/>
        <w:jc w:val="both"/>
        <w:rPr>
          <w:rFonts w:ascii="Times New Roman" w:hAnsi="Times New Roman" w:cs="Times New Roman"/>
          <w:sz w:val="24"/>
          <w:szCs w:val="24"/>
          <w:lang w:val="ru-RU"/>
        </w:rPr>
      </w:pPr>
      <w:r w:rsidRPr="006A2BAE">
        <w:rPr>
          <w:rFonts w:ascii="Times New Roman" w:hAnsi="Times New Roman" w:cs="Times New Roman"/>
          <w:i/>
          <w:sz w:val="24"/>
          <w:szCs w:val="24"/>
          <w:lang w:val="ru-RU"/>
        </w:rPr>
        <w:t>Устное народное творчество — малые фольклорные жанры</w:t>
      </w:r>
      <w:r w:rsidRPr="006A2BAE">
        <w:rPr>
          <w:rFonts w:ascii="Times New Roman" w:hAnsi="Times New Roman" w:cs="Times New Roman"/>
          <w:sz w:val="24"/>
          <w:szCs w:val="24"/>
          <w:lang w:val="ru-RU"/>
        </w:rPr>
        <w:t xml:space="preserve"> (не менее шести произведений).</w:t>
      </w:r>
    </w:p>
    <w:p w14:paraId="62554D06" w14:textId="60F752B9" w:rsidR="005F0CF1" w:rsidRPr="006A2BAE" w:rsidRDefault="00F150A0" w:rsidP="006A2BAE">
      <w:pPr>
        <w:pStyle w:val="a9"/>
        <w:jc w:val="both"/>
        <w:rPr>
          <w:rFonts w:ascii="Times New Roman" w:hAnsi="Times New Roman" w:cs="Times New Roman"/>
          <w:sz w:val="24"/>
          <w:szCs w:val="24"/>
          <w:lang w:val="ru-RU"/>
        </w:rPr>
      </w:pPr>
      <w:r w:rsidRPr="006A2BAE">
        <w:rPr>
          <w:rFonts w:ascii="Times New Roman" w:hAnsi="Times New Roman" w:cs="Times New Roman"/>
          <w:sz w:val="24"/>
          <w:szCs w:val="24"/>
          <w:lang w:val="ru-RU"/>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w:t>
      </w:r>
      <w:r w:rsidR="006A2BAE">
        <w:rPr>
          <w:rFonts w:ascii="Times New Roman" w:hAnsi="Times New Roman" w:cs="Times New Roman"/>
          <w:sz w:val="24"/>
          <w:szCs w:val="24"/>
          <w:lang w:val="ru-RU"/>
        </w:rPr>
        <w:t xml:space="preserve"> </w:t>
      </w:r>
      <w:r w:rsidRPr="006A2BAE">
        <w:rPr>
          <w:rFonts w:ascii="Times New Roman" w:hAnsi="Times New Roman" w:cs="Times New Roman"/>
          <w:sz w:val="24"/>
          <w:szCs w:val="24"/>
          <w:lang w:val="ru-RU"/>
        </w:rPr>
        <w:t xml:space="preserve">Потешка — игровой народный фольклор. Загадки — средство воспитания живости ума, </w:t>
      </w:r>
      <w:r w:rsidRPr="006A2BAE">
        <w:rPr>
          <w:rFonts w:ascii="Times New Roman" w:hAnsi="Times New Roman" w:cs="Times New Roman"/>
          <w:sz w:val="24"/>
          <w:szCs w:val="24"/>
          <w:lang w:val="ru-RU"/>
        </w:rPr>
        <w:br/>
        <w:t>сообразительности. Пословицы — проявление народной мудрости, средство воспитания понимания жизненных правил.</w:t>
      </w:r>
    </w:p>
    <w:p w14:paraId="7D78BCC3" w14:textId="77777777" w:rsidR="005F0CF1" w:rsidRPr="006A2BAE" w:rsidRDefault="00F150A0" w:rsidP="006A2BAE">
      <w:pPr>
        <w:pStyle w:val="a9"/>
        <w:jc w:val="both"/>
        <w:rPr>
          <w:rFonts w:ascii="Times New Roman" w:hAnsi="Times New Roman" w:cs="Times New Roman"/>
          <w:sz w:val="24"/>
          <w:szCs w:val="24"/>
          <w:lang w:val="ru-RU"/>
        </w:rPr>
      </w:pPr>
      <w:r w:rsidRPr="006A2BAE">
        <w:rPr>
          <w:rFonts w:ascii="Times New Roman" w:hAnsi="Times New Roman" w:cs="Times New Roman"/>
          <w:sz w:val="24"/>
          <w:szCs w:val="24"/>
          <w:lang w:val="ru-RU"/>
        </w:rPr>
        <w:tab/>
      </w:r>
      <w:r w:rsidRPr="006A2BAE">
        <w:rPr>
          <w:rFonts w:ascii="Times New Roman" w:hAnsi="Times New Roman" w:cs="Times New Roman"/>
          <w:i/>
          <w:sz w:val="24"/>
          <w:szCs w:val="24"/>
          <w:lang w:val="ru-RU"/>
        </w:rPr>
        <w:t>Произведения о братьях наших меньших</w:t>
      </w:r>
      <w:r w:rsidRPr="006A2BAE">
        <w:rPr>
          <w:rFonts w:ascii="Times New Roman" w:hAnsi="Times New Roman" w:cs="Times New Roman"/>
          <w:sz w:val="24"/>
          <w:szCs w:val="24"/>
          <w:lang w:val="ru-RU"/>
        </w:rPr>
        <w:t xml:space="preserve"> (трёх-четырёх авторов по выбору). Животные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w:t>
      </w:r>
      <w:r w:rsidRPr="006A2BAE">
        <w:rPr>
          <w:rFonts w:ascii="Times New Roman" w:hAnsi="Times New Roman" w:cs="Times New Roman"/>
          <w:sz w:val="24"/>
          <w:szCs w:val="24"/>
          <w:lang w:val="ru-RU"/>
        </w:rPr>
        <w:lastRenderedPageBreak/>
        <w:t xml:space="preserve">взаимоотношения с другими героями произведения. Авторское отношение к герою. Осознание </w:t>
      </w:r>
      <w:r w:rsidRPr="006A2BAE">
        <w:rPr>
          <w:rFonts w:ascii="Times New Roman" w:hAnsi="Times New Roman" w:cs="Times New Roman"/>
          <w:sz w:val="24"/>
          <w:szCs w:val="24"/>
          <w:lang w:val="ru-RU"/>
        </w:rPr>
        <w:tab/>
        <w:t>нравственно-этических понятий: любовь и забота о животных.</w:t>
      </w:r>
    </w:p>
    <w:p w14:paraId="1BEE8006" w14:textId="77777777" w:rsidR="005F0CF1" w:rsidRPr="006A2BAE" w:rsidRDefault="00F150A0" w:rsidP="006A2BAE">
      <w:pPr>
        <w:pStyle w:val="a9"/>
        <w:jc w:val="both"/>
        <w:rPr>
          <w:rFonts w:ascii="Times New Roman" w:hAnsi="Times New Roman" w:cs="Times New Roman"/>
          <w:sz w:val="24"/>
          <w:szCs w:val="24"/>
          <w:lang w:val="ru-RU"/>
        </w:rPr>
      </w:pPr>
      <w:r w:rsidRPr="006A2BAE">
        <w:rPr>
          <w:rFonts w:ascii="Times New Roman" w:hAnsi="Times New Roman" w:cs="Times New Roman"/>
          <w:sz w:val="24"/>
          <w:szCs w:val="24"/>
          <w:lang w:val="ru-RU"/>
        </w:rPr>
        <w:tab/>
      </w:r>
      <w:r w:rsidRPr="006A2BAE">
        <w:rPr>
          <w:rFonts w:ascii="Times New Roman" w:hAnsi="Times New Roman" w:cs="Times New Roman"/>
          <w:i/>
          <w:sz w:val="24"/>
          <w:szCs w:val="24"/>
          <w:lang w:val="ru-RU"/>
        </w:rPr>
        <w:t>Произведения о маме.</w:t>
      </w:r>
      <w:r w:rsidRPr="006A2BAE">
        <w:rPr>
          <w:rFonts w:ascii="Times New Roman" w:hAnsi="Times New Roman" w:cs="Times New Roman"/>
          <w:sz w:val="24"/>
          <w:szCs w:val="24"/>
          <w:lang w:val="ru-RU"/>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w:t>
      </w:r>
    </w:p>
    <w:p w14:paraId="27B23156" w14:textId="77777777" w:rsidR="005F0CF1" w:rsidRPr="006A2BAE" w:rsidRDefault="00F150A0" w:rsidP="006A2BAE">
      <w:pPr>
        <w:pStyle w:val="a9"/>
        <w:jc w:val="both"/>
        <w:rPr>
          <w:rFonts w:ascii="Times New Roman" w:hAnsi="Times New Roman" w:cs="Times New Roman"/>
          <w:sz w:val="24"/>
          <w:szCs w:val="24"/>
          <w:lang w:val="ru-RU"/>
        </w:rPr>
      </w:pPr>
      <w:r w:rsidRPr="006A2BAE">
        <w:rPr>
          <w:rFonts w:ascii="Times New Roman" w:hAnsi="Times New Roman" w:cs="Times New Roman"/>
          <w:sz w:val="24"/>
          <w:szCs w:val="24"/>
          <w:lang w:val="ru-RU"/>
        </w:rPr>
        <w:t>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85DFC08" w14:textId="77777777" w:rsidR="005F0CF1" w:rsidRPr="006A2BAE" w:rsidRDefault="00F150A0" w:rsidP="006A2BAE">
      <w:pPr>
        <w:pStyle w:val="a9"/>
        <w:ind w:firstLine="720"/>
        <w:jc w:val="both"/>
        <w:rPr>
          <w:rFonts w:ascii="Times New Roman" w:hAnsi="Times New Roman" w:cs="Times New Roman"/>
          <w:sz w:val="24"/>
          <w:szCs w:val="24"/>
          <w:lang w:val="ru-RU"/>
        </w:rPr>
      </w:pPr>
      <w:r w:rsidRPr="006A2BAE">
        <w:rPr>
          <w:rFonts w:ascii="Times New Roman" w:hAnsi="Times New Roman" w:cs="Times New Roman"/>
          <w:i/>
          <w:sz w:val="24"/>
          <w:szCs w:val="24"/>
          <w:lang w:val="ru-RU"/>
        </w:rPr>
        <w:t xml:space="preserve">Фольклорные и авторские произведения о чудесах и фантазии (не менее трёх произведений). </w:t>
      </w:r>
      <w:r w:rsidRPr="006A2BAE">
        <w:rPr>
          <w:rFonts w:ascii="Times New Roman" w:hAnsi="Times New Roman" w:cs="Times New Roman"/>
          <w:sz w:val="24"/>
          <w:szCs w:val="24"/>
          <w:lang w:val="ru-RU"/>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289A9154" w14:textId="77777777" w:rsidR="005F0CF1" w:rsidRPr="006A2BAE" w:rsidRDefault="00F150A0" w:rsidP="006A2BAE">
      <w:pPr>
        <w:pStyle w:val="a9"/>
        <w:jc w:val="both"/>
        <w:rPr>
          <w:rFonts w:ascii="Times New Roman" w:hAnsi="Times New Roman" w:cs="Times New Roman"/>
          <w:sz w:val="24"/>
          <w:szCs w:val="24"/>
          <w:lang w:val="ru-RU"/>
        </w:rPr>
      </w:pPr>
      <w:r w:rsidRPr="006A2BAE">
        <w:rPr>
          <w:rFonts w:ascii="Times New Roman" w:hAnsi="Times New Roman" w:cs="Times New Roman"/>
          <w:i/>
          <w:sz w:val="24"/>
          <w:szCs w:val="24"/>
          <w:lang w:val="ru-RU"/>
        </w:rPr>
        <w:t>Библиографическая культура</w:t>
      </w:r>
      <w:r w:rsidRPr="006A2BAE">
        <w:rPr>
          <w:rFonts w:ascii="Times New Roman" w:hAnsi="Times New Roman" w:cs="Times New Roman"/>
          <w:sz w:val="24"/>
          <w:szCs w:val="24"/>
          <w:lang w:val="ru-RU"/>
        </w:rPr>
        <w:t xml:space="preserve"> (работа с детской книгой). Представление о том, что книга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59C2710" w14:textId="77777777" w:rsidR="00680377" w:rsidRDefault="00680377" w:rsidP="00680377">
      <w:pPr>
        <w:pStyle w:val="a9"/>
        <w:ind w:firstLine="720"/>
        <w:jc w:val="both"/>
        <w:rPr>
          <w:rFonts w:ascii="Times New Roman" w:hAnsi="Times New Roman" w:cs="Times New Roman"/>
          <w:b/>
          <w:sz w:val="24"/>
          <w:szCs w:val="24"/>
          <w:lang w:val="ru-RU"/>
        </w:rPr>
      </w:pPr>
    </w:p>
    <w:p w14:paraId="66418AA9" w14:textId="229353F3" w:rsidR="005F0CF1" w:rsidRDefault="00680377" w:rsidP="00680377">
      <w:pPr>
        <w:pStyle w:val="a9"/>
        <w:ind w:firstLine="720"/>
        <w:jc w:val="both"/>
        <w:rPr>
          <w:lang w:val="ru-RU"/>
        </w:rPr>
      </w:pPr>
      <w:r>
        <w:rPr>
          <w:rFonts w:ascii="Times New Roman" w:hAnsi="Times New Roman" w:cs="Times New Roman"/>
          <w:b/>
          <w:sz w:val="24"/>
          <w:szCs w:val="24"/>
          <w:lang w:val="ru-RU"/>
        </w:rPr>
        <w:t>2</w:t>
      </w:r>
      <w:r w:rsidRPr="00680377">
        <w:rPr>
          <w:rFonts w:ascii="Times New Roman" w:hAnsi="Times New Roman" w:cs="Times New Roman"/>
          <w:b/>
          <w:sz w:val="24"/>
          <w:szCs w:val="24"/>
          <w:lang w:val="ru-RU"/>
        </w:rPr>
        <w:t xml:space="preserve"> класс</w:t>
      </w:r>
    </w:p>
    <w:p w14:paraId="3A49917C" w14:textId="77777777" w:rsidR="00680377" w:rsidRPr="00CC46B1" w:rsidRDefault="00680377" w:rsidP="00643805">
      <w:pPr>
        <w:tabs>
          <w:tab w:val="left" w:pos="180"/>
        </w:tabs>
        <w:autoSpaceDE w:val="0"/>
        <w:autoSpaceDN w:val="0"/>
        <w:spacing w:before="346" w:after="0" w:line="262" w:lineRule="auto"/>
        <w:ind w:left="60"/>
        <w:rPr>
          <w:lang w:val="ru-RU"/>
        </w:rPr>
      </w:pPr>
      <w:r w:rsidRPr="00CC46B1">
        <w:rPr>
          <w:rFonts w:ascii="Times New Roman" w:eastAsia="Times New Roman" w:hAnsi="Times New Roman"/>
          <w:i/>
          <w:color w:val="000000"/>
          <w:sz w:val="24"/>
          <w:lang w:val="ru-RU"/>
        </w:rPr>
        <w:t>О нашей Родине.</w:t>
      </w:r>
      <w:r w:rsidRPr="00CC46B1">
        <w:rPr>
          <w:rFonts w:ascii="Times New Roman" w:eastAsia="Times New Roman" w:hAnsi="Times New Roman"/>
          <w:color w:val="000000"/>
          <w:sz w:val="24"/>
          <w:lang w:val="ru-RU"/>
        </w:rPr>
        <w:t xml:space="preserve"> Круг чтения: произведения о Родине (на примере  не   менее   трёх   стихотворений И. С. Никитина, Ф. П. Савинова, А. А. Прокофьева, Н. М. Рубцова, С. А. Есенина и др.).</w:t>
      </w:r>
    </w:p>
    <w:p w14:paraId="335F0A81" w14:textId="77777777" w:rsidR="00680377" w:rsidRPr="00CC46B1" w:rsidRDefault="00680377" w:rsidP="00643805">
      <w:pPr>
        <w:autoSpaceDE w:val="0"/>
        <w:autoSpaceDN w:val="0"/>
        <w:spacing w:before="70" w:after="0" w:line="281" w:lineRule="auto"/>
        <w:jc w:val="both"/>
        <w:rPr>
          <w:lang w:val="ru-RU"/>
        </w:rPr>
      </w:pPr>
      <w:r w:rsidRPr="00CC46B1">
        <w:rPr>
          <w:rFonts w:ascii="Times New Roman" w:eastAsia="Times New Roman" w:hAnsi="Times New Roman"/>
          <w:color w:val="000000"/>
          <w:sz w:val="24"/>
          <w:lang w:val="ru-RU"/>
        </w:rPr>
        <w:t>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6022C323" w14:textId="77777777" w:rsidR="00680377" w:rsidRPr="00CC46B1" w:rsidRDefault="00680377" w:rsidP="00643805">
      <w:pPr>
        <w:autoSpaceDE w:val="0"/>
        <w:autoSpaceDN w:val="0"/>
        <w:spacing w:before="192" w:after="0" w:line="283" w:lineRule="auto"/>
        <w:ind w:firstLine="180"/>
        <w:jc w:val="both"/>
        <w:rPr>
          <w:lang w:val="ru-RU"/>
        </w:rPr>
      </w:pPr>
      <w:r w:rsidRPr="00CC46B1">
        <w:rPr>
          <w:rFonts w:ascii="Times New Roman" w:eastAsia="Times New Roman" w:hAnsi="Times New Roman"/>
          <w:i/>
          <w:color w:val="000000"/>
          <w:sz w:val="24"/>
          <w:lang w:val="ru-RU"/>
        </w:rPr>
        <w:t>Фольклор (устное народное творчество).</w:t>
      </w:r>
      <w:r w:rsidRPr="00CC46B1">
        <w:rPr>
          <w:rFonts w:ascii="Times New Roman" w:eastAsia="Times New Roman" w:hAnsi="Times New Roman"/>
          <w:color w:val="000000"/>
          <w:sz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w:t>
      </w:r>
    </w:p>
    <w:p w14:paraId="30A51279" w14:textId="77777777" w:rsidR="00680377" w:rsidRPr="00CC46B1" w:rsidRDefault="00680377" w:rsidP="00643805">
      <w:pPr>
        <w:autoSpaceDE w:val="0"/>
        <w:autoSpaceDN w:val="0"/>
        <w:spacing w:before="70" w:after="0"/>
        <w:jc w:val="both"/>
        <w:rPr>
          <w:lang w:val="ru-RU"/>
        </w:rPr>
      </w:pPr>
      <w:r w:rsidRPr="00CC46B1">
        <w:rPr>
          <w:rFonts w:ascii="Times New Roman" w:eastAsia="Times New Roman" w:hAnsi="Times New Roman"/>
          <w:color w:val="000000"/>
          <w:sz w:val="24"/>
          <w:lang w:val="ru-RU"/>
        </w:rPr>
        <w:t>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7C26FFE" w14:textId="77777777" w:rsidR="00680377" w:rsidRPr="00CC46B1" w:rsidRDefault="00680377" w:rsidP="00643805">
      <w:pPr>
        <w:autoSpaceDE w:val="0"/>
        <w:autoSpaceDN w:val="0"/>
        <w:spacing w:before="190" w:after="0" w:line="286" w:lineRule="auto"/>
        <w:ind w:firstLine="180"/>
        <w:jc w:val="both"/>
        <w:rPr>
          <w:lang w:val="ru-RU"/>
        </w:rPr>
      </w:pPr>
      <w:r w:rsidRPr="00CC46B1">
        <w:rPr>
          <w:rFonts w:ascii="Times New Roman" w:eastAsia="Times New Roman" w:hAnsi="Times New Roman"/>
          <w:i/>
          <w:color w:val="000000"/>
          <w:sz w:val="24"/>
          <w:lang w:val="ru-RU"/>
        </w:rPr>
        <w:t>Звуки и краски родной природы в разные времена года.</w:t>
      </w:r>
      <w:r w:rsidRPr="00CC46B1">
        <w:rPr>
          <w:rFonts w:ascii="Times New Roman" w:eastAsia="Times New Roman" w:hAnsi="Times New Roman"/>
          <w:color w:val="000000"/>
          <w:sz w:val="24"/>
          <w:lang w:val="ru-RU"/>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 </w:t>
      </w:r>
    </w:p>
    <w:p w14:paraId="094F3A6B" w14:textId="77777777" w:rsidR="00680377" w:rsidRPr="00CC46B1" w:rsidRDefault="00680377" w:rsidP="00643805">
      <w:pPr>
        <w:autoSpaceDE w:val="0"/>
        <w:autoSpaceDN w:val="0"/>
        <w:spacing w:before="190" w:after="0" w:line="262" w:lineRule="auto"/>
        <w:jc w:val="both"/>
        <w:rPr>
          <w:lang w:val="ru-RU"/>
        </w:rPr>
      </w:pPr>
      <w:r w:rsidRPr="00CC46B1">
        <w:rPr>
          <w:rFonts w:ascii="Times New Roman" w:eastAsia="Times New Roman" w:hAnsi="Times New Roman"/>
          <w:i/>
          <w:color w:val="000000"/>
          <w:sz w:val="24"/>
          <w:lang w:val="ru-RU"/>
        </w:rPr>
        <w:t>О детях и дружбе</w:t>
      </w:r>
      <w:r w:rsidRPr="00CC46B1">
        <w:rPr>
          <w:rFonts w:ascii="Times New Roman" w:eastAsia="Times New Roman" w:hAnsi="Times New Roman"/>
          <w:color w:val="000000"/>
          <w:sz w:val="24"/>
          <w:lang w:val="ru-RU"/>
        </w:rPr>
        <w:t>.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w:t>
      </w:r>
    </w:p>
    <w:p w14:paraId="3F80D7DD" w14:textId="77777777" w:rsidR="00680377" w:rsidRPr="00CC46B1" w:rsidRDefault="00680377" w:rsidP="00643805">
      <w:pPr>
        <w:autoSpaceDE w:val="0"/>
        <w:autoSpaceDN w:val="0"/>
        <w:spacing w:before="72" w:after="0"/>
        <w:jc w:val="both"/>
        <w:rPr>
          <w:lang w:val="ru-RU"/>
        </w:rPr>
      </w:pPr>
      <w:r w:rsidRPr="00CC46B1">
        <w:rPr>
          <w:rFonts w:ascii="Times New Roman" w:eastAsia="Times New Roman" w:hAnsi="Times New Roman"/>
          <w:color w:val="000000"/>
          <w:sz w:val="24"/>
          <w:lang w:val="ru-RU"/>
        </w:rPr>
        <w:t xml:space="preserve">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w:t>
      </w:r>
      <w:r w:rsidRPr="00CC46B1">
        <w:rPr>
          <w:rFonts w:ascii="Times New Roman" w:eastAsia="Times New Roman" w:hAnsi="Times New Roman"/>
          <w:color w:val="000000"/>
          <w:sz w:val="24"/>
          <w:lang w:val="ru-RU"/>
        </w:rPr>
        <w:lastRenderedPageBreak/>
        <w:t>произведения. Герой произведения (введение понятия «главный герой»), его характеристика (портрет), оценка поступков.</w:t>
      </w:r>
    </w:p>
    <w:p w14:paraId="4CE60D94" w14:textId="77777777" w:rsidR="00680377" w:rsidRPr="00CC46B1" w:rsidRDefault="00680377" w:rsidP="00643805">
      <w:pPr>
        <w:autoSpaceDE w:val="0"/>
        <w:autoSpaceDN w:val="0"/>
        <w:spacing w:before="190" w:after="0" w:line="281" w:lineRule="auto"/>
        <w:ind w:firstLine="180"/>
        <w:jc w:val="both"/>
        <w:rPr>
          <w:lang w:val="ru-RU"/>
        </w:rPr>
      </w:pPr>
      <w:r w:rsidRPr="00CC46B1">
        <w:rPr>
          <w:rFonts w:ascii="Times New Roman" w:eastAsia="Times New Roman" w:hAnsi="Times New Roman"/>
          <w:i/>
          <w:color w:val="000000"/>
          <w:sz w:val="24"/>
          <w:lang w:val="ru-RU"/>
        </w:rPr>
        <w:t>Мир сказок.</w:t>
      </w:r>
      <w:r w:rsidRPr="00CC46B1">
        <w:rPr>
          <w:rFonts w:ascii="Times New Roman" w:eastAsia="Times New Roman" w:hAnsi="Times New Roman"/>
          <w:color w:val="000000"/>
          <w:sz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14:paraId="30A3CDDE" w14:textId="77777777" w:rsidR="00680377" w:rsidRPr="00CC46B1" w:rsidRDefault="00680377" w:rsidP="00643805">
      <w:pPr>
        <w:autoSpaceDE w:val="0"/>
        <w:autoSpaceDN w:val="0"/>
        <w:spacing w:before="190" w:after="0"/>
        <w:ind w:firstLine="180"/>
        <w:jc w:val="both"/>
        <w:rPr>
          <w:lang w:val="ru-RU"/>
        </w:rPr>
      </w:pPr>
      <w:r w:rsidRPr="00CC46B1">
        <w:rPr>
          <w:rFonts w:ascii="Times New Roman" w:eastAsia="Times New Roman" w:hAnsi="Times New Roman"/>
          <w:i/>
          <w:color w:val="000000"/>
          <w:sz w:val="24"/>
          <w:lang w:val="ru-RU"/>
        </w:rPr>
        <w:t>О братьях наших меньших</w:t>
      </w:r>
      <w:r w:rsidRPr="00CC46B1">
        <w:rPr>
          <w:rFonts w:ascii="Times New Roman" w:eastAsia="Times New Roman" w:hAnsi="Times New Roman"/>
          <w:color w:val="000000"/>
          <w:sz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w:t>
      </w:r>
    </w:p>
    <w:p w14:paraId="171D9518" w14:textId="77777777" w:rsidR="00680377" w:rsidRPr="00CC46B1" w:rsidRDefault="00680377" w:rsidP="00643805">
      <w:pPr>
        <w:autoSpaceDE w:val="0"/>
        <w:autoSpaceDN w:val="0"/>
        <w:spacing w:before="70" w:after="0" w:line="230" w:lineRule="auto"/>
        <w:jc w:val="both"/>
        <w:rPr>
          <w:lang w:val="ru-RU"/>
        </w:rPr>
      </w:pPr>
      <w:r w:rsidRPr="00CC46B1">
        <w:rPr>
          <w:rFonts w:ascii="Times New Roman" w:eastAsia="Times New Roman" w:hAnsi="Times New Roman"/>
          <w:color w:val="000000"/>
          <w:sz w:val="24"/>
          <w:lang w:val="ru-RU"/>
        </w:rPr>
        <w:t>Пришвина и др.).  Отражение образов животных в фольклоре (русские народные песни, загадки,</w:t>
      </w:r>
    </w:p>
    <w:p w14:paraId="035D8A85" w14:textId="77777777" w:rsidR="00680377" w:rsidRPr="00CC46B1" w:rsidRDefault="00680377" w:rsidP="00643805">
      <w:pPr>
        <w:autoSpaceDE w:val="0"/>
        <w:autoSpaceDN w:val="0"/>
        <w:spacing w:after="66" w:line="220" w:lineRule="exact"/>
        <w:rPr>
          <w:lang w:val="ru-RU"/>
        </w:rPr>
      </w:pPr>
    </w:p>
    <w:p w14:paraId="3697D28E" w14:textId="77777777" w:rsidR="00680377" w:rsidRPr="00CC46B1" w:rsidRDefault="00680377" w:rsidP="00643805">
      <w:pPr>
        <w:autoSpaceDE w:val="0"/>
        <w:autoSpaceDN w:val="0"/>
        <w:spacing w:after="0" w:line="271" w:lineRule="auto"/>
        <w:jc w:val="both"/>
        <w:rPr>
          <w:lang w:val="ru-RU"/>
        </w:rPr>
      </w:pPr>
      <w:r w:rsidRPr="00CC46B1">
        <w:rPr>
          <w:rFonts w:ascii="Times New Roman" w:eastAsia="Times New Roman" w:hAnsi="Times New Roman"/>
          <w:color w:val="000000"/>
          <w:sz w:val="24"/>
          <w:lang w:val="ru-RU"/>
        </w:rPr>
        <w:t>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w:t>
      </w:r>
    </w:p>
    <w:p w14:paraId="79755AF0" w14:textId="77777777" w:rsidR="00680377" w:rsidRPr="00CC46B1" w:rsidRDefault="00680377" w:rsidP="00643805">
      <w:pPr>
        <w:autoSpaceDE w:val="0"/>
        <w:autoSpaceDN w:val="0"/>
        <w:spacing w:before="70" w:after="0" w:line="262" w:lineRule="auto"/>
        <w:jc w:val="both"/>
        <w:rPr>
          <w:lang w:val="ru-RU"/>
        </w:rPr>
      </w:pPr>
      <w:r w:rsidRPr="00CC46B1">
        <w:rPr>
          <w:rFonts w:ascii="Times New Roman" w:eastAsia="Times New Roman" w:hAnsi="Times New Roman"/>
          <w:color w:val="000000"/>
          <w:sz w:val="24"/>
          <w:lang w:val="ru-RU"/>
        </w:rPr>
        <w:t>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w:t>
      </w:r>
    </w:p>
    <w:p w14:paraId="262EA2B9" w14:textId="77777777" w:rsidR="00680377" w:rsidRPr="00CC46B1" w:rsidRDefault="00680377" w:rsidP="00643805">
      <w:pPr>
        <w:autoSpaceDE w:val="0"/>
        <w:autoSpaceDN w:val="0"/>
        <w:spacing w:before="70" w:after="0" w:line="262" w:lineRule="auto"/>
        <w:jc w:val="both"/>
        <w:rPr>
          <w:lang w:val="ru-RU"/>
        </w:rPr>
      </w:pPr>
      <w:r w:rsidRPr="00CC46B1">
        <w:rPr>
          <w:rFonts w:ascii="Times New Roman" w:eastAsia="Times New Roman" w:hAnsi="Times New Roman"/>
          <w:color w:val="000000"/>
          <w:sz w:val="24"/>
          <w:lang w:val="ru-RU"/>
        </w:rPr>
        <w:t>Знакомство с художниками-иллюстраторами, анималистами (без использования термина): Е. И. Чарушин, В. В. Бианки.</w:t>
      </w:r>
    </w:p>
    <w:p w14:paraId="66255EA8" w14:textId="77777777" w:rsidR="00680377" w:rsidRPr="00CC46B1" w:rsidRDefault="00680377" w:rsidP="00643805">
      <w:pPr>
        <w:autoSpaceDE w:val="0"/>
        <w:autoSpaceDN w:val="0"/>
        <w:spacing w:before="190" w:after="0" w:line="281" w:lineRule="auto"/>
        <w:ind w:firstLine="180"/>
        <w:jc w:val="both"/>
        <w:rPr>
          <w:lang w:val="ru-RU"/>
        </w:rPr>
      </w:pPr>
      <w:r w:rsidRPr="00CC46B1">
        <w:rPr>
          <w:rFonts w:ascii="Times New Roman" w:eastAsia="Times New Roman" w:hAnsi="Times New Roman"/>
          <w:i/>
          <w:color w:val="000000"/>
          <w:sz w:val="24"/>
          <w:lang w:val="ru-RU"/>
        </w:rPr>
        <w:t>О наших близких, о семье</w:t>
      </w:r>
      <w:r w:rsidRPr="00CC46B1">
        <w:rPr>
          <w:rFonts w:ascii="Times New Roman" w:eastAsia="Times New Roman" w:hAnsi="Times New Roman"/>
          <w:color w:val="000000"/>
          <w:sz w:val="24"/>
          <w:lang w:val="ru-RU"/>
        </w:rP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2AD4FDD" w14:textId="77777777" w:rsidR="00680377" w:rsidRPr="00CC46B1" w:rsidRDefault="00680377" w:rsidP="00643805">
      <w:pPr>
        <w:autoSpaceDE w:val="0"/>
        <w:autoSpaceDN w:val="0"/>
        <w:spacing w:before="190" w:after="0" w:line="281" w:lineRule="auto"/>
        <w:ind w:firstLine="180"/>
        <w:jc w:val="both"/>
        <w:rPr>
          <w:lang w:val="ru-RU"/>
        </w:rPr>
      </w:pPr>
      <w:r w:rsidRPr="00CC46B1">
        <w:rPr>
          <w:rFonts w:ascii="Times New Roman" w:eastAsia="Times New Roman" w:hAnsi="Times New Roman"/>
          <w:i/>
          <w:color w:val="000000"/>
          <w:sz w:val="24"/>
          <w:lang w:val="ru-RU"/>
        </w:rPr>
        <w:t>Зарубежная литература</w:t>
      </w:r>
      <w:r w:rsidRPr="00CC46B1">
        <w:rPr>
          <w:rFonts w:ascii="Times New Roman" w:eastAsia="Times New Roman" w:hAnsi="Times New Roman"/>
          <w:color w:val="000000"/>
          <w:sz w:val="24"/>
          <w:lang w:val="ru-RU"/>
        </w:rPr>
        <w:t xml:space="preserve">. Круг чтения: литературная (авторская) сказка (не менее двух </w:t>
      </w:r>
      <w:r w:rsidRPr="00CC46B1">
        <w:rPr>
          <w:lang w:val="ru-RU"/>
        </w:rPr>
        <w:br/>
      </w:r>
      <w:r w:rsidRPr="00CC46B1">
        <w:rPr>
          <w:rFonts w:ascii="Times New Roman" w:eastAsia="Times New Roman" w:hAnsi="Times New Roman"/>
          <w:color w:val="000000"/>
          <w:sz w:val="24"/>
          <w:lang w:val="ru-RU"/>
        </w:rPr>
        <w:t>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DDD9C4B" w14:textId="77777777" w:rsidR="00680377" w:rsidRPr="00CC46B1" w:rsidRDefault="00680377" w:rsidP="00643805">
      <w:pPr>
        <w:autoSpaceDE w:val="0"/>
        <w:autoSpaceDN w:val="0"/>
        <w:spacing w:before="190" w:after="0"/>
        <w:ind w:firstLine="180"/>
        <w:jc w:val="both"/>
        <w:rPr>
          <w:lang w:val="ru-RU"/>
        </w:rPr>
      </w:pPr>
      <w:r w:rsidRPr="00CC46B1">
        <w:rPr>
          <w:rFonts w:ascii="Times New Roman" w:eastAsia="Times New Roman" w:hAnsi="Times New Roman"/>
          <w:i/>
          <w:color w:val="000000"/>
          <w:sz w:val="24"/>
          <w:lang w:val="ru-RU"/>
        </w:rPr>
        <w:t>Библиографическая культура(работа  с  детской  книгой и справочной литературой)</w:t>
      </w:r>
      <w:r w:rsidRPr="00CC46B1">
        <w:rPr>
          <w:rFonts w:ascii="Times New Roman" w:eastAsia="Times New Roman" w:hAnsi="Times New Roman"/>
          <w:color w:val="000000"/>
          <w:sz w:val="24"/>
          <w:lang w:val="ru-RU"/>
        </w:rPr>
        <w:t xml:space="preserve">. Книга как источник необходимых знаний. Элементы книги: содержание или оглавление, аннотация, </w:t>
      </w:r>
      <w:r w:rsidRPr="00CC46B1">
        <w:rPr>
          <w:lang w:val="ru-RU"/>
        </w:rPr>
        <w:br/>
      </w:r>
      <w:r w:rsidRPr="00CC46B1">
        <w:rPr>
          <w:rFonts w:ascii="Times New Roman" w:eastAsia="Times New Roman" w:hAnsi="Times New Roman"/>
          <w:color w:val="000000"/>
          <w:sz w:val="24"/>
          <w:lang w:val="ru-RU"/>
        </w:rPr>
        <w:t>иллюстрация. Выбор книг на основе рекомендательного списка, тематические картотеки библиотеки. Книга учебная, художественная, справочная.</w:t>
      </w:r>
    </w:p>
    <w:p w14:paraId="4449BF25" w14:textId="77777777" w:rsidR="00680377" w:rsidRDefault="00680377" w:rsidP="00643805">
      <w:pPr>
        <w:pStyle w:val="a9"/>
        <w:ind w:firstLine="720"/>
        <w:jc w:val="both"/>
        <w:rPr>
          <w:rFonts w:ascii="Times New Roman" w:hAnsi="Times New Roman" w:cs="Times New Roman"/>
          <w:b/>
          <w:sz w:val="24"/>
          <w:szCs w:val="24"/>
          <w:lang w:val="ru-RU"/>
        </w:rPr>
      </w:pPr>
    </w:p>
    <w:p w14:paraId="55A124F6" w14:textId="6C5642B3" w:rsidR="00680377" w:rsidRDefault="00680377" w:rsidP="00643805">
      <w:pPr>
        <w:pStyle w:val="a9"/>
        <w:ind w:firstLine="720"/>
        <w:jc w:val="both"/>
        <w:rPr>
          <w:rFonts w:ascii="Times New Roman" w:hAnsi="Times New Roman" w:cs="Times New Roman"/>
          <w:b/>
          <w:sz w:val="24"/>
          <w:szCs w:val="24"/>
          <w:lang w:val="ru-RU"/>
        </w:rPr>
      </w:pPr>
      <w:r>
        <w:rPr>
          <w:rFonts w:ascii="Times New Roman" w:hAnsi="Times New Roman" w:cs="Times New Roman"/>
          <w:b/>
          <w:sz w:val="24"/>
          <w:szCs w:val="24"/>
          <w:lang w:val="ru-RU"/>
        </w:rPr>
        <w:t>3</w:t>
      </w:r>
      <w:r w:rsidRPr="00680377">
        <w:rPr>
          <w:rFonts w:ascii="Times New Roman" w:hAnsi="Times New Roman" w:cs="Times New Roman"/>
          <w:b/>
          <w:sz w:val="24"/>
          <w:szCs w:val="24"/>
          <w:lang w:val="ru-RU"/>
        </w:rPr>
        <w:t xml:space="preserve"> класс</w:t>
      </w:r>
    </w:p>
    <w:p w14:paraId="26D5C5FB" w14:textId="77777777" w:rsidR="00680377" w:rsidRPr="00680377" w:rsidRDefault="00680377" w:rsidP="00643805">
      <w:pPr>
        <w:widowControl w:val="0"/>
        <w:autoSpaceDE w:val="0"/>
        <w:autoSpaceDN w:val="0"/>
        <w:spacing w:before="156"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О Родине и её истории. </w:t>
      </w:r>
      <w:r w:rsidRPr="00680377">
        <w:rPr>
          <w:rFonts w:ascii="Times New Roman" w:eastAsia="Times New Roman" w:hAnsi="Times New Roman" w:cs="Times New Roman"/>
          <w:sz w:val="24"/>
          <w:szCs w:val="24"/>
          <w:lang w:val="ru-RU"/>
        </w:rPr>
        <w:t>Любовь к Родине и её история — важные темы произведений литературы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одного-двух</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авторов</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по</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выбору).</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Чувство</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любви</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к</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Родине,</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сопричастность</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прошлому и настоящему своей страны и родного края — главные идеи, нравственные ценности,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выраженные в произведениях о Родине. Образ Родины в стихотворных и прозаических произведениях</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писателей и поэтов ХIХ и ХХ веков. Осознание нравственно-этических понятий: любовь к родной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стороне, малой родине, гордость за красоту и величие своей Отчизны. Роль и особенности заголовка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lastRenderedPageBreak/>
        <w:t>Репродукции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картин как иллюстрации к произведениям о Родине. Использование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средств</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выразительности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чтении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вслух:</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интонация,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темп,</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ритм,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логические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ударения.</w:t>
      </w:r>
    </w:p>
    <w:p w14:paraId="7218EC4C" w14:textId="77777777" w:rsidR="00680377" w:rsidRPr="00680377" w:rsidRDefault="00680377" w:rsidP="00643805">
      <w:pPr>
        <w:widowControl w:val="0"/>
        <w:autoSpaceDE w:val="0"/>
        <w:autoSpaceDN w:val="0"/>
        <w:spacing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Фольклор (устное народное творчество). </w:t>
      </w:r>
      <w:r w:rsidRPr="00680377">
        <w:rPr>
          <w:rFonts w:ascii="Times New Roman" w:eastAsia="Times New Roman" w:hAnsi="Times New Roman" w:cs="Times New Roman"/>
          <w:sz w:val="24"/>
          <w:szCs w:val="24"/>
          <w:lang w:val="ru-RU"/>
        </w:rPr>
        <w:t>Круг чтения: малые жанры фольклора (пословицы,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потешки, считалки, небылицы, скороговорки, загадки, по выбору). Знакомство с видами загадок.</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Пословицы</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народов</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России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(значение,</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характеристика,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нравственная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основа).</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Книги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словари,</w:t>
      </w:r>
    </w:p>
    <w:p w14:paraId="1F1D3C0B" w14:textId="77777777" w:rsidR="00680377" w:rsidRPr="00680377" w:rsidRDefault="00680377" w:rsidP="00643805">
      <w:pPr>
        <w:widowControl w:val="0"/>
        <w:autoSpaceDE w:val="0"/>
        <w:autoSpaceDN w:val="0"/>
        <w:spacing w:before="62" w:after="0" w:line="292" w:lineRule="auto"/>
        <w:ind w:left="106"/>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sz w:val="24"/>
          <w:szCs w:val="24"/>
          <w:lang w:val="ru-RU"/>
        </w:rPr>
        <w:t>созданные В. И. Далем. Активный словарь устной речи: использование образных слов, пословиц и</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поговорок, крылатых выражений. Нравственные ценности в фольклорных произведениях народов</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России.</w:t>
      </w:r>
    </w:p>
    <w:p w14:paraId="3F9528B2" w14:textId="77777777" w:rsidR="00680377" w:rsidRPr="00680377" w:rsidRDefault="00680377" w:rsidP="00643805">
      <w:pPr>
        <w:widowControl w:val="0"/>
        <w:autoSpaceDE w:val="0"/>
        <w:autoSpaceDN w:val="0"/>
        <w:spacing w:before="118"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Фольклорная</w:t>
      </w:r>
      <w:r w:rsidRPr="00680377">
        <w:rPr>
          <w:rFonts w:ascii="Times New Roman" w:eastAsia="Times New Roman" w:hAnsi="Times New Roman" w:cs="Times New Roman"/>
          <w:i/>
          <w:spacing w:val="-5"/>
          <w:sz w:val="24"/>
          <w:szCs w:val="24"/>
          <w:lang w:val="ru-RU"/>
        </w:rPr>
        <w:t xml:space="preserve"> </w:t>
      </w:r>
      <w:r w:rsidRPr="00680377">
        <w:rPr>
          <w:rFonts w:ascii="Times New Roman" w:eastAsia="Times New Roman" w:hAnsi="Times New Roman" w:cs="Times New Roman"/>
          <w:i/>
          <w:sz w:val="24"/>
          <w:szCs w:val="24"/>
          <w:lang w:val="ru-RU"/>
        </w:rPr>
        <w:t>сказка</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как</w:t>
      </w:r>
      <w:r w:rsidRPr="00680377">
        <w:rPr>
          <w:rFonts w:ascii="Times New Roman" w:eastAsia="Times New Roman" w:hAnsi="Times New Roman" w:cs="Times New Roman"/>
          <w:i/>
          <w:spacing w:val="-5"/>
          <w:sz w:val="24"/>
          <w:szCs w:val="24"/>
          <w:lang w:val="ru-RU"/>
        </w:rPr>
        <w:t xml:space="preserve"> </w:t>
      </w:r>
      <w:r w:rsidRPr="00680377">
        <w:rPr>
          <w:rFonts w:ascii="Times New Roman" w:eastAsia="Times New Roman" w:hAnsi="Times New Roman" w:cs="Times New Roman"/>
          <w:i/>
          <w:sz w:val="24"/>
          <w:szCs w:val="24"/>
          <w:lang w:val="ru-RU"/>
        </w:rPr>
        <w:t>отражение</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общечеловеческих</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ценностей</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и</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нравственных</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правил.</w:t>
      </w:r>
      <w:r w:rsidRPr="00680377">
        <w:rPr>
          <w:rFonts w:ascii="Times New Roman" w:eastAsia="Times New Roman" w:hAnsi="Times New Roman" w:cs="Times New Roman"/>
          <w:i/>
          <w:spacing w:val="-6"/>
          <w:sz w:val="24"/>
          <w:szCs w:val="24"/>
          <w:lang w:val="ru-RU"/>
        </w:rPr>
        <w:t xml:space="preserve"> </w:t>
      </w:r>
      <w:r w:rsidRPr="00680377">
        <w:rPr>
          <w:rFonts w:ascii="Times New Roman" w:eastAsia="Times New Roman" w:hAnsi="Times New Roman" w:cs="Times New Roman"/>
          <w:sz w:val="24"/>
          <w:szCs w:val="24"/>
          <w:lang w:val="ru-RU"/>
        </w:rPr>
        <w:t>Виды</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сказок (о животных, бытовые, волшебные). Художественные особенности сказок: построение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(композиция), язык (лексика). Характеристика героя, волшебные помощники, иллюстрация как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отражение сюжета волшебной сказки (например, картины В. М. Васнецова, иллюстрации Ю. 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Васнецова, И. Я. Билибина, В. М. Конашевич). Отражение в сказках народного быта и культуры.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Составление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плана сказки.</w:t>
      </w:r>
    </w:p>
    <w:p w14:paraId="5846FF11" w14:textId="77777777" w:rsidR="00680377" w:rsidRPr="00680377" w:rsidRDefault="00680377" w:rsidP="00643805">
      <w:pPr>
        <w:widowControl w:val="0"/>
        <w:autoSpaceDE w:val="0"/>
        <w:autoSpaceDN w:val="0"/>
        <w:spacing w:before="116"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Круг чтения: народная песня. </w:t>
      </w:r>
      <w:r w:rsidRPr="00680377">
        <w:rPr>
          <w:rFonts w:ascii="Times New Roman" w:eastAsia="Times New Roman" w:hAnsi="Times New Roman" w:cs="Times New Roman"/>
          <w:sz w:val="24"/>
          <w:szCs w:val="24"/>
          <w:lang w:val="ru-RU"/>
        </w:rPr>
        <w:t>Чувства, которые рождают песни, темы песен. Описание картин</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природы как способ рассказать в песне о родной земле. Былина как народный песенный сказ о важном</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историческом событии. Фольклорные особенности жанра былин: язык (напевность исполнения,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выразительность),</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характеристика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главного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героя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(где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жил,</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чем занимался, какими качествами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обладал). Характеристика былин как героического песенного сказа, их особенности (тема, язык). Язык</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былин, устаревшие слова, их место в былине и представление в современной лексике. Репродукции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картин</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иллюстрации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эпизодам фольклорного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w:t>
      </w:r>
    </w:p>
    <w:p w14:paraId="36B4172D" w14:textId="77777777" w:rsidR="00680377" w:rsidRPr="00680377" w:rsidRDefault="00680377" w:rsidP="00643805">
      <w:pPr>
        <w:widowControl w:val="0"/>
        <w:autoSpaceDE w:val="0"/>
        <w:autoSpaceDN w:val="0"/>
        <w:spacing w:before="116"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Творчество</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А.</w:t>
      </w:r>
      <w:r w:rsidRPr="00680377">
        <w:rPr>
          <w:rFonts w:ascii="Times New Roman" w:eastAsia="Times New Roman" w:hAnsi="Times New Roman" w:cs="Times New Roman"/>
          <w:i/>
          <w:spacing w:val="-2"/>
          <w:sz w:val="24"/>
          <w:szCs w:val="24"/>
          <w:lang w:val="ru-RU"/>
        </w:rPr>
        <w:t xml:space="preserve"> </w:t>
      </w:r>
      <w:r w:rsidRPr="00680377">
        <w:rPr>
          <w:rFonts w:ascii="Times New Roman" w:eastAsia="Times New Roman" w:hAnsi="Times New Roman" w:cs="Times New Roman"/>
          <w:i/>
          <w:sz w:val="24"/>
          <w:szCs w:val="24"/>
          <w:lang w:val="ru-RU"/>
        </w:rPr>
        <w:t>С.</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Пушкина.</w:t>
      </w:r>
      <w:r w:rsidRPr="00680377">
        <w:rPr>
          <w:rFonts w:ascii="Times New Roman" w:eastAsia="Times New Roman" w:hAnsi="Times New Roman" w:cs="Times New Roman"/>
          <w:i/>
          <w:spacing w:val="-7"/>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56"/>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55"/>
          <w:sz w:val="24"/>
          <w:szCs w:val="24"/>
          <w:lang w:val="ru-RU"/>
        </w:rPr>
        <w:t xml:space="preserve"> </w:t>
      </w:r>
      <w:r w:rsidRPr="00680377">
        <w:rPr>
          <w:rFonts w:ascii="Times New Roman" w:eastAsia="Times New Roman" w:hAnsi="Times New Roman" w:cs="Times New Roman"/>
          <w:sz w:val="24"/>
          <w:szCs w:val="24"/>
          <w:lang w:val="ru-RU"/>
        </w:rPr>
        <w:t>Пушкин</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великий</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русский</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поэт.</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Лирические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Пушкина: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средства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художественной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выразительности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(сравнение,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эпитет);</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рифма,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ритм.</w:t>
      </w:r>
    </w:p>
    <w:p w14:paraId="35E9F7AF" w14:textId="77777777" w:rsidR="00680377" w:rsidRPr="00680377" w:rsidRDefault="00680377" w:rsidP="00643805">
      <w:pPr>
        <w:widowControl w:val="0"/>
        <w:autoSpaceDE w:val="0"/>
        <w:autoSpaceDN w:val="0"/>
        <w:spacing w:after="0" w:line="292" w:lineRule="auto"/>
        <w:ind w:left="106"/>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sz w:val="24"/>
          <w:szCs w:val="24"/>
          <w:lang w:val="ru-RU"/>
        </w:rPr>
        <w:t>Литературные сказки 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 Пушкина в стихах (по выбору, например, «Сказка о царе Салтане, о сыне</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его</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славном</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могучем</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богатыре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князе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Гвидоне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Салтановиче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прекрасной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царевне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Лебеди»).</w:t>
      </w:r>
    </w:p>
    <w:p w14:paraId="6BCFC259" w14:textId="77777777" w:rsidR="00680377" w:rsidRPr="00680377" w:rsidRDefault="00680377" w:rsidP="00643805">
      <w:pPr>
        <w:widowControl w:val="0"/>
        <w:autoSpaceDE w:val="0"/>
        <w:autoSpaceDN w:val="0"/>
        <w:spacing w:after="0" w:line="292" w:lineRule="auto"/>
        <w:ind w:left="106"/>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sz w:val="24"/>
          <w:szCs w:val="24"/>
          <w:lang w:val="ru-RU"/>
        </w:rPr>
        <w:t>Нравственный смысл произведения, структура сказочного текста, особенности сюжета, приём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повтора</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основа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изменения</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сюжета.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Связь</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пушкинских</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сказок</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фольклорными.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Положительные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отрицательные герои, волшебные помощники, язык авторской сказки. И. Я. Билибин — иллюстратор</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сказок</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А. С. Пушкина.</w:t>
      </w:r>
    </w:p>
    <w:p w14:paraId="1C5FBF01" w14:textId="77777777" w:rsidR="00680377" w:rsidRPr="00680377" w:rsidRDefault="00680377" w:rsidP="00643805">
      <w:pPr>
        <w:widowControl w:val="0"/>
        <w:autoSpaceDE w:val="0"/>
        <w:autoSpaceDN w:val="0"/>
        <w:spacing w:before="115"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Творчество И. А. Крылова. </w:t>
      </w:r>
      <w:r w:rsidRPr="00680377">
        <w:rPr>
          <w:rFonts w:ascii="Times New Roman" w:eastAsia="Times New Roman" w:hAnsi="Times New Roman" w:cs="Times New Roman"/>
          <w:sz w:val="24"/>
          <w:szCs w:val="24"/>
          <w:lang w:val="ru-RU"/>
        </w:rPr>
        <w:t>Басня — произведение-поучение, которое помогает увидеть свои 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чужие недостатки. Иносказание в баснях 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Крылов — великий русский баснописец. Басни И. А.</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Крылова (не менее двух): назначение, темы и герои, особенности языка. Явная и скрытая мораль</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басен.</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Использование крылатых выражений в</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речи.</w:t>
      </w:r>
    </w:p>
    <w:p w14:paraId="202F47C8" w14:textId="77777777" w:rsidR="00680377" w:rsidRPr="00680377" w:rsidRDefault="00680377" w:rsidP="00643805">
      <w:pPr>
        <w:widowControl w:val="0"/>
        <w:autoSpaceDE w:val="0"/>
        <w:autoSpaceDN w:val="0"/>
        <w:spacing w:before="118"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Картины природы в произведениях поэтов и писателей ХIХ—ХХ веков</w:t>
      </w:r>
      <w:r w:rsidRPr="00680377">
        <w:rPr>
          <w:rFonts w:ascii="Times New Roman" w:eastAsia="Times New Roman" w:hAnsi="Times New Roman" w:cs="Times New Roman"/>
          <w:sz w:val="24"/>
          <w:szCs w:val="24"/>
          <w:lang w:val="ru-RU"/>
        </w:rPr>
        <w:t>. Лирические произведения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как способ передачи чувств людей, автора. Картины природы в произведениях поэтов и писателей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менее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пяти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авторов</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по</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выбору): Ф. И. Тютчева, А. А. Фета, М. Ю. Лермонтова, А. Н. Майкова,</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Н. А. Некрасова, 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Блока, С.</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Есенина, К. Д. Бальмонта, И. А. Бунина, А. П. Чехова, К. Г.</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Паустовского и др. Чувства, вызываемые лирическими произведениями. Средства выразительности в</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произведениях лирики: эпитеты, синонимы, антонимы, сравнения. Звукопись, её выразительное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значение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Олицетворение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одно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из</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средств</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выразительности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лирического</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произведения.</w:t>
      </w:r>
    </w:p>
    <w:p w14:paraId="50E182E5" w14:textId="77777777" w:rsidR="00680377" w:rsidRPr="00680377" w:rsidRDefault="00680377" w:rsidP="00643805">
      <w:pPr>
        <w:widowControl w:val="0"/>
        <w:autoSpaceDE w:val="0"/>
        <w:autoSpaceDN w:val="0"/>
        <w:spacing w:after="0" w:line="292" w:lineRule="auto"/>
        <w:ind w:left="106"/>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sz w:val="24"/>
          <w:szCs w:val="24"/>
          <w:lang w:val="ru-RU"/>
        </w:rPr>
        <w:t>Живописные полотна как иллюстрация к лирическому произведению: пейзаж. Сравнение средств</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создания пейзажа в тексте-описании (эпитеты, сравнения, олицетворения), в изобразительном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искусстве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(цвет,</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композиция),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произведениях</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музыкального</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искусства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(тон,</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темп,</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мелодия).</w:t>
      </w:r>
    </w:p>
    <w:p w14:paraId="766770B7" w14:textId="77777777" w:rsidR="00680377" w:rsidRPr="00680377" w:rsidRDefault="00680377" w:rsidP="00643805">
      <w:pPr>
        <w:widowControl w:val="0"/>
        <w:autoSpaceDE w:val="0"/>
        <w:autoSpaceDN w:val="0"/>
        <w:spacing w:before="114"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lastRenderedPageBreak/>
        <w:t>Творчество Л. Н. Толстого</w:t>
      </w:r>
      <w:r w:rsidRPr="00680377">
        <w:rPr>
          <w:rFonts w:ascii="Times New Roman" w:eastAsia="Times New Roman" w:hAnsi="Times New Roman" w:cs="Times New Roman"/>
          <w:sz w:val="24"/>
          <w:szCs w:val="24"/>
          <w:lang w:val="ru-RU"/>
        </w:rPr>
        <w:t>. Жанровое многообразие произведений Л. Н. Толстого: сказки,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рассказы,</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басни,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быль</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(не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менее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трёх</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произведений).</w:t>
      </w:r>
      <w:r w:rsidRPr="00680377">
        <w:rPr>
          <w:rFonts w:ascii="Times New Roman" w:eastAsia="Times New Roman" w:hAnsi="Times New Roman" w:cs="Times New Roman"/>
          <w:spacing w:val="53"/>
          <w:sz w:val="24"/>
          <w:szCs w:val="24"/>
          <w:lang w:val="ru-RU"/>
        </w:rPr>
        <w:t xml:space="preserve"> </w:t>
      </w:r>
      <w:r w:rsidRPr="00680377">
        <w:rPr>
          <w:rFonts w:ascii="Times New Roman" w:eastAsia="Times New Roman" w:hAnsi="Times New Roman" w:cs="Times New Roman"/>
          <w:sz w:val="24"/>
          <w:szCs w:val="24"/>
          <w:lang w:val="ru-RU"/>
        </w:rPr>
        <w:t>Рассказ</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повествование:</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связь</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содержания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реальным событием. Структурные части произведения (композиция): начало, завязка действия,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кульминация, развязка. Эпизод как часть рассказа. Различные виды планов. Сюжет рассказа: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основные события, главные герои, действующие лица, различение рассказчика и автора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Художественные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особенности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текста-описания,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текста-рассуждения.</w:t>
      </w:r>
    </w:p>
    <w:p w14:paraId="5E7A4F3F" w14:textId="77777777" w:rsidR="00680377" w:rsidRPr="00680377" w:rsidRDefault="00680377" w:rsidP="00643805">
      <w:pPr>
        <w:widowControl w:val="0"/>
        <w:autoSpaceDE w:val="0"/>
        <w:autoSpaceDN w:val="0"/>
        <w:spacing w:before="66"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Литературная сказка. </w:t>
      </w:r>
      <w:r w:rsidRPr="00680377">
        <w:rPr>
          <w:rFonts w:ascii="Times New Roman" w:eastAsia="Times New Roman" w:hAnsi="Times New Roman" w:cs="Times New Roman"/>
          <w:sz w:val="24"/>
          <w:szCs w:val="24"/>
          <w:lang w:val="ru-RU"/>
        </w:rPr>
        <w:t>Литературная сказка русских писателей (не менее двух). Круг чтения: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 Д. Н. Мамина-Сибиряка, В.</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Ф.</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Одоевского, В.</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Гаршина, 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Горького, И. С.</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Соколова-Микитова,</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Г.</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Скребицкого</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др.</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Особенности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авторских</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сказок</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(сюжет,</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язык,</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герои).</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Составление</w:t>
      </w:r>
      <w:r w:rsidRPr="00680377">
        <w:rPr>
          <w:rFonts w:ascii="Times New Roman" w:eastAsia="Times New Roman" w:hAnsi="Times New Roman" w:cs="Times New Roman"/>
          <w:spacing w:val="59"/>
          <w:sz w:val="24"/>
          <w:szCs w:val="24"/>
          <w:lang w:val="ru-RU"/>
        </w:rPr>
        <w:t xml:space="preserve"> </w:t>
      </w:r>
      <w:r w:rsidRPr="00680377">
        <w:rPr>
          <w:rFonts w:ascii="Times New Roman" w:eastAsia="Times New Roman" w:hAnsi="Times New Roman" w:cs="Times New Roman"/>
          <w:sz w:val="24"/>
          <w:szCs w:val="24"/>
          <w:lang w:val="ru-RU"/>
        </w:rPr>
        <w:t>аннотации.</w:t>
      </w:r>
    </w:p>
    <w:p w14:paraId="153F1435" w14:textId="77777777" w:rsidR="00680377" w:rsidRPr="00680377" w:rsidRDefault="00680377" w:rsidP="00643805">
      <w:pPr>
        <w:widowControl w:val="0"/>
        <w:tabs>
          <w:tab w:val="left" w:pos="848"/>
          <w:tab w:val="left" w:pos="7210"/>
          <w:tab w:val="left" w:pos="9273"/>
        </w:tabs>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Произведения о взаимоотношениях человека и животных</w:t>
      </w:r>
      <w:r w:rsidRPr="00680377">
        <w:rPr>
          <w:rFonts w:ascii="Times New Roman" w:eastAsia="Times New Roman" w:hAnsi="Times New Roman" w:cs="Times New Roman"/>
          <w:sz w:val="24"/>
          <w:szCs w:val="24"/>
          <w:lang w:val="ru-RU"/>
        </w:rPr>
        <w:t>. Человек и его отношения с животными:</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верность, преданность, забота и любовь. Круг чтения (по выбору, не менее четырёх авторов):</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Д.</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Н.</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Мамина-Сибиряка,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Г.</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Паустовского,</w:t>
      </w:r>
      <w:r w:rsidRPr="00680377">
        <w:rPr>
          <w:rFonts w:ascii="Times New Roman" w:eastAsia="Times New Roman" w:hAnsi="Times New Roman" w:cs="Times New Roman"/>
          <w:spacing w:val="114"/>
          <w:sz w:val="24"/>
          <w:szCs w:val="24"/>
          <w:lang w:val="ru-RU"/>
        </w:rPr>
        <w:t xml:space="preserve"> </w:t>
      </w:r>
      <w:r w:rsidRPr="00680377">
        <w:rPr>
          <w:rFonts w:ascii="Times New Roman" w:eastAsia="Times New Roman" w:hAnsi="Times New Roman" w:cs="Times New Roman"/>
          <w:sz w:val="24"/>
          <w:szCs w:val="24"/>
          <w:lang w:val="ru-RU"/>
        </w:rPr>
        <w:t>М.</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М.</w:t>
      </w:r>
      <w:r w:rsidRPr="00680377">
        <w:rPr>
          <w:rFonts w:ascii="Times New Roman" w:eastAsia="Times New Roman" w:hAnsi="Times New Roman" w:cs="Times New Roman"/>
          <w:sz w:val="24"/>
          <w:szCs w:val="24"/>
          <w:lang w:val="ru-RU"/>
        </w:rPr>
        <w:tab/>
        <w:t>Пришвина,</w:t>
      </w:r>
      <w:r w:rsidRPr="00680377">
        <w:rPr>
          <w:rFonts w:ascii="Times New Roman" w:eastAsia="Times New Roman" w:hAnsi="Times New Roman" w:cs="Times New Roman"/>
          <w:spacing w:val="118"/>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z w:val="24"/>
          <w:szCs w:val="24"/>
          <w:lang w:val="ru-RU"/>
        </w:rPr>
        <w:tab/>
        <w:t>Образцова,</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w:t>
      </w:r>
      <w:r w:rsidRPr="00680377">
        <w:rPr>
          <w:rFonts w:ascii="Times New Roman" w:eastAsia="Times New Roman" w:hAnsi="Times New Roman" w:cs="Times New Roman"/>
          <w:sz w:val="24"/>
          <w:szCs w:val="24"/>
          <w:lang w:val="ru-RU"/>
        </w:rPr>
        <w:tab/>
        <w:t>Дурова, Б. С. Житкова. Особенности рассказа: тема, герои, реальность событий, композиция,</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объекты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описания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(портрет</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героя, описание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интерьера).</w:t>
      </w:r>
    </w:p>
    <w:p w14:paraId="2FF6F372"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Произведения о детях</w:t>
      </w:r>
      <w:r w:rsidRPr="00680377">
        <w:rPr>
          <w:rFonts w:ascii="Times New Roman" w:eastAsia="Times New Roman" w:hAnsi="Times New Roman" w:cs="Times New Roman"/>
          <w:sz w:val="24"/>
          <w:szCs w:val="24"/>
          <w:lang w:val="ru-RU"/>
        </w:rPr>
        <w:t>. Дети — герои произведений: раскрытие тем «Разные детские судьбы», «Дети</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на войне». Отличие автора от героя и рассказчика. Герой художественного произведения: время 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место проживания, особенности внешнего вида и характера. Историческая обстановка как фон</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создания произведения: судьбы крестьянских детей, дети на войне (произведения по выбору двух-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трёх авторов). Основные события сюжета, отношение к ним героев произведения. Оценка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нравственных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качеств, проявляющихся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военное время.</w:t>
      </w:r>
    </w:p>
    <w:p w14:paraId="2FE62D1D"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Юмористические произведения. </w:t>
      </w:r>
      <w:r w:rsidRPr="00680377">
        <w:rPr>
          <w:rFonts w:ascii="Times New Roman" w:eastAsia="Times New Roman" w:hAnsi="Times New Roman" w:cs="Times New Roman"/>
          <w:sz w:val="24"/>
          <w:szCs w:val="24"/>
          <w:lang w:val="ru-RU"/>
        </w:rPr>
        <w:t>Комичность как основа сюжета. Герой юмористического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 Средства выразительности текста юмористического содержания: преувеличение.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Авторы юмористических рассказов (не менее двух произведений): М. М. Зощенко, Н. Н. Носов, В. В.</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Голявкин</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 др.</w:t>
      </w:r>
    </w:p>
    <w:p w14:paraId="2C5D7D10"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Зарубежная литература. </w:t>
      </w:r>
      <w:r w:rsidRPr="00680377">
        <w:rPr>
          <w:rFonts w:ascii="Times New Roman" w:eastAsia="Times New Roman" w:hAnsi="Times New Roman" w:cs="Times New Roman"/>
          <w:sz w:val="24"/>
          <w:szCs w:val="24"/>
          <w:lang w:val="ru-RU"/>
        </w:rPr>
        <w:t>Круг чтения (произведения двух-трёх авторов</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выбору):</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литературные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сказки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Ш.</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Перро, Х.-К.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Андерсена,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Ц. Топелиуса,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 Киплинга,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Дж. Родари, С.</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Лагерлёф. Особенности авторских сказок (сюжет, язык, герои). Рассказы о животных зарубежных</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писателей.</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Известные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переводчики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зарубежной</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литературы:</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Маршак,</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К.</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Чуковский,</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Б.</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Заходер.</w:t>
      </w:r>
    </w:p>
    <w:p w14:paraId="1993AC40" w14:textId="77777777" w:rsidR="00680377" w:rsidRPr="00680377" w:rsidRDefault="00680377" w:rsidP="00643805">
      <w:pPr>
        <w:widowControl w:val="0"/>
        <w:autoSpaceDE w:val="0"/>
        <w:autoSpaceDN w:val="0"/>
        <w:spacing w:before="118"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Библиографическая</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культура</w:t>
      </w:r>
      <w:r w:rsidRPr="00680377">
        <w:rPr>
          <w:rFonts w:ascii="Times New Roman" w:eastAsia="Times New Roman" w:hAnsi="Times New Roman" w:cs="Times New Roman"/>
          <w:i/>
          <w:spacing w:val="54"/>
          <w:sz w:val="24"/>
          <w:szCs w:val="24"/>
          <w:lang w:val="ru-RU"/>
        </w:rPr>
        <w:t xml:space="preserve"> </w:t>
      </w:r>
      <w:r w:rsidRPr="00680377">
        <w:rPr>
          <w:rFonts w:ascii="Times New Roman" w:eastAsia="Times New Roman" w:hAnsi="Times New Roman" w:cs="Times New Roman"/>
          <w:i/>
          <w:sz w:val="24"/>
          <w:szCs w:val="24"/>
          <w:lang w:val="ru-RU"/>
        </w:rPr>
        <w:t>(работа</w:t>
      </w:r>
      <w:r w:rsidRPr="00680377">
        <w:rPr>
          <w:rFonts w:ascii="Times New Roman" w:eastAsia="Times New Roman" w:hAnsi="Times New Roman" w:cs="Times New Roman"/>
          <w:i/>
          <w:spacing w:val="55"/>
          <w:sz w:val="24"/>
          <w:szCs w:val="24"/>
          <w:lang w:val="ru-RU"/>
        </w:rPr>
        <w:t xml:space="preserve"> </w:t>
      </w:r>
      <w:r w:rsidRPr="00680377">
        <w:rPr>
          <w:rFonts w:ascii="Times New Roman" w:eastAsia="Times New Roman" w:hAnsi="Times New Roman" w:cs="Times New Roman"/>
          <w:i/>
          <w:sz w:val="24"/>
          <w:szCs w:val="24"/>
          <w:lang w:val="ru-RU"/>
        </w:rPr>
        <w:t>с</w:t>
      </w:r>
      <w:r w:rsidRPr="00680377">
        <w:rPr>
          <w:rFonts w:ascii="Times New Roman" w:eastAsia="Times New Roman" w:hAnsi="Times New Roman" w:cs="Times New Roman"/>
          <w:i/>
          <w:spacing w:val="54"/>
          <w:sz w:val="24"/>
          <w:szCs w:val="24"/>
          <w:lang w:val="ru-RU"/>
        </w:rPr>
        <w:t xml:space="preserve"> </w:t>
      </w:r>
      <w:r w:rsidRPr="00680377">
        <w:rPr>
          <w:rFonts w:ascii="Times New Roman" w:eastAsia="Times New Roman" w:hAnsi="Times New Roman" w:cs="Times New Roman"/>
          <w:i/>
          <w:sz w:val="24"/>
          <w:szCs w:val="24"/>
          <w:lang w:val="ru-RU"/>
        </w:rPr>
        <w:t>детской</w:t>
      </w:r>
      <w:r w:rsidRPr="00680377">
        <w:rPr>
          <w:rFonts w:ascii="Times New Roman" w:eastAsia="Times New Roman" w:hAnsi="Times New Roman" w:cs="Times New Roman"/>
          <w:i/>
          <w:spacing w:val="55"/>
          <w:sz w:val="24"/>
          <w:szCs w:val="24"/>
          <w:lang w:val="ru-RU"/>
        </w:rPr>
        <w:t xml:space="preserve"> </w:t>
      </w:r>
      <w:r w:rsidRPr="00680377">
        <w:rPr>
          <w:rFonts w:ascii="Times New Roman" w:eastAsia="Times New Roman" w:hAnsi="Times New Roman" w:cs="Times New Roman"/>
          <w:i/>
          <w:sz w:val="24"/>
          <w:szCs w:val="24"/>
          <w:lang w:val="ru-RU"/>
        </w:rPr>
        <w:t>книгой</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и</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справочной</w:t>
      </w:r>
      <w:r w:rsidRPr="00680377">
        <w:rPr>
          <w:rFonts w:ascii="Times New Roman" w:eastAsia="Times New Roman" w:hAnsi="Times New Roman" w:cs="Times New Roman"/>
          <w:i/>
          <w:spacing w:val="-2"/>
          <w:sz w:val="24"/>
          <w:szCs w:val="24"/>
          <w:lang w:val="ru-RU"/>
        </w:rPr>
        <w:t xml:space="preserve"> </w:t>
      </w:r>
      <w:r w:rsidRPr="00680377">
        <w:rPr>
          <w:rFonts w:ascii="Times New Roman" w:eastAsia="Times New Roman" w:hAnsi="Times New Roman" w:cs="Times New Roman"/>
          <w:i/>
          <w:sz w:val="24"/>
          <w:szCs w:val="24"/>
          <w:lang w:val="ru-RU"/>
        </w:rPr>
        <w:t>литературой).</w:t>
      </w:r>
      <w:r w:rsidRPr="00680377">
        <w:rPr>
          <w:rFonts w:ascii="Times New Roman" w:eastAsia="Times New Roman" w:hAnsi="Times New Roman" w:cs="Times New Roman"/>
          <w:i/>
          <w:spacing w:val="-10"/>
          <w:sz w:val="24"/>
          <w:szCs w:val="24"/>
          <w:lang w:val="ru-RU"/>
        </w:rPr>
        <w:t xml:space="preserve"> </w:t>
      </w:r>
      <w:r w:rsidRPr="00680377">
        <w:rPr>
          <w:rFonts w:ascii="Times New Roman" w:eastAsia="Times New Roman" w:hAnsi="Times New Roman" w:cs="Times New Roman"/>
          <w:sz w:val="24"/>
          <w:szCs w:val="24"/>
          <w:lang w:val="ru-RU"/>
        </w:rPr>
        <w:t>Ценность</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чтения художественной литературы и фольклора, осознание важности читательской деятельности.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Использование с учётом учебных задач аппарата издания (обложка, оглавление, аннотация,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предисловие, иллюстрации). Правила юного читателя. Книга как особый вид искусства. Общее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представление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первых книгах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на Руси,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знакомство с</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рукописными книгами.</w:t>
      </w:r>
    </w:p>
    <w:p w14:paraId="26A21CD9" w14:textId="343971CC" w:rsidR="00680377" w:rsidRPr="00680377" w:rsidRDefault="00680377" w:rsidP="00643805">
      <w:pPr>
        <w:widowControl w:val="0"/>
        <w:autoSpaceDE w:val="0"/>
        <w:autoSpaceDN w:val="0"/>
        <w:spacing w:before="156" w:after="0" w:line="292" w:lineRule="auto"/>
        <w:ind w:left="106" w:firstLine="180"/>
        <w:jc w:val="both"/>
        <w:rPr>
          <w:rFonts w:ascii="Times New Roman" w:eastAsia="Times New Roman" w:hAnsi="Times New Roman" w:cs="Times New Roman"/>
          <w:b/>
          <w:sz w:val="24"/>
          <w:szCs w:val="24"/>
          <w:lang w:val="ru-RU"/>
        </w:rPr>
      </w:pPr>
      <w:r w:rsidRPr="00680377">
        <w:rPr>
          <w:rFonts w:ascii="Times New Roman" w:eastAsia="Times New Roman" w:hAnsi="Times New Roman" w:cs="Times New Roman"/>
          <w:b/>
          <w:sz w:val="24"/>
          <w:szCs w:val="24"/>
          <w:lang w:val="ru-RU"/>
        </w:rPr>
        <w:t>4 класс</w:t>
      </w:r>
    </w:p>
    <w:p w14:paraId="33141DBF" w14:textId="77777777" w:rsidR="00680377" w:rsidRPr="00680377" w:rsidRDefault="00680377" w:rsidP="00643805">
      <w:pPr>
        <w:widowControl w:val="0"/>
        <w:autoSpaceDE w:val="0"/>
        <w:autoSpaceDN w:val="0"/>
        <w:spacing w:before="156"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О Родине, героические страницы истории. </w:t>
      </w:r>
      <w:r w:rsidRPr="00680377">
        <w:rPr>
          <w:rFonts w:ascii="Times New Roman" w:eastAsia="Times New Roman" w:hAnsi="Times New Roman" w:cs="Times New Roman"/>
          <w:sz w:val="24"/>
          <w:szCs w:val="24"/>
          <w:lang w:val="ru-RU"/>
        </w:rPr>
        <w:t>Наше Отечество, образ родной земли в стихотворных 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прозаических произведениях писателей и поэтов ХIХ и ХХ веков (по выбору, не менее четырёх,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например произведения И. С. Никитина, Н. 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Языкова, С. Т.</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Романовского, А. Т.</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Твардовского, М.</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М. Пришвина, С. Д. Дрожжина, В. М. Пескова и др.). Представление о проявлении любви к родной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земле в литературе разных народов (на примере писателей родного края, представителей разных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народов России). Страницы истории России, великие люди и события: образы Александра Невского,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Дмитрия Пожарского, Дмитрия Донского, Александра Суворова, Михаила Кутузова и других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 xml:space="preserve">выдающихся </w:t>
      </w:r>
      <w:r w:rsidRPr="00680377">
        <w:rPr>
          <w:rFonts w:ascii="Times New Roman" w:eastAsia="Times New Roman" w:hAnsi="Times New Roman" w:cs="Times New Roman"/>
          <w:sz w:val="24"/>
          <w:szCs w:val="24"/>
          <w:lang w:val="ru-RU"/>
        </w:rPr>
        <w:lastRenderedPageBreak/>
        <w:t>защитников Отечества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литературе</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для детей. Отражение нравственной идеи: любовь</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к Родине. Героическое прошлое России, тема Великой Отечественной войны в произведениях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литературы</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(на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примере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рассказов</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Платонова,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Л.</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Кассиля,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К.</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Железняка,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Алексеева).</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Осознание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понятия: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поступок, подвиг.</w:t>
      </w:r>
    </w:p>
    <w:p w14:paraId="25C60899" w14:textId="77777777" w:rsidR="00680377" w:rsidRPr="00680377" w:rsidRDefault="00680377" w:rsidP="00643805">
      <w:pPr>
        <w:widowControl w:val="0"/>
        <w:autoSpaceDE w:val="0"/>
        <w:autoSpaceDN w:val="0"/>
        <w:spacing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Круг чтения</w:t>
      </w:r>
      <w:r w:rsidRPr="00680377">
        <w:rPr>
          <w:rFonts w:ascii="Times New Roman" w:eastAsia="Times New Roman" w:hAnsi="Times New Roman" w:cs="Times New Roman"/>
          <w:sz w:val="24"/>
          <w:szCs w:val="24"/>
          <w:lang w:val="ru-RU"/>
        </w:rPr>
        <w:t>: народная и авторская песня: понятие исторической песни, знакомство с песнями на</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тему</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Великой Отечественной войны.</w:t>
      </w:r>
    </w:p>
    <w:p w14:paraId="1698471F" w14:textId="77777777" w:rsidR="00680377" w:rsidRPr="00680377" w:rsidRDefault="00680377" w:rsidP="00643805">
      <w:pPr>
        <w:widowControl w:val="0"/>
        <w:autoSpaceDE w:val="0"/>
        <w:autoSpaceDN w:val="0"/>
        <w:spacing w:before="66" w:after="0" w:line="292" w:lineRule="auto"/>
        <w:ind w:left="106" w:firstLine="180"/>
        <w:jc w:val="both"/>
        <w:rPr>
          <w:rFonts w:ascii="Times New Roman" w:eastAsia="Times New Roman" w:hAnsi="Times New Roman" w:cs="Times New Roman"/>
          <w:sz w:val="24"/>
          <w:lang w:val="ru-RU"/>
        </w:rPr>
      </w:pPr>
      <w:r w:rsidRPr="00680377">
        <w:rPr>
          <w:rFonts w:ascii="Times New Roman" w:eastAsia="Times New Roman" w:hAnsi="Times New Roman" w:cs="Times New Roman"/>
          <w:i/>
          <w:sz w:val="24"/>
          <w:lang w:val="ru-RU"/>
        </w:rPr>
        <w:t>Фольклор (устное народное творчество)</w:t>
      </w:r>
      <w:r w:rsidRPr="00680377">
        <w:rPr>
          <w:rFonts w:ascii="Times New Roman" w:eastAsia="Times New Roman" w:hAnsi="Times New Roman" w:cs="Times New Roman"/>
          <w:sz w:val="24"/>
          <w:lang w:val="ru-RU"/>
        </w:rPr>
        <w:t>. Фольклор как народная духовная культура (произведения</w:t>
      </w:r>
      <w:r w:rsidRPr="00680377">
        <w:rPr>
          <w:rFonts w:ascii="Times New Roman" w:eastAsia="Times New Roman" w:hAnsi="Times New Roman" w:cs="Times New Roman"/>
          <w:spacing w:val="-57"/>
          <w:sz w:val="24"/>
          <w:lang w:val="ru-RU"/>
        </w:rPr>
        <w:t xml:space="preserve"> </w:t>
      </w:r>
      <w:r w:rsidRPr="00680377">
        <w:rPr>
          <w:rFonts w:ascii="Times New Roman" w:eastAsia="Times New Roman" w:hAnsi="Times New Roman" w:cs="Times New Roman"/>
          <w:sz w:val="24"/>
          <w:lang w:val="ru-RU"/>
        </w:rPr>
        <w:t>по</w:t>
      </w:r>
      <w:r w:rsidRPr="00680377">
        <w:rPr>
          <w:rFonts w:ascii="Times New Roman" w:eastAsia="Times New Roman" w:hAnsi="Times New Roman" w:cs="Times New Roman"/>
          <w:spacing w:val="-3"/>
          <w:sz w:val="24"/>
          <w:lang w:val="ru-RU"/>
        </w:rPr>
        <w:t xml:space="preserve"> </w:t>
      </w:r>
      <w:r w:rsidRPr="00680377">
        <w:rPr>
          <w:rFonts w:ascii="Times New Roman" w:eastAsia="Times New Roman" w:hAnsi="Times New Roman" w:cs="Times New Roman"/>
          <w:sz w:val="24"/>
          <w:lang w:val="ru-RU"/>
        </w:rPr>
        <w:t>выбору).</w:t>
      </w:r>
      <w:r w:rsidRPr="00680377">
        <w:rPr>
          <w:rFonts w:ascii="Times New Roman" w:eastAsia="Times New Roman" w:hAnsi="Times New Roman" w:cs="Times New Roman"/>
          <w:spacing w:val="-3"/>
          <w:sz w:val="24"/>
          <w:lang w:val="ru-RU"/>
        </w:rPr>
        <w:t xml:space="preserve"> </w:t>
      </w:r>
      <w:r w:rsidRPr="00680377">
        <w:rPr>
          <w:rFonts w:ascii="Times New Roman" w:eastAsia="Times New Roman" w:hAnsi="Times New Roman" w:cs="Times New Roman"/>
          <w:sz w:val="24"/>
          <w:lang w:val="ru-RU"/>
        </w:rPr>
        <w:t>Многообразие</w:t>
      </w:r>
      <w:r w:rsidRPr="00680377">
        <w:rPr>
          <w:rFonts w:ascii="Times New Roman" w:eastAsia="Times New Roman" w:hAnsi="Times New Roman" w:cs="Times New Roman"/>
          <w:spacing w:val="-2"/>
          <w:sz w:val="24"/>
          <w:lang w:val="ru-RU"/>
        </w:rPr>
        <w:t xml:space="preserve"> </w:t>
      </w:r>
      <w:r w:rsidRPr="00680377">
        <w:rPr>
          <w:rFonts w:ascii="Times New Roman" w:eastAsia="Times New Roman" w:hAnsi="Times New Roman" w:cs="Times New Roman"/>
          <w:sz w:val="24"/>
          <w:lang w:val="ru-RU"/>
        </w:rPr>
        <w:t>видов</w:t>
      </w:r>
      <w:r w:rsidRPr="00680377">
        <w:rPr>
          <w:rFonts w:ascii="Times New Roman" w:eastAsia="Times New Roman" w:hAnsi="Times New Roman" w:cs="Times New Roman"/>
          <w:spacing w:val="-4"/>
          <w:sz w:val="24"/>
          <w:lang w:val="ru-RU"/>
        </w:rPr>
        <w:t xml:space="preserve"> </w:t>
      </w:r>
      <w:r w:rsidRPr="00680377">
        <w:rPr>
          <w:rFonts w:ascii="Times New Roman" w:eastAsia="Times New Roman" w:hAnsi="Times New Roman" w:cs="Times New Roman"/>
          <w:sz w:val="24"/>
          <w:lang w:val="ru-RU"/>
        </w:rPr>
        <w:t>фольклора:</w:t>
      </w:r>
      <w:r w:rsidRPr="00680377">
        <w:rPr>
          <w:rFonts w:ascii="Times New Roman" w:eastAsia="Times New Roman" w:hAnsi="Times New Roman" w:cs="Times New Roman"/>
          <w:spacing w:val="-3"/>
          <w:sz w:val="24"/>
          <w:lang w:val="ru-RU"/>
        </w:rPr>
        <w:t xml:space="preserve"> </w:t>
      </w:r>
      <w:r w:rsidRPr="00680377">
        <w:rPr>
          <w:rFonts w:ascii="Times New Roman" w:eastAsia="Times New Roman" w:hAnsi="Times New Roman" w:cs="Times New Roman"/>
          <w:sz w:val="24"/>
          <w:lang w:val="ru-RU"/>
        </w:rPr>
        <w:t>словесный,</w:t>
      </w:r>
      <w:r w:rsidRPr="00680377">
        <w:rPr>
          <w:rFonts w:ascii="Times New Roman" w:eastAsia="Times New Roman" w:hAnsi="Times New Roman" w:cs="Times New Roman"/>
          <w:spacing w:val="-3"/>
          <w:sz w:val="24"/>
          <w:lang w:val="ru-RU"/>
        </w:rPr>
        <w:t xml:space="preserve"> </w:t>
      </w:r>
      <w:r w:rsidRPr="00680377">
        <w:rPr>
          <w:rFonts w:ascii="Times New Roman" w:eastAsia="Times New Roman" w:hAnsi="Times New Roman" w:cs="Times New Roman"/>
          <w:sz w:val="24"/>
          <w:lang w:val="ru-RU"/>
        </w:rPr>
        <w:t>музыкальный,</w:t>
      </w:r>
      <w:r w:rsidRPr="00680377">
        <w:rPr>
          <w:rFonts w:ascii="Times New Roman" w:eastAsia="Times New Roman" w:hAnsi="Times New Roman" w:cs="Times New Roman"/>
          <w:spacing w:val="-2"/>
          <w:sz w:val="24"/>
          <w:lang w:val="ru-RU"/>
        </w:rPr>
        <w:t xml:space="preserve"> </w:t>
      </w:r>
      <w:r w:rsidRPr="00680377">
        <w:rPr>
          <w:rFonts w:ascii="Times New Roman" w:eastAsia="Times New Roman" w:hAnsi="Times New Roman" w:cs="Times New Roman"/>
          <w:sz w:val="24"/>
          <w:lang w:val="ru-RU"/>
        </w:rPr>
        <w:t>обрядовый</w:t>
      </w:r>
      <w:r w:rsidRPr="00680377">
        <w:rPr>
          <w:rFonts w:ascii="Times New Roman" w:eastAsia="Times New Roman" w:hAnsi="Times New Roman" w:cs="Times New Roman"/>
          <w:spacing w:val="-3"/>
          <w:sz w:val="24"/>
          <w:lang w:val="ru-RU"/>
        </w:rPr>
        <w:t xml:space="preserve"> </w:t>
      </w:r>
      <w:r w:rsidRPr="00680377">
        <w:rPr>
          <w:rFonts w:ascii="Times New Roman" w:eastAsia="Times New Roman" w:hAnsi="Times New Roman" w:cs="Times New Roman"/>
          <w:sz w:val="24"/>
          <w:lang w:val="ru-RU"/>
        </w:rPr>
        <w:t>(календарный).</w:t>
      </w:r>
    </w:p>
    <w:p w14:paraId="6AED37F7" w14:textId="77777777" w:rsidR="00680377" w:rsidRPr="00680377" w:rsidRDefault="00680377" w:rsidP="00643805">
      <w:pPr>
        <w:widowControl w:val="0"/>
        <w:autoSpaceDE w:val="0"/>
        <w:autoSpaceDN w:val="0"/>
        <w:spacing w:after="0" w:line="292" w:lineRule="auto"/>
        <w:ind w:left="106"/>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sz w:val="24"/>
          <w:szCs w:val="24"/>
          <w:lang w:val="ru-RU"/>
        </w:rPr>
        <w:t>Культурное значение фольклора для появления художественной литературы. Малые жанры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фольклора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(назначение,</w:t>
      </w:r>
      <w:r w:rsidRPr="00680377">
        <w:rPr>
          <w:rFonts w:ascii="Times New Roman" w:eastAsia="Times New Roman" w:hAnsi="Times New Roman" w:cs="Times New Roman"/>
          <w:spacing w:val="53"/>
          <w:sz w:val="24"/>
          <w:szCs w:val="24"/>
          <w:lang w:val="ru-RU"/>
        </w:rPr>
        <w:t xml:space="preserve"> </w:t>
      </w:r>
      <w:r w:rsidRPr="00680377">
        <w:rPr>
          <w:rFonts w:ascii="Times New Roman" w:eastAsia="Times New Roman" w:hAnsi="Times New Roman" w:cs="Times New Roman"/>
          <w:sz w:val="24"/>
          <w:szCs w:val="24"/>
          <w:lang w:val="ru-RU"/>
        </w:rPr>
        <w:t>сравнение,</w:t>
      </w:r>
      <w:r w:rsidRPr="00680377">
        <w:rPr>
          <w:rFonts w:ascii="Times New Roman" w:eastAsia="Times New Roman" w:hAnsi="Times New Roman" w:cs="Times New Roman"/>
          <w:spacing w:val="52"/>
          <w:sz w:val="24"/>
          <w:szCs w:val="24"/>
          <w:lang w:val="ru-RU"/>
        </w:rPr>
        <w:t xml:space="preserve"> </w:t>
      </w:r>
      <w:r w:rsidRPr="00680377">
        <w:rPr>
          <w:rFonts w:ascii="Times New Roman" w:eastAsia="Times New Roman" w:hAnsi="Times New Roman" w:cs="Times New Roman"/>
          <w:sz w:val="24"/>
          <w:szCs w:val="24"/>
          <w:lang w:val="ru-RU"/>
        </w:rPr>
        <w:t>классификация).</w:t>
      </w:r>
      <w:r w:rsidRPr="00680377">
        <w:rPr>
          <w:rFonts w:ascii="Times New Roman" w:eastAsia="Times New Roman" w:hAnsi="Times New Roman" w:cs="Times New Roman"/>
          <w:spacing w:val="52"/>
          <w:sz w:val="24"/>
          <w:szCs w:val="24"/>
          <w:lang w:val="ru-RU"/>
        </w:rPr>
        <w:t xml:space="preserve"> </w:t>
      </w:r>
      <w:r w:rsidRPr="00680377">
        <w:rPr>
          <w:rFonts w:ascii="Times New Roman" w:eastAsia="Times New Roman" w:hAnsi="Times New Roman" w:cs="Times New Roman"/>
          <w:sz w:val="24"/>
          <w:szCs w:val="24"/>
          <w:lang w:val="ru-RU"/>
        </w:rPr>
        <w:t>Собиратели</w:t>
      </w:r>
      <w:r w:rsidRPr="00680377">
        <w:rPr>
          <w:rFonts w:ascii="Times New Roman" w:eastAsia="Times New Roman" w:hAnsi="Times New Roman" w:cs="Times New Roman"/>
          <w:spacing w:val="111"/>
          <w:sz w:val="24"/>
          <w:szCs w:val="24"/>
          <w:lang w:val="ru-RU"/>
        </w:rPr>
        <w:t xml:space="preserve"> </w:t>
      </w:r>
      <w:r w:rsidRPr="00680377">
        <w:rPr>
          <w:rFonts w:ascii="Times New Roman" w:eastAsia="Times New Roman" w:hAnsi="Times New Roman" w:cs="Times New Roman"/>
          <w:sz w:val="24"/>
          <w:szCs w:val="24"/>
          <w:lang w:val="ru-RU"/>
        </w:rPr>
        <w:t>фольклора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Н.</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Афанасьев,</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И. Даль). Виды сказок: о животных, бытовые, волшебные. Отражение в произведениях фольклора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нравственных ценностей, быта и культуры народов мира. Сходство фольклорных произведений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разных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народов</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тематике,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художественным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образам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форме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(«бродячие»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сюжеты).</w:t>
      </w:r>
    </w:p>
    <w:p w14:paraId="2988F86A" w14:textId="77777777" w:rsidR="00680377" w:rsidRPr="00680377" w:rsidRDefault="00680377" w:rsidP="00643805">
      <w:pPr>
        <w:widowControl w:val="0"/>
        <w:autoSpaceDE w:val="0"/>
        <w:autoSpaceDN w:val="0"/>
        <w:spacing w:before="116"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Круг чтения</w:t>
      </w:r>
      <w:r w:rsidRPr="00680377">
        <w:rPr>
          <w:rFonts w:ascii="Times New Roman" w:eastAsia="Times New Roman" w:hAnsi="Times New Roman" w:cs="Times New Roman"/>
          <w:sz w:val="24"/>
          <w:szCs w:val="24"/>
          <w:lang w:val="ru-RU"/>
        </w:rPr>
        <w:t>: былина как эпическая песня о героическом событии. Герой былины — защитник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страны. Образы русских богатырей: Ильи Муромца, Алёши Поповича, Добрыни Никитича, Никиты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Кожемяки (где жил, чем занимался, какими качествами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обладал).</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Средства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художественной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выразительности в былине: устойчивые выражения, повторы, гипербола. Устаревшие слова, их место</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в былине и представление в современной лексике. Народные былинно-сказочные темы в творчестве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художника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 М. Васнецова.</w:t>
      </w:r>
    </w:p>
    <w:p w14:paraId="06AED3C0" w14:textId="77777777" w:rsidR="00680377" w:rsidRPr="00680377" w:rsidRDefault="00680377" w:rsidP="00643805">
      <w:pPr>
        <w:widowControl w:val="0"/>
        <w:autoSpaceDE w:val="0"/>
        <w:autoSpaceDN w:val="0"/>
        <w:spacing w:before="116"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Творчество</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А.</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С.</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Пушкина.</w:t>
      </w:r>
      <w:r w:rsidRPr="00680377">
        <w:rPr>
          <w:rFonts w:ascii="Times New Roman" w:eastAsia="Times New Roman" w:hAnsi="Times New Roman" w:cs="Times New Roman"/>
          <w:i/>
          <w:spacing w:val="-8"/>
          <w:sz w:val="24"/>
          <w:szCs w:val="24"/>
          <w:lang w:val="ru-RU"/>
        </w:rPr>
        <w:t xml:space="preserve"> </w:t>
      </w:r>
      <w:r w:rsidRPr="00680377">
        <w:rPr>
          <w:rFonts w:ascii="Times New Roman" w:eastAsia="Times New Roman" w:hAnsi="Times New Roman" w:cs="Times New Roman"/>
          <w:sz w:val="24"/>
          <w:szCs w:val="24"/>
          <w:lang w:val="ru-RU"/>
        </w:rPr>
        <w:t>Картины</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природы</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лирических</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произведениях</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Пушкина.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Средства</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художественной выразительности в стихотворном произведении (сравнение, эпитет, олицетворение,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метафора).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Круг</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чтения: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литературные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сказки</w:t>
      </w:r>
      <w:r w:rsidRPr="00680377">
        <w:rPr>
          <w:rFonts w:ascii="Times New Roman" w:eastAsia="Times New Roman" w:hAnsi="Times New Roman" w:cs="Times New Roman"/>
          <w:spacing w:val="63"/>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62"/>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63"/>
          <w:sz w:val="24"/>
          <w:szCs w:val="24"/>
          <w:lang w:val="ru-RU"/>
        </w:rPr>
        <w:t xml:space="preserve"> </w:t>
      </w:r>
      <w:r w:rsidRPr="00680377">
        <w:rPr>
          <w:rFonts w:ascii="Times New Roman" w:eastAsia="Times New Roman" w:hAnsi="Times New Roman" w:cs="Times New Roman"/>
          <w:sz w:val="24"/>
          <w:szCs w:val="24"/>
          <w:lang w:val="ru-RU"/>
        </w:rPr>
        <w:t>Пушкина</w:t>
      </w:r>
      <w:r w:rsidRPr="00680377">
        <w:rPr>
          <w:rFonts w:ascii="Times New Roman" w:eastAsia="Times New Roman" w:hAnsi="Times New Roman" w:cs="Times New Roman"/>
          <w:spacing w:val="62"/>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61"/>
          <w:sz w:val="24"/>
          <w:szCs w:val="24"/>
          <w:lang w:val="ru-RU"/>
        </w:rPr>
        <w:t xml:space="preserve"> </w:t>
      </w:r>
      <w:r w:rsidRPr="00680377">
        <w:rPr>
          <w:rFonts w:ascii="Times New Roman" w:eastAsia="Times New Roman" w:hAnsi="Times New Roman" w:cs="Times New Roman"/>
          <w:sz w:val="24"/>
          <w:szCs w:val="24"/>
          <w:lang w:val="ru-RU"/>
        </w:rPr>
        <w:t>стихах:</w:t>
      </w:r>
      <w:r w:rsidRPr="00680377">
        <w:rPr>
          <w:rFonts w:ascii="Times New Roman" w:eastAsia="Times New Roman" w:hAnsi="Times New Roman" w:cs="Times New Roman"/>
          <w:spacing w:val="62"/>
          <w:sz w:val="24"/>
          <w:szCs w:val="24"/>
          <w:lang w:val="ru-RU"/>
        </w:rPr>
        <w:t xml:space="preserve"> </w:t>
      </w:r>
      <w:r w:rsidRPr="00680377">
        <w:rPr>
          <w:rFonts w:ascii="Times New Roman" w:eastAsia="Times New Roman" w:hAnsi="Times New Roman" w:cs="Times New Roman"/>
          <w:sz w:val="24"/>
          <w:szCs w:val="24"/>
          <w:lang w:val="ru-RU"/>
        </w:rPr>
        <w:t>«Сказка</w:t>
      </w:r>
      <w:r w:rsidRPr="00680377">
        <w:rPr>
          <w:rFonts w:ascii="Times New Roman" w:eastAsia="Times New Roman" w:hAnsi="Times New Roman" w:cs="Times New Roman"/>
          <w:spacing w:val="62"/>
          <w:sz w:val="24"/>
          <w:szCs w:val="24"/>
          <w:lang w:val="ru-RU"/>
        </w:rPr>
        <w:t xml:space="preserve"> </w:t>
      </w:r>
      <w:r w:rsidRPr="00680377">
        <w:rPr>
          <w:rFonts w:ascii="Times New Roman" w:eastAsia="Times New Roman" w:hAnsi="Times New Roman" w:cs="Times New Roman"/>
          <w:sz w:val="24"/>
          <w:szCs w:val="24"/>
          <w:lang w:val="ru-RU"/>
        </w:rPr>
        <w:t>о</w:t>
      </w:r>
      <w:r w:rsidRPr="00680377">
        <w:rPr>
          <w:rFonts w:ascii="Times New Roman" w:eastAsia="Times New Roman" w:hAnsi="Times New Roman" w:cs="Times New Roman"/>
          <w:spacing w:val="63"/>
          <w:sz w:val="24"/>
          <w:szCs w:val="24"/>
          <w:lang w:val="ru-RU"/>
        </w:rPr>
        <w:t xml:space="preserve"> </w:t>
      </w:r>
      <w:r w:rsidRPr="00680377">
        <w:rPr>
          <w:rFonts w:ascii="Times New Roman" w:eastAsia="Times New Roman" w:hAnsi="Times New Roman" w:cs="Times New Roman"/>
          <w:sz w:val="24"/>
          <w:szCs w:val="24"/>
          <w:lang w:val="ru-RU"/>
        </w:rPr>
        <w:t>мёртвой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царевне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о</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семи</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богатырях».</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Фольклорная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основа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авторской</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сказки.</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Положительные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отрицательные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герои, волшебные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помощники, язык</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авторской сказки.</w:t>
      </w:r>
    </w:p>
    <w:p w14:paraId="7BFE2D09"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pacing w:val="-1"/>
          <w:sz w:val="24"/>
          <w:szCs w:val="24"/>
          <w:lang w:val="ru-RU"/>
        </w:rPr>
        <w:t>Творчество</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И.</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А.</w:t>
      </w:r>
      <w:r w:rsidRPr="00680377">
        <w:rPr>
          <w:rFonts w:ascii="Times New Roman" w:eastAsia="Times New Roman" w:hAnsi="Times New Roman" w:cs="Times New Roman"/>
          <w:i/>
          <w:spacing w:val="-2"/>
          <w:sz w:val="24"/>
          <w:szCs w:val="24"/>
          <w:lang w:val="ru-RU"/>
        </w:rPr>
        <w:t xml:space="preserve"> </w:t>
      </w:r>
      <w:r w:rsidRPr="00680377">
        <w:rPr>
          <w:rFonts w:ascii="Times New Roman" w:eastAsia="Times New Roman" w:hAnsi="Times New Roman" w:cs="Times New Roman"/>
          <w:i/>
          <w:sz w:val="24"/>
          <w:szCs w:val="24"/>
          <w:lang w:val="ru-RU"/>
        </w:rPr>
        <w:t>Крылова.</w:t>
      </w:r>
      <w:r w:rsidRPr="00680377">
        <w:rPr>
          <w:rFonts w:ascii="Times New Roman" w:eastAsia="Times New Roman" w:hAnsi="Times New Roman" w:cs="Times New Roman"/>
          <w:i/>
          <w:spacing w:val="-15"/>
          <w:sz w:val="24"/>
          <w:szCs w:val="24"/>
          <w:lang w:val="ru-RU"/>
        </w:rPr>
        <w:t xml:space="preserve"> </w:t>
      </w:r>
      <w:r w:rsidRPr="00680377">
        <w:rPr>
          <w:rFonts w:ascii="Times New Roman" w:eastAsia="Times New Roman" w:hAnsi="Times New Roman" w:cs="Times New Roman"/>
          <w:sz w:val="24"/>
          <w:szCs w:val="24"/>
          <w:lang w:val="ru-RU"/>
        </w:rPr>
        <w:t>Представление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о</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басне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лиро-эпическом</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жанре.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Круг</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чтения: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басни</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на</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примере произведений И. А. Крылова, И. И. Хемницера, Л. Н. Толстого, С. В. Михалкова. Басни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стихотворные и прозаические (не менее трёх). Развитие событий в басне, её герои (положительные,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отрицательные).</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Аллегория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баснях.</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Сравнение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басен:</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назначение,</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темы</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герои,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особенности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языка.</w:t>
      </w:r>
    </w:p>
    <w:p w14:paraId="6112ACA0" w14:textId="77777777" w:rsidR="00680377" w:rsidRPr="00680377" w:rsidRDefault="00680377" w:rsidP="00643805">
      <w:pPr>
        <w:widowControl w:val="0"/>
        <w:autoSpaceDE w:val="0"/>
        <w:autoSpaceDN w:val="0"/>
        <w:spacing w:before="118"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Творчество М. Ю. Лермонтова</w:t>
      </w:r>
      <w:r w:rsidRPr="00680377">
        <w:rPr>
          <w:rFonts w:ascii="Times New Roman" w:eastAsia="Times New Roman" w:hAnsi="Times New Roman" w:cs="Times New Roman"/>
          <w:sz w:val="24"/>
          <w:szCs w:val="24"/>
          <w:lang w:val="ru-RU"/>
        </w:rPr>
        <w:t>. Круг чтения: лирические произведения М. Ю. Лермонтова (не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менее трёх). Средства художественной выразительности (сравнение, эпитет, олицетворение); рифма,</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ритм.</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Метафора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«свёрнутое»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сравнение.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Строфа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элемент</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композиции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стихотворения.</w:t>
      </w:r>
    </w:p>
    <w:p w14:paraId="247567CB" w14:textId="77777777" w:rsidR="00680377" w:rsidRPr="00680377" w:rsidRDefault="00680377" w:rsidP="00643805">
      <w:pPr>
        <w:widowControl w:val="0"/>
        <w:autoSpaceDE w:val="0"/>
        <w:autoSpaceDN w:val="0"/>
        <w:spacing w:after="0" w:line="274" w:lineRule="exact"/>
        <w:ind w:left="106"/>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sz w:val="24"/>
          <w:szCs w:val="24"/>
          <w:lang w:val="ru-RU"/>
        </w:rPr>
        <w:t>Переносное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значение</w:t>
      </w:r>
      <w:r w:rsidRPr="00680377">
        <w:rPr>
          <w:rFonts w:ascii="Times New Roman" w:eastAsia="Times New Roman" w:hAnsi="Times New Roman" w:cs="Times New Roman"/>
          <w:spacing w:val="115"/>
          <w:sz w:val="24"/>
          <w:szCs w:val="24"/>
          <w:lang w:val="ru-RU"/>
        </w:rPr>
        <w:t xml:space="preserve"> </w:t>
      </w:r>
      <w:r w:rsidRPr="00680377">
        <w:rPr>
          <w:rFonts w:ascii="Times New Roman" w:eastAsia="Times New Roman" w:hAnsi="Times New Roman" w:cs="Times New Roman"/>
          <w:sz w:val="24"/>
          <w:szCs w:val="24"/>
          <w:lang w:val="ru-RU"/>
        </w:rPr>
        <w:t>слов</w:t>
      </w:r>
      <w:r w:rsidRPr="00680377">
        <w:rPr>
          <w:rFonts w:ascii="Times New Roman" w:eastAsia="Times New Roman" w:hAnsi="Times New Roman" w:cs="Times New Roman"/>
          <w:spacing w:val="114"/>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114"/>
          <w:sz w:val="24"/>
          <w:szCs w:val="24"/>
          <w:lang w:val="ru-RU"/>
        </w:rPr>
        <w:t xml:space="preserve"> </w:t>
      </w:r>
      <w:r w:rsidRPr="00680377">
        <w:rPr>
          <w:rFonts w:ascii="Times New Roman" w:eastAsia="Times New Roman" w:hAnsi="Times New Roman" w:cs="Times New Roman"/>
          <w:sz w:val="24"/>
          <w:szCs w:val="24"/>
          <w:lang w:val="ru-RU"/>
        </w:rPr>
        <w:t>метафоре.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Метафора</w:t>
      </w:r>
      <w:r w:rsidRPr="00680377">
        <w:rPr>
          <w:rFonts w:ascii="Times New Roman" w:eastAsia="Times New Roman" w:hAnsi="Times New Roman" w:cs="Times New Roman"/>
          <w:spacing w:val="115"/>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114"/>
          <w:sz w:val="24"/>
          <w:szCs w:val="24"/>
          <w:lang w:val="ru-RU"/>
        </w:rPr>
        <w:t xml:space="preserve"> </w:t>
      </w:r>
      <w:r w:rsidRPr="00680377">
        <w:rPr>
          <w:rFonts w:ascii="Times New Roman" w:eastAsia="Times New Roman" w:hAnsi="Times New Roman" w:cs="Times New Roman"/>
          <w:sz w:val="24"/>
          <w:szCs w:val="24"/>
          <w:lang w:val="ru-RU"/>
        </w:rPr>
        <w:t>стихотворениях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Ю.</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Лермонтова.</w:t>
      </w:r>
    </w:p>
    <w:p w14:paraId="471B9F47" w14:textId="77777777" w:rsidR="00680377" w:rsidRPr="00680377" w:rsidRDefault="00680377" w:rsidP="00643805">
      <w:pPr>
        <w:widowControl w:val="0"/>
        <w:autoSpaceDE w:val="0"/>
        <w:autoSpaceDN w:val="0"/>
        <w:spacing w:before="180"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Литературная сказка. </w:t>
      </w:r>
      <w:r w:rsidRPr="00680377">
        <w:rPr>
          <w:rFonts w:ascii="Times New Roman" w:eastAsia="Times New Roman" w:hAnsi="Times New Roman" w:cs="Times New Roman"/>
          <w:sz w:val="24"/>
          <w:szCs w:val="24"/>
          <w:lang w:val="ru-RU"/>
        </w:rPr>
        <w:t>Тематика авторских стихотворных сказок (две-три по выбору). Герои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литературных сказок (произведения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Ю.</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Лермонтова,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Ершова,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 П. Бажова, С. Т.</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Аксакова, С.</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Маршака и др.). Связь литературной сказки с фольклорной: народная речь —</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особенность</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авторской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сказки.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Иллюстрации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сказке: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назначение,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особенности.</w:t>
      </w:r>
    </w:p>
    <w:p w14:paraId="09BA3A0B"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Картины природы в творчестве поэтов и писателей ХIХ— ХХ веков</w:t>
      </w:r>
      <w:r w:rsidRPr="00680377">
        <w:rPr>
          <w:rFonts w:ascii="Times New Roman" w:eastAsia="Times New Roman" w:hAnsi="Times New Roman" w:cs="Times New Roman"/>
          <w:sz w:val="24"/>
          <w:szCs w:val="24"/>
          <w:lang w:val="ru-RU"/>
        </w:rPr>
        <w:t>.</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Лирика,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лирические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описание в стихотворной форме чувств поэта, связанных с наблюдениями,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описаниями природы. Круг чтения: лирические произведения поэтов и писателей (не менее пяти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авторов по выбору): В. А. Жуковский, Е.</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Баратынский, Ф.</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Тютчев, А.</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Фет, Н.</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Некрасов,</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Бунин,</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Блок,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Д.</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Бальмонт, М. И. Цветаева и др. Темы стихотворных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произведений, герой лирического произведения. Авторские приёмы создания художественного образа</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в лирике. Средства выразительности в произведениях лирики: эпитеты, синонимы, антонимы,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 xml:space="preserve">сравнения, олицетворения, </w:t>
      </w:r>
      <w:r w:rsidRPr="00680377">
        <w:rPr>
          <w:rFonts w:ascii="Times New Roman" w:eastAsia="Times New Roman" w:hAnsi="Times New Roman" w:cs="Times New Roman"/>
          <w:sz w:val="24"/>
          <w:szCs w:val="24"/>
          <w:lang w:val="ru-RU"/>
        </w:rPr>
        <w:lastRenderedPageBreak/>
        <w:t>метафоры. Репродукция картины как иллюстрация к лирическому</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произведению.</w:t>
      </w:r>
    </w:p>
    <w:p w14:paraId="485163E7" w14:textId="77777777" w:rsidR="00680377" w:rsidRPr="00680377" w:rsidRDefault="00680377" w:rsidP="00643805">
      <w:pPr>
        <w:widowControl w:val="0"/>
        <w:autoSpaceDE w:val="0"/>
        <w:autoSpaceDN w:val="0"/>
        <w:spacing w:before="115"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Творчество</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Л.</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Н.</w:t>
      </w:r>
      <w:r w:rsidRPr="00680377">
        <w:rPr>
          <w:rFonts w:ascii="Times New Roman" w:eastAsia="Times New Roman" w:hAnsi="Times New Roman" w:cs="Times New Roman"/>
          <w:i/>
          <w:spacing w:val="-4"/>
          <w:sz w:val="24"/>
          <w:szCs w:val="24"/>
          <w:lang w:val="ru-RU"/>
        </w:rPr>
        <w:t xml:space="preserve"> </w:t>
      </w:r>
      <w:r w:rsidRPr="00680377">
        <w:rPr>
          <w:rFonts w:ascii="Times New Roman" w:eastAsia="Times New Roman" w:hAnsi="Times New Roman" w:cs="Times New Roman"/>
          <w:i/>
          <w:sz w:val="24"/>
          <w:szCs w:val="24"/>
          <w:lang w:val="ru-RU"/>
        </w:rPr>
        <w:t>Толстого</w:t>
      </w:r>
      <w:r w:rsidRPr="00680377">
        <w:rPr>
          <w:rFonts w:ascii="Times New Roman" w:eastAsia="Times New Roman" w:hAnsi="Times New Roman" w:cs="Times New Roman"/>
          <w:sz w:val="24"/>
          <w:szCs w:val="24"/>
          <w:lang w:val="ru-RU"/>
        </w:rPr>
        <w:t>.</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Круг</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чтения</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(не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менее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трёх</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произведений):</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рассказ</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(художественный</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научно-познавательный),</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сказки,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басни,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быль.</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Повесть</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как</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эпический</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жанр</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(общее</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представление).</w:t>
      </w:r>
    </w:p>
    <w:p w14:paraId="75727FB0" w14:textId="77777777" w:rsidR="00680377" w:rsidRPr="00680377" w:rsidRDefault="00680377" w:rsidP="00643805">
      <w:pPr>
        <w:widowControl w:val="0"/>
        <w:autoSpaceDE w:val="0"/>
        <w:autoSpaceDN w:val="0"/>
        <w:spacing w:after="0" w:line="292" w:lineRule="auto"/>
        <w:ind w:left="106"/>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sz w:val="24"/>
          <w:szCs w:val="24"/>
          <w:lang w:val="ru-RU"/>
        </w:rPr>
        <w:t>Значение реальных жизненных ситуаций в создании рассказа, повести. Отрывки из</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автобиографической повести Л. Н. Толстого «Детство». Особенности художественного текста-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описания:</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пейзаж,</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портрет</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героя,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интерьер.</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Примеры</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текста-рассуждения</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рассказах</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Л.</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Н.</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Толстого.</w:t>
      </w:r>
    </w:p>
    <w:p w14:paraId="4F5A387C" w14:textId="77777777" w:rsidR="00680377" w:rsidRPr="00680377" w:rsidRDefault="00680377" w:rsidP="00643805">
      <w:pPr>
        <w:widowControl w:val="0"/>
        <w:autoSpaceDE w:val="0"/>
        <w:autoSpaceDN w:val="0"/>
        <w:spacing w:before="74"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Произведения о животных и родной природе. </w:t>
      </w:r>
      <w:r w:rsidRPr="00680377">
        <w:rPr>
          <w:rFonts w:ascii="Times New Roman" w:eastAsia="Times New Roman" w:hAnsi="Times New Roman" w:cs="Times New Roman"/>
          <w:sz w:val="24"/>
          <w:szCs w:val="24"/>
          <w:lang w:val="ru-RU"/>
        </w:rPr>
        <w:t>Взаимоотношения человека и животных, защита 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охрана природы — тема произведений литературы. Круг чтения (не менее трёх авторов): на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примере</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произведений</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А. И.</w:t>
      </w:r>
      <w:r w:rsidRPr="00680377">
        <w:rPr>
          <w:rFonts w:ascii="Times New Roman" w:eastAsia="Times New Roman" w:hAnsi="Times New Roman" w:cs="Times New Roman"/>
          <w:spacing w:val="61"/>
          <w:sz w:val="24"/>
          <w:szCs w:val="24"/>
          <w:lang w:val="ru-RU"/>
        </w:rPr>
        <w:t xml:space="preserve"> </w:t>
      </w:r>
      <w:r w:rsidRPr="00680377">
        <w:rPr>
          <w:rFonts w:ascii="Times New Roman" w:eastAsia="Times New Roman" w:hAnsi="Times New Roman" w:cs="Times New Roman"/>
          <w:sz w:val="24"/>
          <w:szCs w:val="24"/>
          <w:lang w:val="ru-RU"/>
        </w:rPr>
        <w:t>Куприна,</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П.   Астафьева, К. Г. Паустовского, М. М. Пришвина, Ю. 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Коваля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 др.</w:t>
      </w:r>
    </w:p>
    <w:p w14:paraId="5335C337"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Произведения о детях</w:t>
      </w:r>
      <w:r w:rsidRPr="00680377">
        <w:rPr>
          <w:rFonts w:ascii="Times New Roman" w:eastAsia="Times New Roman" w:hAnsi="Times New Roman" w:cs="Times New Roman"/>
          <w:sz w:val="24"/>
          <w:szCs w:val="24"/>
          <w:lang w:val="ru-RU"/>
        </w:rPr>
        <w:t>. Тематика произведений о детях, их жизни, играх и занятиях,</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взаимоотношениях со взрослыми и сверстниками (на примере произведений не менее трёх авторов):</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Чехова, Б.</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Житкова, Н.</w:t>
      </w:r>
      <w:r w:rsidRPr="00680377">
        <w:rPr>
          <w:rFonts w:ascii="Times New Roman" w:eastAsia="Times New Roman" w:hAnsi="Times New Roman" w:cs="Times New Roman"/>
          <w:spacing w:val="60"/>
          <w:sz w:val="24"/>
          <w:szCs w:val="24"/>
          <w:lang w:val="ru-RU"/>
        </w:rPr>
        <w:t xml:space="preserve"> </w:t>
      </w:r>
      <w:r w:rsidRPr="00680377">
        <w:rPr>
          <w:rFonts w:ascii="Times New Roman" w:eastAsia="Times New Roman" w:hAnsi="Times New Roman" w:cs="Times New Roman"/>
          <w:sz w:val="24"/>
          <w:szCs w:val="24"/>
          <w:lang w:val="ru-RU"/>
        </w:rPr>
        <w:t>Г. Гарина-Михайловского, В. В. Крапивина и др. Словесный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портрет героя как его характеристика. Авторский способ выражения главной мысли. Основные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события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сюжета, отношение к</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ним героев.</w:t>
      </w:r>
    </w:p>
    <w:p w14:paraId="508EEA79"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Пьеса. </w:t>
      </w:r>
      <w:r w:rsidRPr="00680377">
        <w:rPr>
          <w:rFonts w:ascii="Times New Roman" w:eastAsia="Times New Roman" w:hAnsi="Times New Roman" w:cs="Times New Roman"/>
          <w:sz w:val="24"/>
          <w:szCs w:val="24"/>
          <w:lang w:val="ru-RU"/>
        </w:rPr>
        <w:t>Знакомство с новым жанром — пьесой-сказкой.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Пьеса — произведение литературы 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театрального искусства (одна по выбору). Пьеса как жанр</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драматического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произведения. Пьеса и</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сказка:</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драматическое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эпическое</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Авторские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ремарки:</w:t>
      </w:r>
      <w:r w:rsidRPr="00680377">
        <w:rPr>
          <w:rFonts w:ascii="Times New Roman" w:eastAsia="Times New Roman" w:hAnsi="Times New Roman" w:cs="Times New Roman"/>
          <w:spacing w:val="-5"/>
          <w:sz w:val="24"/>
          <w:szCs w:val="24"/>
          <w:lang w:val="ru-RU"/>
        </w:rPr>
        <w:t xml:space="preserve"> </w:t>
      </w:r>
      <w:r w:rsidRPr="00680377">
        <w:rPr>
          <w:rFonts w:ascii="Times New Roman" w:eastAsia="Times New Roman" w:hAnsi="Times New Roman" w:cs="Times New Roman"/>
          <w:sz w:val="24"/>
          <w:szCs w:val="24"/>
          <w:lang w:val="ru-RU"/>
        </w:rPr>
        <w:t>назначение,</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содержание.</w:t>
      </w:r>
    </w:p>
    <w:p w14:paraId="15C60777" w14:textId="77777777" w:rsidR="00680377" w:rsidRPr="00680377" w:rsidRDefault="00680377" w:rsidP="00643805">
      <w:pPr>
        <w:widowControl w:val="0"/>
        <w:autoSpaceDE w:val="0"/>
        <w:autoSpaceDN w:val="0"/>
        <w:spacing w:before="119"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 xml:space="preserve">Юмористические произведения. </w:t>
      </w:r>
      <w:r w:rsidRPr="00680377">
        <w:rPr>
          <w:rFonts w:ascii="Times New Roman" w:eastAsia="Times New Roman" w:hAnsi="Times New Roman" w:cs="Times New Roman"/>
          <w:sz w:val="24"/>
          <w:szCs w:val="24"/>
          <w:lang w:val="ru-RU"/>
        </w:rPr>
        <w:t>Круг чтения (не менее двух произведений по выбору):</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юмористические произведения на примере рассказов М. М. Зощенко, В.</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Ю. Драгунского, Н. Н.</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Носова, В. В. Голявкина. Герои юмористических произведений. Средства выразительности текста</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юмористического</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содержания: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гипербола.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Юмористические</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кино</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театре.</w:t>
      </w:r>
    </w:p>
    <w:p w14:paraId="69191C19" w14:textId="77777777" w:rsidR="00680377" w:rsidRPr="00680377" w:rsidRDefault="00680377" w:rsidP="00643805">
      <w:pPr>
        <w:widowControl w:val="0"/>
        <w:autoSpaceDE w:val="0"/>
        <w:autoSpaceDN w:val="0"/>
        <w:spacing w:before="117"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Зарубежная литература</w:t>
      </w:r>
      <w:r w:rsidRPr="00680377">
        <w:rPr>
          <w:rFonts w:ascii="Times New Roman" w:eastAsia="Times New Roman" w:hAnsi="Times New Roman" w:cs="Times New Roman"/>
          <w:sz w:val="24"/>
          <w:szCs w:val="24"/>
          <w:lang w:val="ru-RU"/>
        </w:rPr>
        <w:t>. Расширение круга чтения произведений зарубежных писателей.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Литературные сказки Ш. Перро, Х.-К. Андерсена, братьев Гримм, Э. Т. А. Гофмана, Т. Янссон и др.</w:t>
      </w:r>
      <w:r w:rsidRPr="00680377">
        <w:rPr>
          <w:rFonts w:ascii="Times New Roman" w:eastAsia="Times New Roman" w:hAnsi="Times New Roman" w:cs="Times New Roman"/>
          <w:spacing w:val="-58"/>
          <w:sz w:val="24"/>
          <w:szCs w:val="24"/>
          <w:lang w:val="ru-RU"/>
        </w:rPr>
        <w:t xml:space="preserve"> </w:t>
      </w:r>
      <w:r w:rsidRPr="00680377">
        <w:rPr>
          <w:rFonts w:ascii="Times New Roman" w:eastAsia="Times New Roman" w:hAnsi="Times New Roman" w:cs="Times New Roman"/>
          <w:sz w:val="24"/>
          <w:szCs w:val="24"/>
          <w:lang w:val="ru-RU"/>
        </w:rPr>
        <w:t>(по</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выбору).</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Приключенческая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литература: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произведения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Дж.</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Свифта,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Марка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Твена.</w:t>
      </w:r>
    </w:p>
    <w:p w14:paraId="0357C9F2" w14:textId="77777777" w:rsidR="00680377" w:rsidRPr="00680377" w:rsidRDefault="00680377" w:rsidP="00643805">
      <w:pPr>
        <w:widowControl w:val="0"/>
        <w:autoSpaceDE w:val="0"/>
        <w:autoSpaceDN w:val="0"/>
        <w:spacing w:before="119" w:after="0" w:line="292" w:lineRule="auto"/>
        <w:ind w:left="106" w:firstLine="180"/>
        <w:jc w:val="both"/>
        <w:rPr>
          <w:rFonts w:ascii="Times New Roman" w:eastAsia="Times New Roman" w:hAnsi="Times New Roman" w:cs="Times New Roman"/>
          <w:sz w:val="24"/>
          <w:szCs w:val="24"/>
          <w:lang w:val="ru-RU"/>
        </w:rPr>
      </w:pPr>
      <w:r w:rsidRPr="00680377">
        <w:rPr>
          <w:rFonts w:ascii="Times New Roman" w:eastAsia="Times New Roman" w:hAnsi="Times New Roman" w:cs="Times New Roman"/>
          <w:i/>
          <w:sz w:val="24"/>
          <w:szCs w:val="24"/>
          <w:lang w:val="ru-RU"/>
        </w:rPr>
        <w:t>Библиографическая</w:t>
      </w:r>
      <w:r w:rsidRPr="00680377">
        <w:rPr>
          <w:rFonts w:ascii="Times New Roman" w:eastAsia="Times New Roman" w:hAnsi="Times New Roman" w:cs="Times New Roman"/>
          <w:i/>
          <w:spacing w:val="55"/>
          <w:sz w:val="24"/>
          <w:szCs w:val="24"/>
          <w:lang w:val="ru-RU"/>
        </w:rPr>
        <w:t xml:space="preserve"> </w:t>
      </w:r>
      <w:r w:rsidRPr="00680377">
        <w:rPr>
          <w:rFonts w:ascii="Times New Roman" w:eastAsia="Times New Roman" w:hAnsi="Times New Roman" w:cs="Times New Roman"/>
          <w:i/>
          <w:sz w:val="24"/>
          <w:szCs w:val="24"/>
          <w:lang w:val="ru-RU"/>
        </w:rPr>
        <w:t>культура</w:t>
      </w:r>
      <w:r w:rsidRPr="00680377">
        <w:rPr>
          <w:rFonts w:ascii="Times New Roman" w:eastAsia="Times New Roman" w:hAnsi="Times New Roman" w:cs="Times New Roman"/>
          <w:i/>
          <w:spacing w:val="54"/>
          <w:sz w:val="24"/>
          <w:szCs w:val="24"/>
          <w:lang w:val="ru-RU"/>
        </w:rPr>
        <w:t xml:space="preserve"> </w:t>
      </w:r>
      <w:r w:rsidRPr="00680377">
        <w:rPr>
          <w:rFonts w:ascii="Times New Roman" w:eastAsia="Times New Roman" w:hAnsi="Times New Roman" w:cs="Times New Roman"/>
          <w:i/>
          <w:sz w:val="24"/>
          <w:szCs w:val="24"/>
          <w:lang w:val="ru-RU"/>
        </w:rPr>
        <w:t>(работа</w:t>
      </w:r>
      <w:r w:rsidRPr="00680377">
        <w:rPr>
          <w:rFonts w:ascii="Times New Roman" w:eastAsia="Times New Roman" w:hAnsi="Times New Roman" w:cs="Times New Roman"/>
          <w:i/>
          <w:spacing w:val="54"/>
          <w:sz w:val="24"/>
          <w:szCs w:val="24"/>
          <w:lang w:val="ru-RU"/>
        </w:rPr>
        <w:t xml:space="preserve"> </w:t>
      </w:r>
      <w:r w:rsidRPr="00680377">
        <w:rPr>
          <w:rFonts w:ascii="Times New Roman" w:eastAsia="Times New Roman" w:hAnsi="Times New Roman" w:cs="Times New Roman"/>
          <w:i/>
          <w:sz w:val="24"/>
          <w:szCs w:val="24"/>
          <w:lang w:val="ru-RU"/>
        </w:rPr>
        <w:t>с</w:t>
      </w:r>
      <w:r w:rsidRPr="00680377">
        <w:rPr>
          <w:rFonts w:ascii="Times New Roman" w:eastAsia="Times New Roman" w:hAnsi="Times New Roman" w:cs="Times New Roman"/>
          <w:i/>
          <w:spacing w:val="54"/>
          <w:sz w:val="24"/>
          <w:szCs w:val="24"/>
          <w:lang w:val="ru-RU"/>
        </w:rPr>
        <w:t xml:space="preserve"> </w:t>
      </w:r>
      <w:r w:rsidRPr="00680377">
        <w:rPr>
          <w:rFonts w:ascii="Times New Roman" w:eastAsia="Times New Roman" w:hAnsi="Times New Roman" w:cs="Times New Roman"/>
          <w:i/>
          <w:sz w:val="24"/>
          <w:szCs w:val="24"/>
          <w:lang w:val="ru-RU"/>
        </w:rPr>
        <w:t>детской</w:t>
      </w:r>
      <w:r w:rsidRPr="00680377">
        <w:rPr>
          <w:rFonts w:ascii="Times New Roman" w:eastAsia="Times New Roman" w:hAnsi="Times New Roman" w:cs="Times New Roman"/>
          <w:i/>
          <w:spacing w:val="54"/>
          <w:sz w:val="24"/>
          <w:szCs w:val="24"/>
          <w:lang w:val="ru-RU"/>
        </w:rPr>
        <w:t xml:space="preserve"> </w:t>
      </w:r>
      <w:r w:rsidRPr="00680377">
        <w:rPr>
          <w:rFonts w:ascii="Times New Roman" w:eastAsia="Times New Roman" w:hAnsi="Times New Roman" w:cs="Times New Roman"/>
          <w:i/>
          <w:sz w:val="24"/>
          <w:szCs w:val="24"/>
          <w:lang w:val="ru-RU"/>
        </w:rPr>
        <w:t>книгой</w:t>
      </w:r>
      <w:r w:rsidRPr="00680377">
        <w:rPr>
          <w:rFonts w:ascii="Times New Roman" w:eastAsia="Times New Roman" w:hAnsi="Times New Roman" w:cs="Times New Roman"/>
          <w:i/>
          <w:spacing w:val="-2"/>
          <w:sz w:val="24"/>
          <w:szCs w:val="24"/>
          <w:lang w:val="ru-RU"/>
        </w:rPr>
        <w:t xml:space="preserve"> </w:t>
      </w:r>
      <w:r w:rsidRPr="00680377">
        <w:rPr>
          <w:rFonts w:ascii="Times New Roman" w:eastAsia="Times New Roman" w:hAnsi="Times New Roman" w:cs="Times New Roman"/>
          <w:i/>
          <w:sz w:val="24"/>
          <w:szCs w:val="24"/>
          <w:lang w:val="ru-RU"/>
        </w:rPr>
        <w:t>и</w:t>
      </w:r>
      <w:r w:rsidRPr="00680377">
        <w:rPr>
          <w:rFonts w:ascii="Times New Roman" w:eastAsia="Times New Roman" w:hAnsi="Times New Roman" w:cs="Times New Roman"/>
          <w:i/>
          <w:spacing w:val="-3"/>
          <w:sz w:val="24"/>
          <w:szCs w:val="24"/>
          <w:lang w:val="ru-RU"/>
        </w:rPr>
        <w:t xml:space="preserve"> </w:t>
      </w:r>
      <w:r w:rsidRPr="00680377">
        <w:rPr>
          <w:rFonts w:ascii="Times New Roman" w:eastAsia="Times New Roman" w:hAnsi="Times New Roman" w:cs="Times New Roman"/>
          <w:i/>
          <w:sz w:val="24"/>
          <w:szCs w:val="24"/>
          <w:lang w:val="ru-RU"/>
        </w:rPr>
        <w:t>справочной</w:t>
      </w:r>
      <w:r w:rsidRPr="00680377">
        <w:rPr>
          <w:rFonts w:ascii="Times New Roman" w:eastAsia="Times New Roman" w:hAnsi="Times New Roman" w:cs="Times New Roman"/>
          <w:i/>
          <w:spacing w:val="-2"/>
          <w:sz w:val="24"/>
          <w:szCs w:val="24"/>
          <w:lang w:val="ru-RU"/>
        </w:rPr>
        <w:t xml:space="preserve"> </w:t>
      </w:r>
      <w:r w:rsidRPr="00680377">
        <w:rPr>
          <w:rFonts w:ascii="Times New Roman" w:eastAsia="Times New Roman" w:hAnsi="Times New Roman" w:cs="Times New Roman"/>
          <w:i/>
          <w:sz w:val="24"/>
          <w:szCs w:val="24"/>
          <w:lang w:val="ru-RU"/>
        </w:rPr>
        <w:t>литературой)</w:t>
      </w:r>
      <w:r w:rsidRPr="00680377">
        <w:rPr>
          <w:rFonts w:ascii="Times New Roman" w:eastAsia="Times New Roman" w:hAnsi="Times New Roman" w:cs="Times New Roman"/>
          <w:sz w:val="24"/>
          <w:szCs w:val="24"/>
          <w:lang w:val="ru-RU"/>
        </w:rPr>
        <w:t>.</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Польза</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чтения</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книги:</w:t>
      </w:r>
      <w:r w:rsidRPr="00680377">
        <w:rPr>
          <w:rFonts w:ascii="Times New Roman" w:eastAsia="Times New Roman" w:hAnsi="Times New Roman" w:cs="Times New Roman"/>
          <w:spacing w:val="-4"/>
          <w:sz w:val="24"/>
          <w:szCs w:val="24"/>
          <w:lang w:val="ru-RU"/>
        </w:rPr>
        <w:t xml:space="preserve"> </w:t>
      </w:r>
      <w:r w:rsidRPr="00680377">
        <w:rPr>
          <w:rFonts w:ascii="Times New Roman" w:eastAsia="Times New Roman" w:hAnsi="Times New Roman" w:cs="Times New Roman"/>
          <w:sz w:val="24"/>
          <w:szCs w:val="24"/>
          <w:lang w:val="ru-RU"/>
        </w:rPr>
        <w:t>книга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друг</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учитель.</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Правила</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читателя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и</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способы</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выбора</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книги</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(тематический,</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систематический</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каталог). Виды</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информации в книге: научная, художественная (с опорой на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внешние показатели книги), её справочно-иллюстративный материал. Очерк как повествование о</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реальном событии. Типы книг (изданий): книга-произведение, книга-сборник, собрание сочинений,</w:t>
      </w:r>
      <w:r w:rsidRPr="00680377">
        <w:rPr>
          <w:rFonts w:ascii="Times New Roman" w:eastAsia="Times New Roman" w:hAnsi="Times New Roman" w:cs="Times New Roman"/>
          <w:spacing w:val="-57"/>
          <w:sz w:val="24"/>
          <w:szCs w:val="24"/>
          <w:lang w:val="ru-RU"/>
        </w:rPr>
        <w:t xml:space="preserve"> </w:t>
      </w:r>
      <w:r w:rsidRPr="00680377">
        <w:rPr>
          <w:rFonts w:ascii="Times New Roman" w:eastAsia="Times New Roman" w:hAnsi="Times New Roman" w:cs="Times New Roman"/>
          <w:sz w:val="24"/>
          <w:szCs w:val="24"/>
          <w:lang w:val="ru-RU"/>
        </w:rPr>
        <w:t>периодическая</w:t>
      </w:r>
      <w:r w:rsidRPr="00680377">
        <w:rPr>
          <w:rFonts w:ascii="Times New Roman" w:eastAsia="Times New Roman" w:hAnsi="Times New Roman" w:cs="Times New Roman"/>
          <w:spacing w:val="-3"/>
          <w:sz w:val="24"/>
          <w:szCs w:val="24"/>
          <w:lang w:val="ru-RU"/>
        </w:rPr>
        <w:t xml:space="preserve"> </w:t>
      </w:r>
      <w:r w:rsidRPr="00680377">
        <w:rPr>
          <w:rFonts w:ascii="Times New Roman" w:eastAsia="Times New Roman" w:hAnsi="Times New Roman" w:cs="Times New Roman"/>
          <w:sz w:val="24"/>
          <w:szCs w:val="24"/>
          <w:lang w:val="ru-RU"/>
        </w:rPr>
        <w:t>печать,</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справочные</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издания.</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Работа</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с</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источниками</w:t>
      </w:r>
      <w:r w:rsidRPr="00680377">
        <w:rPr>
          <w:rFonts w:ascii="Times New Roman" w:eastAsia="Times New Roman" w:hAnsi="Times New Roman" w:cs="Times New Roman"/>
          <w:spacing w:val="-1"/>
          <w:sz w:val="24"/>
          <w:szCs w:val="24"/>
          <w:lang w:val="ru-RU"/>
        </w:rPr>
        <w:t xml:space="preserve"> </w:t>
      </w:r>
      <w:r w:rsidRPr="00680377">
        <w:rPr>
          <w:rFonts w:ascii="Times New Roman" w:eastAsia="Times New Roman" w:hAnsi="Times New Roman" w:cs="Times New Roman"/>
          <w:sz w:val="24"/>
          <w:szCs w:val="24"/>
          <w:lang w:val="ru-RU"/>
        </w:rPr>
        <w:t>периодической</w:t>
      </w:r>
      <w:r w:rsidRPr="00680377">
        <w:rPr>
          <w:rFonts w:ascii="Times New Roman" w:eastAsia="Times New Roman" w:hAnsi="Times New Roman" w:cs="Times New Roman"/>
          <w:spacing w:val="-2"/>
          <w:sz w:val="24"/>
          <w:szCs w:val="24"/>
          <w:lang w:val="ru-RU"/>
        </w:rPr>
        <w:t xml:space="preserve"> </w:t>
      </w:r>
      <w:r w:rsidRPr="00680377">
        <w:rPr>
          <w:rFonts w:ascii="Times New Roman" w:eastAsia="Times New Roman" w:hAnsi="Times New Roman" w:cs="Times New Roman"/>
          <w:sz w:val="24"/>
          <w:szCs w:val="24"/>
          <w:lang w:val="ru-RU"/>
        </w:rPr>
        <w:t>печати.</w:t>
      </w:r>
    </w:p>
    <w:p w14:paraId="7B716B41" w14:textId="2AC046E0" w:rsidR="005F0CF1" w:rsidRPr="00107395" w:rsidRDefault="00F150A0" w:rsidP="00107395">
      <w:pPr>
        <w:pStyle w:val="ae"/>
        <w:numPr>
          <w:ilvl w:val="0"/>
          <w:numId w:val="16"/>
        </w:numPr>
        <w:autoSpaceDE w:val="0"/>
        <w:autoSpaceDN w:val="0"/>
        <w:spacing w:after="0" w:line="230" w:lineRule="auto"/>
        <w:rPr>
          <w:lang w:val="ru-RU"/>
        </w:rPr>
      </w:pPr>
      <w:r w:rsidRPr="00107395">
        <w:rPr>
          <w:rFonts w:ascii="Times New Roman" w:eastAsia="Times New Roman" w:hAnsi="Times New Roman"/>
          <w:b/>
          <w:color w:val="000000"/>
          <w:sz w:val="24"/>
          <w:lang w:val="ru-RU"/>
        </w:rPr>
        <w:t>ПЛАНИРУЕМЫЕ ОБРАЗОВАТЕЛЬНЫЕ РЕЗУЛЬТАТЫ</w:t>
      </w:r>
    </w:p>
    <w:p w14:paraId="66A9E22B" w14:textId="2690015A" w:rsidR="00D276F5" w:rsidRPr="00D276F5" w:rsidRDefault="00F150A0" w:rsidP="00D276F5">
      <w:pPr>
        <w:pStyle w:val="af"/>
        <w:spacing w:before="179" w:line="292" w:lineRule="auto"/>
        <w:ind w:left="106" w:right="27" w:firstLine="180"/>
        <w:jc w:val="both"/>
        <w:rPr>
          <w:rFonts w:ascii="Times New Roman" w:hAnsi="Times New Roman" w:cs="Times New Roman"/>
          <w:lang w:val="ru-RU"/>
        </w:rPr>
      </w:pPr>
      <w:r w:rsidRPr="006A2BAE">
        <w:rPr>
          <w:rFonts w:ascii="Times New Roman" w:hAnsi="Times New Roman" w:cs="Times New Roman"/>
          <w:sz w:val="24"/>
          <w:szCs w:val="24"/>
          <w:lang w:val="ru-RU"/>
        </w:rPr>
        <w:tab/>
      </w:r>
      <w:r w:rsidR="00D276F5" w:rsidRPr="00D276F5">
        <w:rPr>
          <w:rFonts w:ascii="Times New Roman" w:hAnsi="Times New Roman" w:cs="Times New Roman"/>
          <w:lang w:val="ru-RU"/>
        </w:rPr>
        <w:t>Изучение литературного чтения в 1-4 классах направлено на достижение обучающимися</w:t>
      </w:r>
      <w:r w:rsidR="00D276F5" w:rsidRPr="00D276F5">
        <w:rPr>
          <w:rFonts w:ascii="Times New Roman" w:hAnsi="Times New Roman" w:cs="Times New Roman"/>
          <w:spacing w:val="-58"/>
          <w:lang w:val="ru-RU"/>
        </w:rPr>
        <w:t xml:space="preserve">     </w:t>
      </w:r>
      <w:r w:rsidR="00D276F5" w:rsidRPr="00D276F5">
        <w:rPr>
          <w:rFonts w:ascii="Times New Roman" w:hAnsi="Times New Roman" w:cs="Times New Roman"/>
          <w:lang w:val="ru-RU"/>
        </w:rPr>
        <w:t>личностных,</w:t>
      </w:r>
      <w:r w:rsidR="00D276F5" w:rsidRPr="00D276F5">
        <w:rPr>
          <w:rFonts w:ascii="Times New Roman" w:hAnsi="Times New Roman" w:cs="Times New Roman"/>
          <w:spacing w:val="-3"/>
          <w:lang w:val="ru-RU"/>
        </w:rPr>
        <w:t xml:space="preserve"> </w:t>
      </w:r>
      <w:r w:rsidR="00D276F5" w:rsidRPr="00D276F5">
        <w:rPr>
          <w:rFonts w:ascii="Times New Roman" w:hAnsi="Times New Roman" w:cs="Times New Roman"/>
          <w:lang w:val="ru-RU"/>
        </w:rPr>
        <w:t>метапредметных</w:t>
      </w:r>
      <w:r w:rsidR="00D276F5" w:rsidRPr="00D276F5">
        <w:rPr>
          <w:rFonts w:ascii="Times New Roman" w:hAnsi="Times New Roman" w:cs="Times New Roman"/>
          <w:spacing w:val="-2"/>
          <w:lang w:val="ru-RU"/>
        </w:rPr>
        <w:t xml:space="preserve"> </w:t>
      </w:r>
      <w:r w:rsidR="00D276F5" w:rsidRPr="00D276F5">
        <w:rPr>
          <w:rFonts w:ascii="Times New Roman" w:hAnsi="Times New Roman" w:cs="Times New Roman"/>
          <w:lang w:val="ru-RU"/>
        </w:rPr>
        <w:t>и</w:t>
      </w:r>
      <w:r w:rsidR="00D276F5" w:rsidRPr="00D276F5">
        <w:rPr>
          <w:rFonts w:ascii="Times New Roman" w:hAnsi="Times New Roman" w:cs="Times New Roman"/>
          <w:spacing w:val="-2"/>
          <w:lang w:val="ru-RU"/>
        </w:rPr>
        <w:t xml:space="preserve"> </w:t>
      </w:r>
      <w:r w:rsidR="00D276F5" w:rsidRPr="00D276F5">
        <w:rPr>
          <w:rFonts w:ascii="Times New Roman" w:hAnsi="Times New Roman" w:cs="Times New Roman"/>
          <w:lang w:val="ru-RU"/>
        </w:rPr>
        <w:t>предметных</w:t>
      </w:r>
      <w:r w:rsidR="00D276F5" w:rsidRPr="00D276F5">
        <w:rPr>
          <w:rFonts w:ascii="Times New Roman" w:hAnsi="Times New Roman" w:cs="Times New Roman"/>
          <w:spacing w:val="-3"/>
          <w:lang w:val="ru-RU"/>
        </w:rPr>
        <w:t xml:space="preserve"> </w:t>
      </w:r>
      <w:r w:rsidR="00D276F5" w:rsidRPr="00D276F5">
        <w:rPr>
          <w:rFonts w:ascii="Times New Roman" w:hAnsi="Times New Roman" w:cs="Times New Roman"/>
          <w:lang w:val="ru-RU"/>
        </w:rPr>
        <w:t>результатов</w:t>
      </w:r>
      <w:r w:rsidR="00D276F5" w:rsidRPr="00D276F5">
        <w:rPr>
          <w:rFonts w:ascii="Times New Roman" w:hAnsi="Times New Roman" w:cs="Times New Roman"/>
          <w:spacing w:val="-3"/>
          <w:lang w:val="ru-RU"/>
        </w:rPr>
        <w:t xml:space="preserve"> </w:t>
      </w:r>
      <w:r w:rsidR="00D276F5" w:rsidRPr="00D276F5">
        <w:rPr>
          <w:rFonts w:ascii="Times New Roman" w:hAnsi="Times New Roman" w:cs="Times New Roman"/>
          <w:lang w:val="ru-RU"/>
        </w:rPr>
        <w:t>освоения</w:t>
      </w:r>
      <w:r w:rsidR="00D276F5" w:rsidRPr="00D276F5">
        <w:rPr>
          <w:rFonts w:ascii="Times New Roman" w:hAnsi="Times New Roman" w:cs="Times New Roman"/>
          <w:spacing w:val="-3"/>
          <w:lang w:val="ru-RU"/>
        </w:rPr>
        <w:t xml:space="preserve"> </w:t>
      </w:r>
      <w:r w:rsidR="00D276F5" w:rsidRPr="00D276F5">
        <w:rPr>
          <w:rFonts w:ascii="Times New Roman" w:hAnsi="Times New Roman" w:cs="Times New Roman"/>
          <w:lang w:val="ru-RU"/>
        </w:rPr>
        <w:t>учебного</w:t>
      </w:r>
      <w:r w:rsidR="00D276F5" w:rsidRPr="00D276F5">
        <w:rPr>
          <w:rFonts w:ascii="Times New Roman" w:hAnsi="Times New Roman" w:cs="Times New Roman"/>
          <w:spacing w:val="-2"/>
          <w:lang w:val="ru-RU"/>
        </w:rPr>
        <w:t xml:space="preserve"> </w:t>
      </w:r>
      <w:r w:rsidR="00D276F5" w:rsidRPr="00D276F5">
        <w:rPr>
          <w:rFonts w:ascii="Times New Roman" w:hAnsi="Times New Roman" w:cs="Times New Roman"/>
          <w:lang w:val="ru-RU"/>
        </w:rPr>
        <w:t>предмета.</w:t>
      </w:r>
    </w:p>
    <w:p w14:paraId="1E567100" w14:textId="77777777" w:rsidR="00D276F5" w:rsidRPr="00D276F5" w:rsidRDefault="00D276F5" w:rsidP="00D276F5">
      <w:pPr>
        <w:pStyle w:val="1"/>
        <w:spacing w:before="191"/>
        <w:ind w:left="106" w:right="27"/>
        <w:jc w:val="both"/>
        <w:rPr>
          <w:rFonts w:ascii="Times New Roman" w:hAnsi="Times New Roman" w:cs="Times New Roman"/>
          <w:color w:val="auto"/>
          <w:lang w:val="ru-RU"/>
        </w:rPr>
      </w:pPr>
      <w:r w:rsidRPr="00D276F5">
        <w:rPr>
          <w:rFonts w:ascii="Times New Roman" w:hAnsi="Times New Roman" w:cs="Times New Roman"/>
          <w:color w:val="auto"/>
          <w:lang w:val="ru-RU"/>
        </w:rPr>
        <w:t>ЛИЧНОСТНЫЕ</w:t>
      </w:r>
      <w:r w:rsidRPr="00D276F5">
        <w:rPr>
          <w:rFonts w:ascii="Times New Roman" w:hAnsi="Times New Roman" w:cs="Times New Roman"/>
          <w:color w:val="auto"/>
          <w:spacing w:val="-9"/>
          <w:lang w:val="ru-RU"/>
        </w:rPr>
        <w:t xml:space="preserve"> </w:t>
      </w:r>
      <w:r w:rsidRPr="00D276F5">
        <w:rPr>
          <w:rFonts w:ascii="Times New Roman" w:hAnsi="Times New Roman" w:cs="Times New Roman"/>
          <w:color w:val="auto"/>
          <w:lang w:val="ru-RU"/>
        </w:rPr>
        <w:t>РЕЗУЛЬТАТЫ</w:t>
      </w:r>
    </w:p>
    <w:p w14:paraId="7539DD9F" w14:textId="77777777" w:rsidR="00D276F5" w:rsidRPr="00D276F5" w:rsidRDefault="00D276F5" w:rsidP="00D276F5">
      <w:pPr>
        <w:pStyle w:val="af"/>
        <w:spacing w:before="156" w:line="292" w:lineRule="auto"/>
        <w:ind w:left="106" w:right="27" w:firstLine="180"/>
        <w:jc w:val="both"/>
        <w:rPr>
          <w:rFonts w:ascii="Times New Roman" w:hAnsi="Times New Roman" w:cs="Times New Roman"/>
          <w:lang w:val="ru-RU"/>
        </w:rPr>
      </w:pPr>
      <w:r w:rsidRPr="00D276F5">
        <w:rPr>
          <w:rFonts w:ascii="Times New Roman" w:hAnsi="Times New Roman" w:cs="Times New Roman"/>
          <w:lang w:val="ru-RU"/>
        </w:rPr>
        <w:t>Личностные результаты освоения программы предмета «Литературное чтение» достигаются в</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процессе единства учебной и воспитательной деятельности, обеспечивающей позитивную динамику</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развития личности младшего школьника, ориентированную на процессы самопознания, саморазвития</w:t>
      </w:r>
      <w:r w:rsidRPr="00D276F5">
        <w:rPr>
          <w:rFonts w:ascii="Times New Roman" w:hAnsi="Times New Roman" w:cs="Times New Roman"/>
          <w:spacing w:val="-57"/>
          <w:lang w:val="ru-RU"/>
        </w:rPr>
        <w:t xml:space="preserve"> </w:t>
      </w:r>
      <w:r w:rsidRPr="00D276F5">
        <w:rPr>
          <w:rFonts w:ascii="Times New Roman" w:hAnsi="Times New Roman" w:cs="Times New Roman"/>
          <w:lang w:val="ru-RU"/>
        </w:rPr>
        <w:t>и самовоспитания. Личностные результаты освоения программы предмета «Литературное чтение»</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отражают освоение младшими школьниками социально значимых норм и отношений, развитие</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позитивного отношения обучающихся к общественным, традиционным, социокультурным и духовно-</w:t>
      </w:r>
      <w:r w:rsidRPr="00D276F5">
        <w:rPr>
          <w:rFonts w:ascii="Times New Roman" w:hAnsi="Times New Roman" w:cs="Times New Roman"/>
          <w:spacing w:val="-57"/>
          <w:lang w:val="ru-RU"/>
        </w:rPr>
        <w:t xml:space="preserve"> </w:t>
      </w:r>
      <w:r w:rsidRPr="00D276F5">
        <w:rPr>
          <w:rFonts w:ascii="Times New Roman" w:hAnsi="Times New Roman" w:cs="Times New Roman"/>
          <w:lang w:val="ru-RU"/>
        </w:rPr>
        <w:t>нравственным ценностям, приобретение опыта применения сформированных представлений и</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отношений</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на практике.</w:t>
      </w:r>
    </w:p>
    <w:p w14:paraId="47F807AF" w14:textId="77777777" w:rsidR="00D276F5" w:rsidRPr="00D276F5" w:rsidRDefault="00D276F5" w:rsidP="00D276F5">
      <w:pPr>
        <w:pStyle w:val="1"/>
        <w:spacing w:before="115"/>
        <w:ind w:right="27"/>
        <w:jc w:val="both"/>
        <w:rPr>
          <w:rFonts w:ascii="Times New Roman" w:hAnsi="Times New Roman" w:cs="Times New Roman"/>
          <w:color w:val="auto"/>
        </w:rPr>
      </w:pPr>
      <w:r w:rsidRPr="00D276F5">
        <w:rPr>
          <w:rFonts w:ascii="Times New Roman" w:hAnsi="Times New Roman" w:cs="Times New Roman"/>
          <w:color w:val="auto"/>
        </w:rPr>
        <w:lastRenderedPageBreak/>
        <w:t>Гражданско-патриотическое</w:t>
      </w:r>
      <w:r w:rsidRPr="00D276F5">
        <w:rPr>
          <w:rFonts w:ascii="Times New Roman" w:hAnsi="Times New Roman" w:cs="Times New Roman"/>
          <w:color w:val="auto"/>
          <w:spacing w:val="-12"/>
        </w:rPr>
        <w:t xml:space="preserve"> </w:t>
      </w:r>
      <w:r w:rsidRPr="00D276F5">
        <w:rPr>
          <w:rFonts w:ascii="Times New Roman" w:hAnsi="Times New Roman" w:cs="Times New Roman"/>
          <w:color w:val="auto"/>
        </w:rPr>
        <w:t>воспитание:</w:t>
      </w:r>
    </w:p>
    <w:p w14:paraId="114BA635" w14:textId="77777777" w:rsidR="00D276F5" w:rsidRPr="00D276F5" w:rsidRDefault="00D276F5" w:rsidP="00D276F5">
      <w:pPr>
        <w:pStyle w:val="ae"/>
        <w:widowControl w:val="0"/>
        <w:numPr>
          <w:ilvl w:val="0"/>
          <w:numId w:val="26"/>
        </w:numPr>
        <w:tabs>
          <w:tab w:val="left" w:pos="887"/>
        </w:tabs>
        <w:autoSpaceDE w:val="0"/>
        <w:autoSpaceDN w:val="0"/>
        <w:spacing w:before="168"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становление ценностного отношения к своей Родине — России, малой родине, проявление</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интереса к изучению родного языка, истории и культуре Российской Федерации, понимание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естественной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связи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прошлого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настоящего 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культуре общества;</w:t>
      </w:r>
    </w:p>
    <w:p w14:paraId="1E340CBB" w14:textId="77777777" w:rsidR="00D276F5" w:rsidRPr="00D276F5" w:rsidRDefault="00D276F5" w:rsidP="00D276F5">
      <w:pPr>
        <w:pStyle w:val="ae"/>
        <w:widowControl w:val="0"/>
        <w:numPr>
          <w:ilvl w:val="0"/>
          <w:numId w:val="26"/>
        </w:numPr>
        <w:tabs>
          <w:tab w:val="left" w:pos="887"/>
        </w:tabs>
        <w:autoSpaceDE w:val="0"/>
        <w:autoSpaceDN w:val="0"/>
        <w:spacing w:before="118"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осознание своей этнокультурной и российской гражданской идентичности, сопричастности к</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прошлому, настоящему и будущему своей страны и родного края, проявление уважения к</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традициям и культуре своего и других народов в процессе восприятия и анализа произведений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выдающихся</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представителей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русской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литературы</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творчества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народов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России;</w:t>
      </w:r>
    </w:p>
    <w:p w14:paraId="4DD934BB" w14:textId="77777777" w:rsidR="00D276F5" w:rsidRPr="00D276F5" w:rsidRDefault="00D276F5" w:rsidP="00D276F5">
      <w:pPr>
        <w:pStyle w:val="ae"/>
        <w:widowControl w:val="0"/>
        <w:numPr>
          <w:ilvl w:val="0"/>
          <w:numId w:val="26"/>
        </w:numPr>
        <w:tabs>
          <w:tab w:val="left" w:pos="887"/>
        </w:tabs>
        <w:autoSpaceDE w:val="0"/>
        <w:autoSpaceDN w:val="0"/>
        <w:spacing w:before="118"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первоначальные представления о человеке как члене общества, о правах и ответственности,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уважении и достоинстве человека, о нравственно-этических нормах поведения и правилах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межличностных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отношений.</w:t>
      </w:r>
    </w:p>
    <w:p w14:paraId="20C8B8C3" w14:textId="77777777" w:rsidR="00D276F5" w:rsidRPr="00D276F5" w:rsidRDefault="00D276F5" w:rsidP="00D276F5">
      <w:pPr>
        <w:pStyle w:val="1"/>
        <w:spacing w:before="106"/>
        <w:ind w:right="27"/>
        <w:jc w:val="both"/>
        <w:rPr>
          <w:rFonts w:ascii="Times New Roman" w:hAnsi="Times New Roman" w:cs="Times New Roman"/>
          <w:color w:val="auto"/>
        </w:rPr>
      </w:pPr>
      <w:r w:rsidRPr="00D276F5">
        <w:rPr>
          <w:rFonts w:ascii="Times New Roman" w:hAnsi="Times New Roman" w:cs="Times New Roman"/>
          <w:color w:val="auto"/>
        </w:rPr>
        <w:t>Духовно-нравственное</w:t>
      </w:r>
      <w:r w:rsidRPr="00D276F5">
        <w:rPr>
          <w:rFonts w:ascii="Times New Roman" w:hAnsi="Times New Roman" w:cs="Times New Roman"/>
          <w:color w:val="auto"/>
          <w:spacing w:val="-9"/>
        </w:rPr>
        <w:t xml:space="preserve"> </w:t>
      </w:r>
      <w:r w:rsidRPr="00D276F5">
        <w:rPr>
          <w:rFonts w:ascii="Times New Roman" w:hAnsi="Times New Roman" w:cs="Times New Roman"/>
          <w:color w:val="auto"/>
        </w:rPr>
        <w:t>воспитание:</w:t>
      </w:r>
    </w:p>
    <w:p w14:paraId="4F64C79D"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освоение опыта человеческих взаимоотношений, признаки индивидуальности каждого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человека, проявление сопереживания, уважения, любви, доброжелательности и других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моральных качеств к родным, близким и чужим людям, независимо от их национальности,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социального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статуса, вероисповедания;</w:t>
      </w:r>
    </w:p>
    <w:p w14:paraId="684AA368"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осознание этических понятий, оценка поведения и поступков персонажей художественных</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ситуации нравственного выбора;</w:t>
      </w:r>
    </w:p>
    <w:p w14:paraId="126BB0AA"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выражение своего видения мира, индивидуальной позиции посредством накопления 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систематизации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литературных</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впечатлений,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разнообразных</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эмоциональной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окраске;</w:t>
      </w:r>
    </w:p>
    <w:p w14:paraId="4865221B"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неприятие любых форм поведения, направленных на причинение физического и морального</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вреда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другим людям</w:t>
      </w:r>
    </w:p>
    <w:p w14:paraId="6ADA300F" w14:textId="77777777" w:rsidR="00D276F5" w:rsidRPr="00D276F5" w:rsidRDefault="00D276F5" w:rsidP="00D276F5">
      <w:pPr>
        <w:pStyle w:val="1"/>
        <w:spacing w:before="0"/>
        <w:ind w:right="27"/>
        <w:jc w:val="both"/>
        <w:rPr>
          <w:rFonts w:ascii="Times New Roman" w:hAnsi="Times New Roman" w:cs="Times New Roman"/>
          <w:color w:val="auto"/>
        </w:rPr>
      </w:pPr>
      <w:r w:rsidRPr="00D276F5">
        <w:rPr>
          <w:rFonts w:ascii="Times New Roman" w:hAnsi="Times New Roman" w:cs="Times New Roman"/>
          <w:color w:val="auto"/>
        </w:rPr>
        <w:t>Эстетическое</w:t>
      </w:r>
      <w:r w:rsidRPr="00D276F5">
        <w:rPr>
          <w:rFonts w:ascii="Times New Roman" w:hAnsi="Times New Roman" w:cs="Times New Roman"/>
          <w:color w:val="auto"/>
          <w:spacing w:val="-8"/>
        </w:rPr>
        <w:t xml:space="preserve"> </w:t>
      </w:r>
      <w:r w:rsidRPr="00D276F5">
        <w:rPr>
          <w:rFonts w:ascii="Times New Roman" w:hAnsi="Times New Roman" w:cs="Times New Roman"/>
          <w:color w:val="auto"/>
        </w:rPr>
        <w:t>воспитание:</w:t>
      </w:r>
    </w:p>
    <w:p w14:paraId="4F72AFE0"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проявление уважительного отношения и интереса к художественной культуре, к различным</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видам искусства, восприимчивость к разным видам искусства, традициям и творчеству своего и</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других народов, готовность выражать своё отношение в разных видах художественной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деятельности;</w:t>
      </w:r>
    </w:p>
    <w:p w14:paraId="7DD20B19"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приобретение</w:t>
      </w:r>
      <w:r w:rsidRPr="00D276F5">
        <w:rPr>
          <w:rFonts w:ascii="Times New Roman" w:hAnsi="Times New Roman" w:cs="Times New Roman"/>
          <w:spacing w:val="53"/>
          <w:sz w:val="24"/>
          <w:lang w:val="ru-RU"/>
        </w:rPr>
        <w:t xml:space="preserve"> </w:t>
      </w:r>
      <w:r w:rsidRPr="00D276F5">
        <w:rPr>
          <w:rFonts w:ascii="Times New Roman" w:hAnsi="Times New Roman" w:cs="Times New Roman"/>
          <w:sz w:val="24"/>
          <w:lang w:val="ru-RU"/>
        </w:rPr>
        <w:t>эстетического</w:t>
      </w:r>
      <w:r w:rsidRPr="00D276F5">
        <w:rPr>
          <w:rFonts w:ascii="Times New Roman" w:hAnsi="Times New Roman" w:cs="Times New Roman"/>
          <w:spacing w:val="54"/>
          <w:sz w:val="24"/>
          <w:lang w:val="ru-RU"/>
        </w:rPr>
        <w:t xml:space="preserve"> </w:t>
      </w:r>
      <w:r w:rsidRPr="00D276F5">
        <w:rPr>
          <w:rFonts w:ascii="Times New Roman" w:hAnsi="Times New Roman" w:cs="Times New Roman"/>
          <w:sz w:val="24"/>
          <w:lang w:val="ru-RU"/>
        </w:rPr>
        <w:t>опыта</w:t>
      </w:r>
      <w:r w:rsidRPr="00D276F5">
        <w:rPr>
          <w:rFonts w:ascii="Times New Roman" w:hAnsi="Times New Roman" w:cs="Times New Roman"/>
          <w:spacing w:val="54"/>
          <w:sz w:val="24"/>
          <w:lang w:val="ru-RU"/>
        </w:rPr>
        <w:t xml:space="preserve"> </w:t>
      </w:r>
      <w:r w:rsidRPr="00D276F5">
        <w:rPr>
          <w:rFonts w:ascii="Times New Roman" w:hAnsi="Times New Roman" w:cs="Times New Roman"/>
          <w:sz w:val="24"/>
          <w:lang w:val="ru-RU"/>
        </w:rPr>
        <w:t>слушания,</w:t>
      </w:r>
      <w:r w:rsidRPr="00D276F5">
        <w:rPr>
          <w:rFonts w:ascii="Times New Roman" w:hAnsi="Times New Roman" w:cs="Times New Roman"/>
          <w:spacing w:val="54"/>
          <w:sz w:val="24"/>
          <w:lang w:val="ru-RU"/>
        </w:rPr>
        <w:t xml:space="preserve"> </w:t>
      </w:r>
      <w:r w:rsidRPr="00D276F5">
        <w:rPr>
          <w:rFonts w:ascii="Times New Roman" w:hAnsi="Times New Roman" w:cs="Times New Roman"/>
          <w:sz w:val="24"/>
          <w:lang w:val="ru-RU"/>
        </w:rPr>
        <w:t>чтения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эмоционально-эстетической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оценки</w:t>
      </w:r>
    </w:p>
    <w:p w14:paraId="7DBBE666" w14:textId="77777777" w:rsidR="00D276F5" w:rsidRPr="00D276F5" w:rsidRDefault="00D276F5" w:rsidP="00D276F5">
      <w:pPr>
        <w:pStyle w:val="af"/>
        <w:ind w:right="27"/>
        <w:jc w:val="both"/>
        <w:rPr>
          <w:rFonts w:ascii="Times New Roman" w:hAnsi="Times New Roman" w:cs="Times New Roman"/>
          <w:lang w:val="ru-RU"/>
        </w:rPr>
      </w:pPr>
      <w:r w:rsidRPr="00D276F5">
        <w:rPr>
          <w:rFonts w:ascii="Times New Roman" w:hAnsi="Times New Roman" w:cs="Times New Roman"/>
          <w:lang w:val="ru-RU"/>
        </w:rPr>
        <w:t>произведений</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фольклора</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и</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художественной</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литературы;</w:t>
      </w:r>
    </w:p>
    <w:p w14:paraId="2C82CD5E"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понимание образного языка художественных произведений, выразительных средств,</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создающих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художественный образ.</w:t>
      </w:r>
    </w:p>
    <w:p w14:paraId="310D61CC" w14:textId="77777777" w:rsidR="00D276F5" w:rsidRPr="00D276F5" w:rsidRDefault="00D276F5" w:rsidP="00D276F5">
      <w:pPr>
        <w:pStyle w:val="1"/>
        <w:spacing w:before="0"/>
        <w:ind w:right="27"/>
        <w:jc w:val="both"/>
        <w:rPr>
          <w:rFonts w:ascii="Times New Roman" w:hAnsi="Times New Roman" w:cs="Times New Roman"/>
          <w:color w:val="auto"/>
          <w:lang w:val="ru-RU"/>
        </w:rPr>
      </w:pPr>
      <w:r w:rsidRPr="00D276F5">
        <w:rPr>
          <w:rFonts w:ascii="Times New Roman" w:hAnsi="Times New Roman" w:cs="Times New Roman"/>
          <w:color w:val="auto"/>
          <w:lang w:val="ru-RU"/>
        </w:rPr>
        <w:t>Физическое</w:t>
      </w:r>
      <w:r w:rsidRPr="00D276F5">
        <w:rPr>
          <w:rFonts w:ascii="Times New Roman" w:hAnsi="Times New Roman" w:cs="Times New Roman"/>
          <w:color w:val="auto"/>
          <w:spacing w:val="-7"/>
          <w:lang w:val="ru-RU"/>
        </w:rPr>
        <w:t xml:space="preserve"> </w:t>
      </w:r>
      <w:r w:rsidRPr="00D276F5">
        <w:rPr>
          <w:rFonts w:ascii="Times New Roman" w:hAnsi="Times New Roman" w:cs="Times New Roman"/>
          <w:color w:val="auto"/>
          <w:lang w:val="ru-RU"/>
        </w:rPr>
        <w:t>воспитание,</w:t>
      </w:r>
      <w:r w:rsidRPr="00D276F5">
        <w:rPr>
          <w:rFonts w:ascii="Times New Roman" w:hAnsi="Times New Roman" w:cs="Times New Roman"/>
          <w:color w:val="auto"/>
          <w:spacing w:val="-7"/>
          <w:lang w:val="ru-RU"/>
        </w:rPr>
        <w:t xml:space="preserve"> </w:t>
      </w:r>
      <w:r w:rsidRPr="00D276F5">
        <w:rPr>
          <w:rFonts w:ascii="Times New Roman" w:hAnsi="Times New Roman" w:cs="Times New Roman"/>
          <w:color w:val="auto"/>
          <w:lang w:val="ru-RU"/>
        </w:rPr>
        <w:t>формирование</w:t>
      </w:r>
      <w:r w:rsidRPr="00D276F5">
        <w:rPr>
          <w:rFonts w:ascii="Times New Roman" w:hAnsi="Times New Roman" w:cs="Times New Roman"/>
          <w:color w:val="auto"/>
          <w:spacing w:val="-7"/>
          <w:lang w:val="ru-RU"/>
        </w:rPr>
        <w:t xml:space="preserve"> </w:t>
      </w:r>
      <w:r w:rsidRPr="00D276F5">
        <w:rPr>
          <w:rFonts w:ascii="Times New Roman" w:hAnsi="Times New Roman" w:cs="Times New Roman"/>
          <w:color w:val="auto"/>
          <w:lang w:val="ru-RU"/>
        </w:rPr>
        <w:t>культуры</w:t>
      </w:r>
      <w:r w:rsidRPr="00D276F5">
        <w:rPr>
          <w:rFonts w:ascii="Times New Roman" w:hAnsi="Times New Roman" w:cs="Times New Roman"/>
          <w:color w:val="auto"/>
          <w:spacing w:val="-8"/>
          <w:lang w:val="ru-RU"/>
        </w:rPr>
        <w:t xml:space="preserve"> </w:t>
      </w:r>
      <w:r w:rsidRPr="00D276F5">
        <w:rPr>
          <w:rFonts w:ascii="Times New Roman" w:hAnsi="Times New Roman" w:cs="Times New Roman"/>
          <w:color w:val="auto"/>
          <w:lang w:val="ru-RU"/>
        </w:rPr>
        <w:t>здоровья</w:t>
      </w:r>
      <w:r w:rsidRPr="00D276F5">
        <w:rPr>
          <w:rFonts w:ascii="Times New Roman" w:hAnsi="Times New Roman" w:cs="Times New Roman"/>
          <w:color w:val="auto"/>
          <w:spacing w:val="-8"/>
          <w:lang w:val="ru-RU"/>
        </w:rPr>
        <w:t xml:space="preserve"> </w:t>
      </w:r>
      <w:r w:rsidRPr="00D276F5">
        <w:rPr>
          <w:rFonts w:ascii="Times New Roman" w:hAnsi="Times New Roman" w:cs="Times New Roman"/>
          <w:color w:val="auto"/>
          <w:lang w:val="ru-RU"/>
        </w:rPr>
        <w:t>эмоционального</w:t>
      </w:r>
      <w:r w:rsidRPr="00D276F5">
        <w:rPr>
          <w:rFonts w:ascii="Times New Roman" w:hAnsi="Times New Roman" w:cs="Times New Roman"/>
          <w:color w:val="auto"/>
          <w:spacing w:val="-6"/>
          <w:lang w:val="ru-RU"/>
        </w:rPr>
        <w:t xml:space="preserve"> </w:t>
      </w:r>
      <w:r w:rsidRPr="00D276F5">
        <w:rPr>
          <w:rFonts w:ascii="Times New Roman" w:hAnsi="Times New Roman" w:cs="Times New Roman"/>
          <w:color w:val="auto"/>
          <w:lang w:val="ru-RU"/>
        </w:rPr>
        <w:t>благополучия:</w:t>
      </w:r>
    </w:p>
    <w:p w14:paraId="696D8FFF"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соблюдение правил</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здорового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безопасного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себя и других людей) образа жизни в</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окружающей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среде (в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том числе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информационной);</w:t>
      </w:r>
    </w:p>
    <w:p w14:paraId="2B3A0F04"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бережное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отношение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к</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физическому</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психическому</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здоровью.</w:t>
      </w:r>
    </w:p>
    <w:p w14:paraId="6D5EDD13" w14:textId="77777777" w:rsidR="00D276F5" w:rsidRPr="00D276F5" w:rsidRDefault="00D276F5" w:rsidP="00D276F5">
      <w:pPr>
        <w:pStyle w:val="1"/>
        <w:spacing w:before="0" w:line="240" w:lineRule="auto"/>
        <w:ind w:right="27"/>
        <w:jc w:val="both"/>
        <w:rPr>
          <w:rFonts w:ascii="Times New Roman" w:hAnsi="Times New Roman" w:cs="Times New Roman"/>
          <w:color w:val="auto"/>
        </w:rPr>
      </w:pPr>
      <w:r w:rsidRPr="00D276F5">
        <w:rPr>
          <w:rFonts w:ascii="Times New Roman" w:hAnsi="Times New Roman" w:cs="Times New Roman"/>
          <w:color w:val="auto"/>
        </w:rPr>
        <w:t>Трудовое</w:t>
      </w:r>
      <w:r w:rsidRPr="00D276F5">
        <w:rPr>
          <w:rFonts w:ascii="Times New Roman" w:hAnsi="Times New Roman" w:cs="Times New Roman"/>
          <w:color w:val="auto"/>
          <w:spacing w:val="-6"/>
        </w:rPr>
        <w:t xml:space="preserve"> </w:t>
      </w:r>
      <w:r w:rsidRPr="00D276F5">
        <w:rPr>
          <w:rFonts w:ascii="Times New Roman" w:hAnsi="Times New Roman" w:cs="Times New Roman"/>
          <w:color w:val="auto"/>
        </w:rPr>
        <w:t>воспитание:</w:t>
      </w:r>
    </w:p>
    <w:p w14:paraId="6B540CD3" w14:textId="77777777" w:rsidR="00D276F5" w:rsidRPr="00D276F5" w:rsidRDefault="00D276F5" w:rsidP="00D276F5">
      <w:pPr>
        <w:pStyle w:val="ae"/>
        <w:widowControl w:val="0"/>
        <w:numPr>
          <w:ilvl w:val="0"/>
          <w:numId w:val="26"/>
        </w:numPr>
        <w:tabs>
          <w:tab w:val="left" w:pos="887"/>
        </w:tabs>
        <w:autoSpaceDE w:val="0"/>
        <w:autoSpaceDN w:val="0"/>
        <w:spacing w:before="168"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осознание ценности труда в жизни человека и общества, ответственное потребление 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бережное отношение к результатам труда, навыки участия в различных видах трудовой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деятельности,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интерес к</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различным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профессиям.</w:t>
      </w:r>
    </w:p>
    <w:p w14:paraId="127CDC49" w14:textId="77777777" w:rsidR="00D276F5" w:rsidRPr="00D276F5" w:rsidRDefault="00D276F5" w:rsidP="00D276F5">
      <w:pPr>
        <w:pStyle w:val="1"/>
        <w:spacing w:before="106" w:line="240" w:lineRule="auto"/>
        <w:ind w:right="27"/>
        <w:jc w:val="both"/>
        <w:rPr>
          <w:rFonts w:ascii="Times New Roman" w:hAnsi="Times New Roman" w:cs="Times New Roman"/>
          <w:color w:val="auto"/>
        </w:rPr>
      </w:pPr>
      <w:r w:rsidRPr="00D276F5">
        <w:rPr>
          <w:rFonts w:ascii="Times New Roman" w:hAnsi="Times New Roman" w:cs="Times New Roman"/>
          <w:color w:val="auto"/>
        </w:rPr>
        <w:t>Экологическое</w:t>
      </w:r>
      <w:r w:rsidRPr="00D276F5">
        <w:rPr>
          <w:rFonts w:ascii="Times New Roman" w:hAnsi="Times New Roman" w:cs="Times New Roman"/>
          <w:color w:val="auto"/>
          <w:spacing w:val="-8"/>
        </w:rPr>
        <w:t xml:space="preserve"> </w:t>
      </w:r>
      <w:r w:rsidRPr="00D276F5">
        <w:rPr>
          <w:rFonts w:ascii="Times New Roman" w:hAnsi="Times New Roman" w:cs="Times New Roman"/>
          <w:color w:val="auto"/>
        </w:rPr>
        <w:t>воспитание:</w:t>
      </w:r>
    </w:p>
    <w:p w14:paraId="5B1BAA12" w14:textId="77777777" w:rsidR="00D276F5" w:rsidRPr="00D276F5" w:rsidRDefault="00D276F5" w:rsidP="00D276F5">
      <w:pPr>
        <w:pStyle w:val="ae"/>
        <w:widowControl w:val="0"/>
        <w:numPr>
          <w:ilvl w:val="0"/>
          <w:numId w:val="26"/>
        </w:numPr>
        <w:tabs>
          <w:tab w:val="left" w:pos="887"/>
        </w:tabs>
        <w:autoSpaceDE w:val="0"/>
        <w:autoSpaceDN w:val="0"/>
        <w:spacing w:before="168"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бережное отношение к природе, осознание проблем взаимоотношений человека и животных,</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отражённых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литературных произведениях;</w:t>
      </w:r>
    </w:p>
    <w:p w14:paraId="4F584E4D" w14:textId="77777777" w:rsidR="00D276F5" w:rsidRPr="00D276F5" w:rsidRDefault="00D276F5" w:rsidP="00D276F5">
      <w:pPr>
        <w:pStyle w:val="ae"/>
        <w:widowControl w:val="0"/>
        <w:numPr>
          <w:ilvl w:val="0"/>
          <w:numId w:val="26"/>
        </w:numPr>
        <w:tabs>
          <w:tab w:val="left" w:pos="887"/>
        </w:tabs>
        <w:autoSpaceDE w:val="0"/>
        <w:autoSpaceDN w:val="0"/>
        <w:spacing w:before="119"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lastRenderedPageBreak/>
        <w:t>неприятие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действий,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приносящих</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ей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вред.</w:t>
      </w:r>
    </w:p>
    <w:p w14:paraId="09C0D10B" w14:textId="77777777" w:rsidR="00D276F5" w:rsidRPr="00D276F5" w:rsidRDefault="00D276F5" w:rsidP="00D276F5">
      <w:pPr>
        <w:pStyle w:val="1"/>
        <w:spacing w:before="168" w:line="240" w:lineRule="auto"/>
        <w:ind w:right="27"/>
        <w:jc w:val="both"/>
        <w:rPr>
          <w:rFonts w:ascii="Times New Roman" w:hAnsi="Times New Roman" w:cs="Times New Roman"/>
          <w:color w:val="auto"/>
        </w:rPr>
      </w:pPr>
      <w:r w:rsidRPr="00D276F5">
        <w:rPr>
          <w:rFonts w:ascii="Times New Roman" w:hAnsi="Times New Roman" w:cs="Times New Roman"/>
          <w:color w:val="auto"/>
        </w:rPr>
        <w:t>Ценности</w:t>
      </w:r>
      <w:r w:rsidRPr="00D276F5">
        <w:rPr>
          <w:rFonts w:ascii="Times New Roman" w:hAnsi="Times New Roman" w:cs="Times New Roman"/>
          <w:color w:val="auto"/>
          <w:spacing w:val="-6"/>
        </w:rPr>
        <w:t xml:space="preserve"> </w:t>
      </w:r>
      <w:r w:rsidRPr="00D276F5">
        <w:rPr>
          <w:rFonts w:ascii="Times New Roman" w:hAnsi="Times New Roman" w:cs="Times New Roman"/>
          <w:color w:val="auto"/>
        </w:rPr>
        <w:t>научного</w:t>
      </w:r>
      <w:r w:rsidRPr="00D276F5">
        <w:rPr>
          <w:rFonts w:ascii="Times New Roman" w:hAnsi="Times New Roman" w:cs="Times New Roman"/>
          <w:color w:val="auto"/>
          <w:spacing w:val="-5"/>
        </w:rPr>
        <w:t xml:space="preserve"> </w:t>
      </w:r>
      <w:r w:rsidRPr="00D276F5">
        <w:rPr>
          <w:rFonts w:ascii="Times New Roman" w:hAnsi="Times New Roman" w:cs="Times New Roman"/>
          <w:color w:val="auto"/>
        </w:rPr>
        <w:t>познания:</w:t>
      </w:r>
    </w:p>
    <w:p w14:paraId="45204A25" w14:textId="77777777" w:rsidR="00D276F5" w:rsidRPr="00D276F5" w:rsidRDefault="00D276F5" w:rsidP="00D276F5">
      <w:pPr>
        <w:pStyle w:val="ae"/>
        <w:widowControl w:val="0"/>
        <w:numPr>
          <w:ilvl w:val="0"/>
          <w:numId w:val="26"/>
        </w:numPr>
        <w:tabs>
          <w:tab w:val="left" w:pos="887"/>
        </w:tabs>
        <w:autoSpaceDE w:val="0"/>
        <w:autoSpaceDN w:val="0"/>
        <w:spacing w:before="168"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ориентация в деятельности на первоначальные представления о научной картине мира,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понимание важности слова как средства создания словесно-художественного образа, способа</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выражения</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мыслей, чувств, идей автора;</w:t>
      </w:r>
    </w:p>
    <w:p w14:paraId="02C93B4C" w14:textId="77777777" w:rsidR="00D276F5" w:rsidRPr="00D276F5" w:rsidRDefault="00D276F5" w:rsidP="00D276F5">
      <w:pPr>
        <w:pStyle w:val="ae"/>
        <w:widowControl w:val="0"/>
        <w:numPr>
          <w:ilvl w:val="0"/>
          <w:numId w:val="26"/>
        </w:numPr>
        <w:tabs>
          <w:tab w:val="left" w:pos="887"/>
        </w:tabs>
        <w:autoSpaceDE w:val="0"/>
        <w:autoSpaceDN w:val="0"/>
        <w:spacing w:before="119"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овладение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смысловым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чтением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решения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различного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уровня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учебных</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жизненных</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задач;</w:t>
      </w:r>
    </w:p>
    <w:p w14:paraId="7CF47B84" w14:textId="77777777" w:rsidR="00D276F5" w:rsidRPr="00D276F5" w:rsidRDefault="00D276F5" w:rsidP="00D276F5">
      <w:pPr>
        <w:pStyle w:val="ae"/>
        <w:widowControl w:val="0"/>
        <w:numPr>
          <w:ilvl w:val="0"/>
          <w:numId w:val="26"/>
        </w:numPr>
        <w:tabs>
          <w:tab w:val="left" w:pos="887"/>
        </w:tabs>
        <w:autoSpaceDE w:val="0"/>
        <w:autoSpaceDN w:val="0"/>
        <w:spacing w:before="180"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потребность в самостоятельной читательской деятельности, саморазвитии средствами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литературы, развитие познавательного интереса, активности, инициативности, любознательности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и самостоятельности в познании произведений фольклора и художественной литературы,</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творчества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писателей.</w:t>
      </w:r>
    </w:p>
    <w:p w14:paraId="3471D691" w14:textId="77777777" w:rsidR="00D276F5" w:rsidRPr="00D276F5" w:rsidRDefault="00D276F5" w:rsidP="00D276F5">
      <w:pPr>
        <w:pStyle w:val="1"/>
        <w:spacing w:line="240" w:lineRule="auto"/>
        <w:ind w:left="106" w:right="27"/>
        <w:jc w:val="both"/>
        <w:rPr>
          <w:rFonts w:ascii="Times New Roman" w:hAnsi="Times New Roman" w:cs="Times New Roman"/>
          <w:color w:val="auto"/>
          <w:lang w:val="ru-RU"/>
        </w:rPr>
      </w:pPr>
      <w:r w:rsidRPr="00D276F5">
        <w:rPr>
          <w:rFonts w:ascii="Times New Roman" w:hAnsi="Times New Roman" w:cs="Times New Roman"/>
          <w:color w:val="auto"/>
          <w:lang w:val="ru-RU"/>
        </w:rPr>
        <w:t>МЕТАПРЕДМЕТНЫЕ</w:t>
      </w:r>
      <w:r w:rsidRPr="00D276F5">
        <w:rPr>
          <w:rFonts w:ascii="Times New Roman" w:hAnsi="Times New Roman" w:cs="Times New Roman"/>
          <w:color w:val="auto"/>
          <w:spacing w:val="-11"/>
          <w:lang w:val="ru-RU"/>
        </w:rPr>
        <w:t xml:space="preserve"> </w:t>
      </w:r>
      <w:r w:rsidRPr="00D276F5">
        <w:rPr>
          <w:rFonts w:ascii="Times New Roman" w:hAnsi="Times New Roman" w:cs="Times New Roman"/>
          <w:color w:val="auto"/>
          <w:lang w:val="ru-RU"/>
        </w:rPr>
        <w:t>РЕЗУЛЬТАТЫ</w:t>
      </w:r>
    </w:p>
    <w:p w14:paraId="0E4155BD" w14:textId="77777777" w:rsidR="00D276F5" w:rsidRPr="00D276F5" w:rsidRDefault="00D276F5" w:rsidP="00D276F5">
      <w:pPr>
        <w:pStyle w:val="af"/>
        <w:spacing w:before="156" w:line="240" w:lineRule="auto"/>
        <w:ind w:left="106" w:right="27" w:firstLine="180"/>
        <w:jc w:val="both"/>
        <w:rPr>
          <w:rFonts w:ascii="Times New Roman" w:hAnsi="Times New Roman" w:cs="Times New Roman"/>
          <w:lang w:val="ru-RU"/>
        </w:rPr>
      </w:pPr>
      <w:r w:rsidRPr="00D276F5">
        <w:rPr>
          <w:rFonts w:ascii="Times New Roman" w:hAnsi="Times New Roman" w:cs="Times New Roman"/>
          <w:lang w:val="ru-RU"/>
        </w:rPr>
        <w:t>В результате изучения предмета «Литературное чтение» в начальной школе у обучающихся будут</w:t>
      </w:r>
      <w:r w:rsidRPr="00D276F5">
        <w:rPr>
          <w:rFonts w:ascii="Times New Roman" w:hAnsi="Times New Roman" w:cs="Times New Roman"/>
          <w:spacing w:val="-58"/>
          <w:lang w:val="ru-RU"/>
        </w:rPr>
        <w:t xml:space="preserve"> </w:t>
      </w:r>
      <w:r w:rsidRPr="00D276F5">
        <w:rPr>
          <w:rFonts w:ascii="Times New Roman" w:hAnsi="Times New Roman" w:cs="Times New Roman"/>
          <w:lang w:val="ru-RU"/>
        </w:rPr>
        <w:t>сформированы</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познавательные универсальные</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учебные действия:</w:t>
      </w:r>
    </w:p>
    <w:p w14:paraId="7B82FE10" w14:textId="77777777" w:rsidR="00D276F5" w:rsidRPr="00D276F5" w:rsidRDefault="00D276F5" w:rsidP="00D276F5">
      <w:pPr>
        <w:spacing w:before="119" w:line="240" w:lineRule="auto"/>
        <w:ind w:left="286" w:right="27"/>
        <w:jc w:val="both"/>
        <w:rPr>
          <w:rFonts w:ascii="Times New Roman" w:hAnsi="Times New Roman" w:cs="Times New Roman"/>
          <w:i/>
          <w:sz w:val="24"/>
        </w:rPr>
      </w:pPr>
      <w:r w:rsidRPr="00D276F5">
        <w:rPr>
          <w:rFonts w:ascii="Times New Roman" w:hAnsi="Times New Roman" w:cs="Times New Roman"/>
          <w:i/>
          <w:sz w:val="24"/>
        </w:rPr>
        <w:t>базовые</w:t>
      </w:r>
      <w:r w:rsidRPr="00D276F5">
        <w:rPr>
          <w:rFonts w:ascii="Times New Roman" w:hAnsi="Times New Roman" w:cs="Times New Roman"/>
          <w:i/>
          <w:spacing w:val="-5"/>
          <w:sz w:val="24"/>
        </w:rPr>
        <w:t xml:space="preserve"> </w:t>
      </w:r>
      <w:r w:rsidRPr="00D276F5">
        <w:rPr>
          <w:rFonts w:ascii="Times New Roman" w:hAnsi="Times New Roman" w:cs="Times New Roman"/>
          <w:i/>
          <w:sz w:val="24"/>
        </w:rPr>
        <w:t>логические</w:t>
      </w:r>
      <w:r w:rsidRPr="00D276F5">
        <w:rPr>
          <w:rFonts w:ascii="Times New Roman" w:hAnsi="Times New Roman" w:cs="Times New Roman"/>
          <w:i/>
          <w:spacing w:val="-4"/>
          <w:sz w:val="24"/>
        </w:rPr>
        <w:t xml:space="preserve"> </w:t>
      </w:r>
      <w:r w:rsidRPr="00D276F5">
        <w:rPr>
          <w:rFonts w:ascii="Times New Roman" w:hAnsi="Times New Roman" w:cs="Times New Roman"/>
          <w:i/>
          <w:sz w:val="24"/>
        </w:rPr>
        <w:t>действия:</w:t>
      </w:r>
    </w:p>
    <w:p w14:paraId="6B5993D0" w14:textId="77777777" w:rsidR="00D276F5" w:rsidRPr="00D276F5" w:rsidRDefault="00D276F5" w:rsidP="00D276F5">
      <w:pPr>
        <w:pStyle w:val="ae"/>
        <w:widowControl w:val="0"/>
        <w:numPr>
          <w:ilvl w:val="0"/>
          <w:numId w:val="26"/>
        </w:numPr>
        <w:tabs>
          <w:tab w:val="left" w:pos="887"/>
        </w:tabs>
        <w:autoSpaceDE w:val="0"/>
        <w:autoSpaceDN w:val="0"/>
        <w:spacing w:before="168"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сравнивать произведения по теме, главной мысли (морали), жанру, соотносить произведение</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его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автора,</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устанавливать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основания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сравнения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произведений,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устанавливать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аналогии;</w:t>
      </w:r>
    </w:p>
    <w:p w14:paraId="668870E5" w14:textId="77777777" w:rsidR="00D276F5" w:rsidRPr="00D276F5" w:rsidRDefault="00D276F5" w:rsidP="00D276F5">
      <w:pPr>
        <w:pStyle w:val="ae"/>
        <w:widowControl w:val="0"/>
        <w:numPr>
          <w:ilvl w:val="0"/>
          <w:numId w:val="26"/>
        </w:numPr>
        <w:tabs>
          <w:tab w:val="left" w:pos="887"/>
        </w:tabs>
        <w:autoSpaceDE w:val="0"/>
        <w:autoSpaceDN w:val="0"/>
        <w:spacing w:before="119"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объединять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жанру,</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авторской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принадлежности;</w:t>
      </w:r>
    </w:p>
    <w:p w14:paraId="1B5FF568" w14:textId="77777777" w:rsidR="00D276F5" w:rsidRPr="00D276F5" w:rsidRDefault="00D276F5" w:rsidP="00D276F5">
      <w:pPr>
        <w:pStyle w:val="ae"/>
        <w:widowControl w:val="0"/>
        <w:numPr>
          <w:ilvl w:val="0"/>
          <w:numId w:val="26"/>
        </w:numPr>
        <w:tabs>
          <w:tab w:val="left" w:pos="887"/>
        </w:tabs>
        <w:autoSpaceDE w:val="0"/>
        <w:autoSpaceDN w:val="0"/>
        <w:spacing w:before="180"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определять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существенный</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признак</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классификации,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классифицировать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темам,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жанрам и видам;</w:t>
      </w:r>
    </w:p>
    <w:p w14:paraId="4B56660E" w14:textId="77777777" w:rsidR="00D276F5" w:rsidRPr="00D276F5" w:rsidRDefault="00D276F5" w:rsidP="00D276F5">
      <w:pPr>
        <w:pStyle w:val="ae"/>
        <w:widowControl w:val="0"/>
        <w:numPr>
          <w:ilvl w:val="0"/>
          <w:numId w:val="26"/>
        </w:numPr>
        <w:tabs>
          <w:tab w:val="left" w:pos="887"/>
        </w:tabs>
        <w:autoSpaceDE w:val="0"/>
        <w:autoSpaceDN w:val="0"/>
        <w:spacing w:before="119"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находить закономерности и противоречия при анализе сюжета (композиции), восстанавливать</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нарушенную последовательность событий (сюжета), составлять аннотацию, отзыв 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предложенному</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алгоритму;</w:t>
      </w:r>
    </w:p>
    <w:p w14:paraId="4C9607AB" w14:textId="77777777" w:rsidR="00D276F5" w:rsidRPr="00D276F5" w:rsidRDefault="00D276F5" w:rsidP="00D276F5">
      <w:pPr>
        <w:pStyle w:val="ae"/>
        <w:widowControl w:val="0"/>
        <w:numPr>
          <w:ilvl w:val="0"/>
          <w:numId w:val="26"/>
        </w:numPr>
        <w:tabs>
          <w:tab w:val="left" w:pos="887"/>
        </w:tabs>
        <w:autoSpaceDE w:val="0"/>
        <w:autoSpaceDN w:val="0"/>
        <w:spacing w:before="118"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выявлять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недостаток</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информации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решения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учебной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(практической)</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задачи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на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основе</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предложенного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алгоритма;</w:t>
      </w:r>
    </w:p>
    <w:p w14:paraId="32B10A22" w14:textId="77777777" w:rsidR="00D276F5" w:rsidRPr="00D276F5" w:rsidRDefault="00D276F5" w:rsidP="00D276F5">
      <w:pPr>
        <w:pStyle w:val="ae"/>
        <w:widowControl w:val="0"/>
        <w:numPr>
          <w:ilvl w:val="0"/>
          <w:numId w:val="26"/>
        </w:numPr>
        <w:tabs>
          <w:tab w:val="left" w:pos="887"/>
        </w:tabs>
        <w:autoSpaceDE w:val="0"/>
        <w:autoSpaceDN w:val="0"/>
        <w:spacing w:before="119"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устанавливать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причинно-следственные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связи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сюжете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фольклорного</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художественного</w:t>
      </w:r>
    </w:p>
    <w:p w14:paraId="0DFF9A7B" w14:textId="77777777" w:rsidR="00D276F5" w:rsidRPr="00D276F5" w:rsidRDefault="00D276F5" w:rsidP="00D276F5">
      <w:pPr>
        <w:pStyle w:val="af"/>
        <w:spacing w:after="0"/>
        <w:ind w:right="27"/>
        <w:jc w:val="both"/>
        <w:rPr>
          <w:rFonts w:ascii="Times New Roman" w:hAnsi="Times New Roman" w:cs="Times New Roman"/>
          <w:lang w:val="ru-RU"/>
        </w:rPr>
      </w:pPr>
      <w:r w:rsidRPr="00D276F5">
        <w:rPr>
          <w:rFonts w:ascii="Times New Roman" w:hAnsi="Times New Roman" w:cs="Times New Roman"/>
          <w:lang w:val="ru-RU"/>
        </w:rPr>
        <w:t>текста,</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при</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составлении</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плана,</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пересказе</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текста,</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характеристике</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поступков</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героев;</w:t>
      </w:r>
    </w:p>
    <w:p w14:paraId="21D62266" w14:textId="77777777" w:rsidR="00D276F5" w:rsidRPr="00D276F5" w:rsidRDefault="00D276F5" w:rsidP="00D276F5">
      <w:pPr>
        <w:spacing w:after="0"/>
        <w:ind w:left="286" w:right="27"/>
        <w:jc w:val="both"/>
        <w:rPr>
          <w:rFonts w:ascii="Times New Roman" w:hAnsi="Times New Roman" w:cs="Times New Roman"/>
          <w:i/>
          <w:sz w:val="24"/>
        </w:rPr>
      </w:pPr>
      <w:r w:rsidRPr="00D276F5">
        <w:rPr>
          <w:rFonts w:ascii="Times New Roman" w:hAnsi="Times New Roman" w:cs="Times New Roman"/>
          <w:i/>
          <w:sz w:val="24"/>
        </w:rPr>
        <w:t>базовые</w:t>
      </w:r>
      <w:r w:rsidRPr="00D276F5">
        <w:rPr>
          <w:rFonts w:ascii="Times New Roman" w:hAnsi="Times New Roman" w:cs="Times New Roman"/>
          <w:i/>
          <w:spacing w:val="-7"/>
          <w:sz w:val="24"/>
        </w:rPr>
        <w:t xml:space="preserve"> </w:t>
      </w:r>
      <w:r w:rsidRPr="00D276F5">
        <w:rPr>
          <w:rFonts w:ascii="Times New Roman" w:hAnsi="Times New Roman" w:cs="Times New Roman"/>
          <w:i/>
          <w:sz w:val="24"/>
        </w:rPr>
        <w:t>исследовательские</w:t>
      </w:r>
      <w:r w:rsidRPr="00D276F5">
        <w:rPr>
          <w:rFonts w:ascii="Times New Roman" w:hAnsi="Times New Roman" w:cs="Times New Roman"/>
          <w:i/>
          <w:spacing w:val="-6"/>
          <w:sz w:val="24"/>
        </w:rPr>
        <w:t xml:space="preserve"> </w:t>
      </w:r>
      <w:r w:rsidRPr="00D276F5">
        <w:rPr>
          <w:rFonts w:ascii="Times New Roman" w:hAnsi="Times New Roman" w:cs="Times New Roman"/>
          <w:i/>
          <w:sz w:val="24"/>
        </w:rPr>
        <w:t>действия:</w:t>
      </w:r>
    </w:p>
    <w:p w14:paraId="2EF261FF"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определять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разрыв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между</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реальным</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желательным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состоянием</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объекта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(ситуации)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на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основе</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предложенных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учителем вопросов;</w:t>
      </w:r>
    </w:p>
    <w:p w14:paraId="23A63D4B"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формулировать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помощью</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учителя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цель,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планировать</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изменения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объекта,</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ситуации;</w:t>
      </w:r>
    </w:p>
    <w:p w14:paraId="3B8A2EED"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сравнивать несколько вариантов решения задачи, выбирать наиболее подходящий (на основе</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предложенных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критериев);</w:t>
      </w:r>
    </w:p>
    <w:p w14:paraId="3F371B48"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проводить по предложенному плану опыт, несложное исследование 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установлению</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особенностей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объекта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изучения и связей между объектами (часть — целое, причина —</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следствие);</w:t>
      </w:r>
    </w:p>
    <w:p w14:paraId="401E6330"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формулировать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выводы</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подкреплять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их</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доказательствами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на</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основе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результатов</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проведённого</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наблюдения</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(опыта,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классификации,</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сравнения,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исследования);</w:t>
      </w:r>
    </w:p>
    <w:p w14:paraId="68CFED98"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прогнозировать возможное развитие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процессов,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событий и их последствия в аналогичных</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или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сходных ситуациях;</w:t>
      </w:r>
    </w:p>
    <w:p w14:paraId="0BDAD32A" w14:textId="77777777" w:rsidR="00D276F5" w:rsidRPr="00D276F5" w:rsidRDefault="00D276F5" w:rsidP="00D276F5">
      <w:pPr>
        <w:spacing w:after="0"/>
        <w:ind w:left="286" w:right="27"/>
        <w:jc w:val="both"/>
        <w:rPr>
          <w:rFonts w:ascii="Times New Roman" w:hAnsi="Times New Roman" w:cs="Times New Roman"/>
          <w:i/>
          <w:sz w:val="24"/>
        </w:rPr>
      </w:pPr>
      <w:r w:rsidRPr="00D276F5">
        <w:rPr>
          <w:rFonts w:ascii="Times New Roman" w:hAnsi="Times New Roman" w:cs="Times New Roman"/>
          <w:i/>
          <w:sz w:val="24"/>
        </w:rPr>
        <w:t>работа</w:t>
      </w:r>
      <w:r w:rsidRPr="00D276F5">
        <w:rPr>
          <w:rFonts w:ascii="Times New Roman" w:hAnsi="Times New Roman" w:cs="Times New Roman"/>
          <w:i/>
          <w:spacing w:val="-2"/>
          <w:sz w:val="24"/>
        </w:rPr>
        <w:t xml:space="preserve"> </w:t>
      </w:r>
      <w:r w:rsidRPr="00D276F5">
        <w:rPr>
          <w:rFonts w:ascii="Times New Roman" w:hAnsi="Times New Roman" w:cs="Times New Roman"/>
          <w:i/>
          <w:sz w:val="24"/>
        </w:rPr>
        <w:t>с</w:t>
      </w:r>
      <w:r w:rsidRPr="00D276F5">
        <w:rPr>
          <w:rFonts w:ascii="Times New Roman" w:hAnsi="Times New Roman" w:cs="Times New Roman"/>
          <w:i/>
          <w:spacing w:val="-1"/>
          <w:sz w:val="24"/>
        </w:rPr>
        <w:t xml:space="preserve"> </w:t>
      </w:r>
      <w:r w:rsidRPr="00D276F5">
        <w:rPr>
          <w:rFonts w:ascii="Times New Roman" w:hAnsi="Times New Roman" w:cs="Times New Roman"/>
          <w:i/>
          <w:sz w:val="24"/>
        </w:rPr>
        <w:t>информацией:</w:t>
      </w:r>
    </w:p>
    <w:p w14:paraId="64E397CC"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rPr>
      </w:pPr>
      <w:r w:rsidRPr="00D276F5">
        <w:rPr>
          <w:rFonts w:ascii="Times New Roman" w:hAnsi="Times New Roman" w:cs="Times New Roman"/>
          <w:sz w:val="24"/>
        </w:rPr>
        <w:t>выбирать</w:t>
      </w:r>
      <w:r w:rsidRPr="00D276F5">
        <w:rPr>
          <w:rFonts w:ascii="Times New Roman" w:hAnsi="Times New Roman" w:cs="Times New Roman"/>
          <w:spacing w:val="-4"/>
          <w:sz w:val="24"/>
        </w:rPr>
        <w:t xml:space="preserve"> </w:t>
      </w:r>
      <w:r w:rsidRPr="00D276F5">
        <w:rPr>
          <w:rFonts w:ascii="Times New Roman" w:hAnsi="Times New Roman" w:cs="Times New Roman"/>
          <w:sz w:val="24"/>
        </w:rPr>
        <w:t>источник</w:t>
      </w:r>
      <w:r w:rsidRPr="00D276F5">
        <w:rPr>
          <w:rFonts w:ascii="Times New Roman" w:hAnsi="Times New Roman" w:cs="Times New Roman"/>
          <w:spacing w:val="-4"/>
          <w:sz w:val="24"/>
        </w:rPr>
        <w:t xml:space="preserve"> </w:t>
      </w:r>
      <w:r w:rsidRPr="00D276F5">
        <w:rPr>
          <w:rFonts w:ascii="Times New Roman" w:hAnsi="Times New Roman" w:cs="Times New Roman"/>
          <w:sz w:val="24"/>
        </w:rPr>
        <w:t>получения</w:t>
      </w:r>
      <w:r w:rsidRPr="00D276F5">
        <w:rPr>
          <w:rFonts w:ascii="Times New Roman" w:hAnsi="Times New Roman" w:cs="Times New Roman"/>
          <w:spacing w:val="-4"/>
          <w:sz w:val="24"/>
        </w:rPr>
        <w:t xml:space="preserve"> </w:t>
      </w:r>
      <w:r w:rsidRPr="00D276F5">
        <w:rPr>
          <w:rFonts w:ascii="Times New Roman" w:hAnsi="Times New Roman" w:cs="Times New Roman"/>
          <w:sz w:val="24"/>
        </w:rPr>
        <w:t>информации;</w:t>
      </w:r>
    </w:p>
    <w:p w14:paraId="0A434707"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согласно заданному алгоритму находить в предложенном источнике информацию,</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представленную</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явном виде;</w:t>
      </w:r>
    </w:p>
    <w:p w14:paraId="520889D2"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распознавать достоверную и недостоверную информацию самостоятельно или на основании</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предложенного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учителем способа её проверки;</w:t>
      </w:r>
    </w:p>
    <w:p w14:paraId="2C9C128F"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lastRenderedPageBreak/>
        <w:t>соблюдать с помощью взрослых (учителей, родителей (законных представителей) правила</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информационной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безопасности при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поиске информации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сети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Интернет;</w:t>
      </w:r>
    </w:p>
    <w:p w14:paraId="7A80C68C"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анализировать и создавать текстовую, видео, графическую, звуковую информацию в</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соответствии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 учебной задачей;</w:t>
      </w:r>
    </w:p>
    <w:p w14:paraId="394DD774"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самостоятельно</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создавать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схемы,</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таблицы</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представления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информации.</w:t>
      </w:r>
    </w:p>
    <w:p w14:paraId="7A4F5ADF" w14:textId="77777777" w:rsidR="00D276F5" w:rsidRPr="00D276F5" w:rsidRDefault="00D276F5" w:rsidP="00D276F5">
      <w:pPr>
        <w:pStyle w:val="af"/>
        <w:spacing w:after="0"/>
        <w:ind w:left="286" w:right="27"/>
        <w:jc w:val="both"/>
        <w:rPr>
          <w:rFonts w:ascii="Times New Roman" w:hAnsi="Times New Roman" w:cs="Times New Roman"/>
          <w:b/>
          <w:lang w:val="ru-RU"/>
        </w:rPr>
      </w:pPr>
      <w:r w:rsidRPr="00D276F5">
        <w:rPr>
          <w:rFonts w:ascii="Times New Roman" w:hAnsi="Times New Roman" w:cs="Times New Roman"/>
          <w:lang w:val="ru-RU"/>
        </w:rPr>
        <w:t>К</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концу</w:t>
      </w:r>
      <w:r w:rsidRPr="00D276F5">
        <w:rPr>
          <w:rFonts w:ascii="Times New Roman" w:hAnsi="Times New Roman" w:cs="Times New Roman"/>
          <w:spacing w:val="-3"/>
          <w:lang w:val="ru-RU"/>
        </w:rPr>
        <w:t xml:space="preserve"> </w:t>
      </w:r>
      <w:r w:rsidRPr="00D276F5">
        <w:rPr>
          <w:rFonts w:ascii="Times New Roman" w:hAnsi="Times New Roman" w:cs="Times New Roman"/>
          <w:lang w:val="ru-RU"/>
        </w:rPr>
        <w:t>обучения</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в</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начальной</w:t>
      </w:r>
      <w:r w:rsidRPr="00D276F5">
        <w:rPr>
          <w:rFonts w:ascii="Times New Roman" w:hAnsi="Times New Roman" w:cs="Times New Roman"/>
          <w:spacing w:val="-3"/>
          <w:lang w:val="ru-RU"/>
        </w:rPr>
        <w:t xml:space="preserve"> </w:t>
      </w:r>
      <w:r w:rsidRPr="00D276F5">
        <w:rPr>
          <w:rFonts w:ascii="Times New Roman" w:hAnsi="Times New Roman" w:cs="Times New Roman"/>
          <w:lang w:val="ru-RU"/>
        </w:rPr>
        <w:t>школе</w:t>
      </w:r>
      <w:r w:rsidRPr="00D276F5">
        <w:rPr>
          <w:rFonts w:ascii="Times New Roman" w:hAnsi="Times New Roman" w:cs="Times New Roman"/>
          <w:spacing w:val="-3"/>
          <w:lang w:val="ru-RU"/>
        </w:rPr>
        <w:t xml:space="preserve"> </w:t>
      </w:r>
      <w:r w:rsidRPr="00D276F5">
        <w:rPr>
          <w:rFonts w:ascii="Times New Roman" w:hAnsi="Times New Roman" w:cs="Times New Roman"/>
          <w:lang w:val="ru-RU"/>
        </w:rPr>
        <w:t>у</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обучающегося</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формируются</w:t>
      </w:r>
      <w:r w:rsidRPr="00D276F5">
        <w:rPr>
          <w:rFonts w:ascii="Times New Roman" w:hAnsi="Times New Roman" w:cs="Times New Roman"/>
          <w:spacing w:val="-5"/>
          <w:lang w:val="ru-RU"/>
        </w:rPr>
        <w:t xml:space="preserve"> </w:t>
      </w:r>
      <w:r w:rsidRPr="00D276F5">
        <w:rPr>
          <w:rFonts w:ascii="Times New Roman" w:hAnsi="Times New Roman" w:cs="Times New Roman"/>
          <w:b/>
          <w:lang w:val="ru-RU"/>
        </w:rPr>
        <w:t>коммуникативные</w:t>
      </w:r>
    </w:p>
    <w:p w14:paraId="515E2621" w14:textId="77777777" w:rsidR="00D276F5" w:rsidRPr="00D276F5" w:rsidRDefault="00D276F5" w:rsidP="00D276F5">
      <w:pPr>
        <w:pStyle w:val="af"/>
        <w:spacing w:after="0"/>
        <w:ind w:left="106" w:right="27"/>
        <w:jc w:val="both"/>
        <w:rPr>
          <w:rFonts w:ascii="Times New Roman" w:hAnsi="Times New Roman" w:cs="Times New Roman"/>
        </w:rPr>
      </w:pPr>
      <w:r w:rsidRPr="00D276F5">
        <w:rPr>
          <w:rFonts w:ascii="Times New Roman" w:hAnsi="Times New Roman" w:cs="Times New Roman"/>
        </w:rPr>
        <w:t>универсальные</w:t>
      </w:r>
      <w:r w:rsidRPr="00D276F5">
        <w:rPr>
          <w:rFonts w:ascii="Times New Roman" w:hAnsi="Times New Roman" w:cs="Times New Roman"/>
          <w:spacing w:val="-5"/>
        </w:rPr>
        <w:t xml:space="preserve"> </w:t>
      </w:r>
      <w:r w:rsidRPr="00D276F5">
        <w:rPr>
          <w:rFonts w:ascii="Times New Roman" w:hAnsi="Times New Roman" w:cs="Times New Roman"/>
        </w:rPr>
        <w:t>учебные</w:t>
      </w:r>
      <w:r w:rsidRPr="00D276F5">
        <w:rPr>
          <w:rFonts w:ascii="Times New Roman" w:hAnsi="Times New Roman" w:cs="Times New Roman"/>
          <w:spacing w:val="-4"/>
        </w:rPr>
        <w:t xml:space="preserve"> </w:t>
      </w:r>
      <w:r w:rsidRPr="00D276F5">
        <w:rPr>
          <w:rFonts w:ascii="Times New Roman" w:hAnsi="Times New Roman" w:cs="Times New Roman"/>
        </w:rPr>
        <w:t>действия:</w:t>
      </w:r>
    </w:p>
    <w:p w14:paraId="23E9A96A" w14:textId="77777777" w:rsidR="00D276F5" w:rsidRPr="00D276F5" w:rsidRDefault="00D276F5" w:rsidP="00D276F5">
      <w:pPr>
        <w:spacing w:after="0"/>
        <w:ind w:left="286" w:right="27"/>
        <w:jc w:val="both"/>
        <w:rPr>
          <w:rFonts w:ascii="Times New Roman" w:hAnsi="Times New Roman" w:cs="Times New Roman"/>
          <w:sz w:val="24"/>
        </w:rPr>
      </w:pPr>
      <w:r w:rsidRPr="00D276F5">
        <w:rPr>
          <w:rFonts w:ascii="Times New Roman" w:hAnsi="Times New Roman" w:cs="Times New Roman"/>
          <w:i/>
          <w:sz w:val="24"/>
        </w:rPr>
        <w:t>общение</w:t>
      </w:r>
      <w:r w:rsidRPr="00D276F5">
        <w:rPr>
          <w:rFonts w:ascii="Times New Roman" w:hAnsi="Times New Roman" w:cs="Times New Roman"/>
          <w:sz w:val="24"/>
        </w:rPr>
        <w:t>:</w:t>
      </w:r>
    </w:p>
    <w:p w14:paraId="561510C9"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воспринимать и формулировать суждения, выражать эмоции в соответствии с целями 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условиями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общения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знакомой среде;</w:t>
      </w:r>
    </w:p>
    <w:p w14:paraId="0131E197"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проявлять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уважительное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отношение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к</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собеседнику,</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соблюдать</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правила</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ведения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диалога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дискуссии;</w:t>
      </w:r>
    </w:p>
    <w:p w14:paraId="71A806EA"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признавать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возможность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существования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разных</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точек</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зрения;</w:t>
      </w:r>
    </w:p>
    <w:p w14:paraId="561E2D87"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корректно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аргументированно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высказывать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своё</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мнение;</w:t>
      </w:r>
    </w:p>
    <w:p w14:paraId="5EC5766C"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строить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речевое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высказывание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соответствии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поставленной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задачей;</w:t>
      </w:r>
    </w:p>
    <w:p w14:paraId="585CFA07"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создавать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устные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письменные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тексты</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(описание,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рассуждение,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повествование);</w:t>
      </w:r>
    </w:p>
    <w:p w14:paraId="01F0D4DC"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rPr>
      </w:pPr>
      <w:r w:rsidRPr="00D276F5">
        <w:rPr>
          <w:rFonts w:ascii="Times New Roman" w:hAnsi="Times New Roman" w:cs="Times New Roman"/>
          <w:sz w:val="24"/>
        </w:rPr>
        <w:t>готовить</w:t>
      </w:r>
      <w:r w:rsidRPr="00D276F5">
        <w:rPr>
          <w:rFonts w:ascii="Times New Roman" w:hAnsi="Times New Roman" w:cs="Times New Roman"/>
          <w:spacing w:val="-5"/>
          <w:sz w:val="24"/>
        </w:rPr>
        <w:t xml:space="preserve"> </w:t>
      </w:r>
      <w:r w:rsidRPr="00D276F5">
        <w:rPr>
          <w:rFonts w:ascii="Times New Roman" w:hAnsi="Times New Roman" w:cs="Times New Roman"/>
          <w:sz w:val="24"/>
        </w:rPr>
        <w:t>небольшие</w:t>
      </w:r>
      <w:r w:rsidRPr="00D276F5">
        <w:rPr>
          <w:rFonts w:ascii="Times New Roman" w:hAnsi="Times New Roman" w:cs="Times New Roman"/>
          <w:spacing w:val="-4"/>
          <w:sz w:val="24"/>
        </w:rPr>
        <w:t xml:space="preserve"> </w:t>
      </w:r>
      <w:r w:rsidRPr="00D276F5">
        <w:rPr>
          <w:rFonts w:ascii="Times New Roman" w:hAnsi="Times New Roman" w:cs="Times New Roman"/>
          <w:sz w:val="24"/>
        </w:rPr>
        <w:t>публичные</w:t>
      </w:r>
      <w:r w:rsidRPr="00D276F5">
        <w:rPr>
          <w:rFonts w:ascii="Times New Roman" w:hAnsi="Times New Roman" w:cs="Times New Roman"/>
          <w:spacing w:val="-4"/>
          <w:sz w:val="24"/>
        </w:rPr>
        <w:t xml:space="preserve"> </w:t>
      </w:r>
      <w:r w:rsidRPr="00D276F5">
        <w:rPr>
          <w:rFonts w:ascii="Times New Roman" w:hAnsi="Times New Roman" w:cs="Times New Roman"/>
          <w:sz w:val="24"/>
        </w:rPr>
        <w:t>выступления;</w:t>
      </w:r>
    </w:p>
    <w:p w14:paraId="0F22A822"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подбирать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иллюстративный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материал</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(рисунки,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фото,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плакаты)</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к</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тексту</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выступления.</w:t>
      </w:r>
    </w:p>
    <w:p w14:paraId="65FA8991" w14:textId="77777777" w:rsidR="00D276F5" w:rsidRPr="00D276F5" w:rsidRDefault="00D276F5" w:rsidP="00D276F5">
      <w:pPr>
        <w:pStyle w:val="af"/>
        <w:spacing w:after="0" w:line="292" w:lineRule="auto"/>
        <w:ind w:left="106" w:right="27" w:firstLine="180"/>
        <w:jc w:val="both"/>
        <w:rPr>
          <w:rFonts w:ascii="Times New Roman" w:hAnsi="Times New Roman" w:cs="Times New Roman"/>
          <w:lang w:val="ru-RU"/>
        </w:rPr>
      </w:pPr>
      <w:r w:rsidRPr="00D276F5">
        <w:rPr>
          <w:rFonts w:ascii="Times New Roman" w:hAnsi="Times New Roman" w:cs="Times New Roman"/>
          <w:lang w:val="ru-RU"/>
        </w:rPr>
        <w:t>К</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концу</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обучения</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в</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начальной</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школе</w:t>
      </w:r>
      <w:r w:rsidRPr="00D276F5">
        <w:rPr>
          <w:rFonts w:ascii="Times New Roman" w:hAnsi="Times New Roman" w:cs="Times New Roman"/>
          <w:spacing w:val="-3"/>
          <w:lang w:val="ru-RU"/>
        </w:rPr>
        <w:t xml:space="preserve"> </w:t>
      </w:r>
      <w:r w:rsidRPr="00D276F5">
        <w:rPr>
          <w:rFonts w:ascii="Times New Roman" w:hAnsi="Times New Roman" w:cs="Times New Roman"/>
          <w:lang w:val="ru-RU"/>
        </w:rPr>
        <w:t>у</w:t>
      </w:r>
      <w:r w:rsidRPr="00D276F5">
        <w:rPr>
          <w:rFonts w:ascii="Times New Roman" w:hAnsi="Times New Roman" w:cs="Times New Roman"/>
          <w:spacing w:val="-4"/>
          <w:lang w:val="ru-RU"/>
        </w:rPr>
        <w:t xml:space="preserve"> </w:t>
      </w:r>
      <w:r w:rsidRPr="00D276F5">
        <w:rPr>
          <w:rFonts w:ascii="Times New Roman" w:hAnsi="Times New Roman" w:cs="Times New Roman"/>
          <w:lang w:val="ru-RU"/>
        </w:rPr>
        <w:t>обучающегося</w:t>
      </w:r>
      <w:r w:rsidRPr="00D276F5">
        <w:rPr>
          <w:rFonts w:ascii="Times New Roman" w:hAnsi="Times New Roman" w:cs="Times New Roman"/>
          <w:spacing w:val="-5"/>
          <w:lang w:val="ru-RU"/>
        </w:rPr>
        <w:t xml:space="preserve"> </w:t>
      </w:r>
      <w:r w:rsidRPr="00D276F5">
        <w:rPr>
          <w:rFonts w:ascii="Times New Roman" w:hAnsi="Times New Roman" w:cs="Times New Roman"/>
          <w:lang w:val="ru-RU"/>
        </w:rPr>
        <w:t>формируются</w:t>
      </w:r>
      <w:r w:rsidRPr="00D276F5">
        <w:rPr>
          <w:rFonts w:ascii="Times New Roman" w:hAnsi="Times New Roman" w:cs="Times New Roman"/>
          <w:spacing w:val="-5"/>
          <w:lang w:val="ru-RU"/>
        </w:rPr>
        <w:t xml:space="preserve"> </w:t>
      </w:r>
      <w:r w:rsidRPr="00D276F5">
        <w:rPr>
          <w:rFonts w:ascii="Times New Roman" w:hAnsi="Times New Roman" w:cs="Times New Roman"/>
          <w:b/>
          <w:lang w:val="ru-RU"/>
        </w:rPr>
        <w:t>регулятивные</w:t>
      </w:r>
      <w:r w:rsidRPr="00D276F5">
        <w:rPr>
          <w:rFonts w:ascii="Times New Roman" w:hAnsi="Times New Roman" w:cs="Times New Roman"/>
          <w:b/>
          <w:spacing w:val="-7"/>
          <w:lang w:val="ru-RU"/>
        </w:rPr>
        <w:t xml:space="preserve"> </w:t>
      </w:r>
      <w:r w:rsidRPr="00D276F5">
        <w:rPr>
          <w:rFonts w:ascii="Times New Roman" w:hAnsi="Times New Roman" w:cs="Times New Roman"/>
          <w:lang w:val="ru-RU"/>
        </w:rPr>
        <w:t>универсальные</w:t>
      </w:r>
      <w:r w:rsidRPr="00D276F5">
        <w:rPr>
          <w:rFonts w:ascii="Times New Roman" w:hAnsi="Times New Roman" w:cs="Times New Roman"/>
          <w:spacing w:val="-57"/>
          <w:lang w:val="ru-RU"/>
        </w:rPr>
        <w:t xml:space="preserve"> </w:t>
      </w:r>
      <w:r w:rsidRPr="00D276F5">
        <w:rPr>
          <w:rFonts w:ascii="Times New Roman" w:hAnsi="Times New Roman" w:cs="Times New Roman"/>
          <w:lang w:val="ru-RU"/>
        </w:rPr>
        <w:t>учебные</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действия:</w:t>
      </w:r>
    </w:p>
    <w:p w14:paraId="577C6D38" w14:textId="77777777" w:rsidR="00D276F5" w:rsidRPr="00D276F5" w:rsidRDefault="00D276F5" w:rsidP="00D276F5">
      <w:pPr>
        <w:spacing w:after="0" w:line="275" w:lineRule="exact"/>
        <w:ind w:left="286" w:right="27"/>
        <w:jc w:val="both"/>
        <w:rPr>
          <w:rFonts w:ascii="Times New Roman" w:hAnsi="Times New Roman" w:cs="Times New Roman"/>
          <w:sz w:val="24"/>
        </w:rPr>
      </w:pPr>
      <w:r w:rsidRPr="00D276F5">
        <w:rPr>
          <w:rFonts w:ascii="Times New Roman" w:hAnsi="Times New Roman" w:cs="Times New Roman"/>
          <w:i/>
          <w:sz w:val="24"/>
        </w:rPr>
        <w:t>самоорганизация</w:t>
      </w:r>
      <w:r w:rsidRPr="00D276F5">
        <w:rPr>
          <w:rFonts w:ascii="Times New Roman" w:hAnsi="Times New Roman" w:cs="Times New Roman"/>
          <w:sz w:val="24"/>
        </w:rPr>
        <w:t>:</w:t>
      </w:r>
    </w:p>
    <w:p w14:paraId="5B76EC9C"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планировать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действия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решению</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учебной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задачи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получения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результата;</w:t>
      </w:r>
    </w:p>
    <w:p w14:paraId="7C6012C1"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rPr>
      </w:pPr>
      <w:r w:rsidRPr="00D276F5">
        <w:rPr>
          <w:rFonts w:ascii="Times New Roman" w:hAnsi="Times New Roman" w:cs="Times New Roman"/>
          <w:sz w:val="24"/>
        </w:rPr>
        <w:t>выстраивать</w:t>
      </w:r>
      <w:r w:rsidRPr="00D276F5">
        <w:rPr>
          <w:rFonts w:ascii="Times New Roman" w:hAnsi="Times New Roman" w:cs="Times New Roman"/>
          <w:spacing w:val="-8"/>
          <w:sz w:val="24"/>
        </w:rPr>
        <w:t xml:space="preserve"> </w:t>
      </w:r>
      <w:r w:rsidRPr="00D276F5">
        <w:rPr>
          <w:rFonts w:ascii="Times New Roman" w:hAnsi="Times New Roman" w:cs="Times New Roman"/>
          <w:sz w:val="24"/>
        </w:rPr>
        <w:t>последовательность</w:t>
      </w:r>
      <w:r w:rsidRPr="00D276F5">
        <w:rPr>
          <w:rFonts w:ascii="Times New Roman" w:hAnsi="Times New Roman" w:cs="Times New Roman"/>
          <w:spacing w:val="-7"/>
          <w:sz w:val="24"/>
        </w:rPr>
        <w:t xml:space="preserve"> </w:t>
      </w:r>
      <w:r w:rsidRPr="00D276F5">
        <w:rPr>
          <w:rFonts w:ascii="Times New Roman" w:hAnsi="Times New Roman" w:cs="Times New Roman"/>
          <w:sz w:val="24"/>
        </w:rPr>
        <w:t>выбранных</w:t>
      </w:r>
      <w:r w:rsidRPr="00D276F5">
        <w:rPr>
          <w:rFonts w:ascii="Times New Roman" w:hAnsi="Times New Roman" w:cs="Times New Roman"/>
          <w:spacing w:val="-6"/>
          <w:sz w:val="24"/>
        </w:rPr>
        <w:t xml:space="preserve"> </w:t>
      </w:r>
      <w:r w:rsidRPr="00D276F5">
        <w:rPr>
          <w:rFonts w:ascii="Times New Roman" w:hAnsi="Times New Roman" w:cs="Times New Roman"/>
          <w:sz w:val="24"/>
        </w:rPr>
        <w:t>действий;</w:t>
      </w:r>
    </w:p>
    <w:p w14:paraId="0CBC8082" w14:textId="77777777" w:rsidR="00D276F5" w:rsidRPr="00D276F5" w:rsidRDefault="00D276F5" w:rsidP="00D276F5">
      <w:pPr>
        <w:spacing w:after="0"/>
        <w:ind w:left="286" w:right="27"/>
        <w:jc w:val="both"/>
        <w:rPr>
          <w:rFonts w:ascii="Times New Roman" w:hAnsi="Times New Roman" w:cs="Times New Roman"/>
          <w:sz w:val="24"/>
        </w:rPr>
      </w:pPr>
      <w:r w:rsidRPr="00D276F5">
        <w:rPr>
          <w:rFonts w:ascii="Times New Roman" w:hAnsi="Times New Roman" w:cs="Times New Roman"/>
          <w:i/>
          <w:sz w:val="24"/>
        </w:rPr>
        <w:t>самоконтроль</w:t>
      </w:r>
      <w:r w:rsidRPr="00D276F5">
        <w:rPr>
          <w:rFonts w:ascii="Times New Roman" w:hAnsi="Times New Roman" w:cs="Times New Roman"/>
          <w:sz w:val="24"/>
        </w:rPr>
        <w:t>:</w:t>
      </w:r>
    </w:p>
    <w:p w14:paraId="369AC196"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устанавливать</w:t>
      </w:r>
      <w:r w:rsidRPr="00D276F5">
        <w:rPr>
          <w:rFonts w:ascii="Times New Roman" w:hAnsi="Times New Roman" w:cs="Times New Roman"/>
          <w:spacing w:val="-7"/>
          <w:sz w:val="24"/>
          <w:lang w:val="ru-RU"/>
        </w:rPr>
        <w:t xml:space="preserve"> </w:t>
      </w:r>
      <w:r w:rsidRPr="00D276F5">
        <w:rPr>
          <w:rFonts w:ascii="Times New Roman" w:hAnsi="Times New Roman" w:cs="Times New Roman"/>
          <w:sz w:val="24"/>
          <w:lang w:val="ru-RU"/>
        </w:rPr>
        <w:t>причины</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успеха/неудач</w:t>
      </w:r>
      <w:r w:rsidRPr="00D276F5">
        <w:rPr>
          <w:rFonts w:ascii="Times New Roman" w:hAnsi="Times New Roman" w:cs="Times New Roman"/>
          <w:spacing w:val="-7"/>
          <w:sz w:val="24"/>
          <w:lang w:val="ru-RU"/>
        </w:rPr>
        <w:t xml:space="preserve"> </w:t>
      </w:r>
      <w:r w:rsidRPr="00D276F5">
        <w:rPr>
          <w:rFonts w:ascii="Times New Roman" w:hAnsi="Times New Roman" w:cs="Times New Roman"/>
          <w:sz w:val="24"/>
          <w:lang w:val="ru-RU"/>
        </w:rPr>
        <w:t>учебной</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деятельности;</w:t>
      </w:r>
    </w:p>
    <w:p w14:paraId="6A016078"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корректировать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свои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учебные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действия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преодоления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ошибок.</w:t>
      </w:r>
    </w:p>
    <w:p w14:paraId="6D2A3836" w14:textId="77777777" w:rsidR="00D276F5" w:rsidRPr="00D276F5" w:rsidRDefault="00D276F5" w:rsidP="00D276F5">
      <w:pPr>
        <w:pStyle w:val="1"/>
        <w:spacing w:before="0"/>
        <w:ind w:left="106" w:right="27"/>
        <w:jc w:val="both"/>
        <w:rPr>
          <w:rFonts w:ascii="Times New Roman" w:hAnsi="Times New Roman" w:cs="Times New Roman"/>
          <w:color w:val="auto"/>
        </w:rPr>
      </w:pPr>
      <w:r w:rsidRPr="00D276F5">
        <w:rPr>
          <w:rFonts w:ascii="Times New Roman" w:hAnsi="Times New Roman" w:cs="Times New Roman"/>
          <w:color w:val="auto"/>
        </w:rPr>
        <w:t>Совместная</w:t>
      </w:r>
      <w:r w:rsidRPr="00D276F5">
        <w:rPr>
          <w:rFonts w:ascii="Times New Roman" w:hAnsi="Times New Roman" w:cs="Times New Roman"/>
          <w:color w:val="auto"/>
          <w:spacing w:val="-9"/>
        </w:rPr>
        <w:t xml:space="preserve"> </w:t>
      </w:r>
      <w:r w:rsidRPr="00D276F5">
        <w:rPr>
          <w:rFonts w:ascii="Times New Roman" w:hAnsi="Times New Roman" w:cs="Times New Roman"/>
          <w:color w:val="auto"/>
        </w:rPr>
        <w:t>деятельность:</w:t>
      </w:r>
    </w:p>
    <w:p w14:paraId="07BB5CA4"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формулировать краткосрочные и долгосрочные цели (индивидуальные с учётом участия в</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коллективных задачах) в стандартной (типовой) ситуации на основе предложенного формата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планирования,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распределения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промежуточных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шагов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 сроков;</w:t>
      </w:r>
    </w:p>
    <w:p w14:paraId="39DDBE25" w14:textId="77777777" w:rsidR="00D276F5" w:rsidRPr="00D276F5" w:rsidRDefault="00D276F5" w:rsidP="00D276F5">
      <w:pPr>
        <w:pStyle w:val="ae"/>
        <w:widowControl w:val="0"/>
        <w:numPr>
          <w:ilvl w:val="0"/>
          <w:numId w:val="26"/>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принимать цель совместной деятельности, коллективно строить действия по её достижению:</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распределять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роли,</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договариваться,</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обсуждать</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процесс</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результат</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совместной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работы;</w:t>
      </w:r>
    </w:p>
    <w:p w14:paraId="0AD45E9F"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проявлять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готовность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руководить,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выполнять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поручения,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подчиняться;</w:t>
      </w:r>
    </w:p>
    <w:p w14:paraId="103EB0B0"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ответственно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выполнять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свою</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часть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работы;</w:t>
      </w:r>
    </w:p>
    <w:p w14:paraId="500D08E2"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оценивать</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свой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вклад</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общий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результат;</w:t>
      </w:r>
    </w:p>
    <w:p w14:paraId="1F1AA1BE" w14:textId="77777777" w:rsidR="00D276F5" w:rsidRPr="00D276F5" w:rsidRDefault="00D276F5" w:rsidP="00D276F5">
      <w:pPr>
        <w:pStyle w:val="ae"/>
        <w:widowControl w:val="0"/>
        <w:numPr>
          <w:ilvl w:val="0"/>
          <w:numId w:val="26"/>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выполнять</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совместные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проектные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задания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опорой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на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предложенные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образцы.</w:t>
      </w:r>
    </w:p>
    <w:p w14:paraId="5BBBAF1E" w14:textId="77777777" w:rsidR="00D276F5" w:rsidRPr="00D276F5" w:rsidRDefault="00D276F5" w:rsidP="00D276F5">
      <w:pPr>
        <w:pStyle w:val="af"/>
        <w:ind w:right="27"/>
        <w:jc w:val="both"/>
        <w:rPr>
          <w:rFonts w:ascii="Times New Roman" w:hAnsi="Times New Roman" w:cs="Times New Roman"/>
          <w:sz w:val="27"/>
          <w:lang w:val="ru-RU"/>
        </w:rPr>
      </w:pPr>
    </w:p>
    <w:p w14:paraId="4A39FB79" w14:textId="77777777" w:rsidR="00D276F5" w:rsidRPr="00D276F5" w:rsidRDefault="00D276F5" w:rsidP="00D276F5">
      <w:pPr>
        <w:pStyle w:val="1"/>
        <w:spacing w:before="0"/>
        <w:ind w:left="106" w:right="27"/>
        <w:jc w:val="both"/>
        <w:rPr>
          <w:rFonts w:ascii="Times New Roman" w:hAnsi="Times New Roman" w:cs="Times New Roman"/>
          <w:color w:val="auto"/>
          <w:lang w:val="ru-RU"/>
        </w:rPr>
      </w:pPr>
      <w:r w:rsidRPr="00D276F5">
        <w:rPr>
          <w:rFonts w:ascii="Times New Roman" w:hAnsi="Times New Roman" w:cs="Times New Roman"/>
          <w:color w:val="auto"/>
          <w:lang w:val="ru-RU"/>
        </w:rPr>
        <w:t>ПРЕДМЕТНЫЕ</w:t>
      </w:r>
      <w:r w:rsidRPr="00D276F5">
        <w:rPr>
          <w:rFonts w:ascii="Times New Roman" w:hAnsi="Times New Roman" w:cs="Times New Roman"/>
          <w:color w:val="auto"/>
          <w:spacing w:val="-9"/>
          <w:lang w:val="ru-RU"/>
        </w:rPr>
        <w:t xml:space="preserve"> </w:t>
      </w:r>
      <w:r w:rsidRPr="00D276F5">
        <w:rPr>
          <w:rFonts w:ascii="Times New Roman" w:hAnsi="Times New Roman" w:cs="Times New Roman"/>
          <w:color w:val="auto"/>
          <w:lang w:val="ru-RU"/>
        </w:rPr>
        <w:t>РЕЗУЛЬТАТЫ</w:t>
      </w:r>
    </w:p>
    <w:p w14:paraId="2D71282D" w14:textId="77777777" w:rsidR="00D276F5" w:rsidRPr="00D276F5" w:rsidRDefault="00D276F5" w:rsidP="00D276F5">
      <w:pPr>
        <w:pStyle w:val="af"/>
        <w:spacing w:line="292" w:lineRule="auto"/>
        <w:ind w:left="106" w:right="27" w:firstLine="180"/>
        <w:jc w:val="both"/>
        <w:rPr>
          <w:rFonts w:ascii="Times New Roman" w:hAnsi="Times New Roman" w:cs="Times New Roman"/>
          <w:lang w:val="ru-RU"/>
        </w:rPr>
      </w:pPr>
      <w:r w:rsidRPr="00D276F5">
        <w:rPr>
          <w:rFonts w:ascii="Times New Roman" w:hAnsi="Times New Roman" w:cs="Times New Roman"/>
          <w:lang w:val="ru-RU"/>
        </w:rPr>
        <w:t>Предметные результаты освоения программы начального общего образования по учебному</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предмету «Литературное чтение» отражают специфику содержания предметной области,</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ориентированы на применение знаний, умений и навыков обучающимися в различных учебных</w:t>
      </w:r>
      <w:r w:rsidRPr="00D276F5">
        <w:rPr>
          <w:rFonts w:ascii="Times New Roman" w:hAnsi="Times New Roman" w:cs="Times New Roman"/>
          <w:spacing w:val="-57"/>
          <w:lang w:val="ru-RU"/>
        </w:rPr>
        <w:t xml:space="preserve"> </w:t>
      </w:r>
      <w:r w:rsidRPr="00D276F5">
        <w:rPr>
          <w:rFonts w:ascii="Times New Roman" w:hAnsi="Times New Roman" w:cs="Times New Roman"/>
          <w:lang w:val="ru-RU"/>
        </w:rPr>
        <w:t>ситуациях</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и жизненных</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условиях и</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представлены по</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годам обучения.</w:t>
      </w:r>
    </w:p>
    <w:p w14:paraId="691F0A4E" w14:textId="77777777" w:rsidR="00D276F5" w:rsidRPr="00D276F5" w:rsidRDefault="00D276F5" w:rsidP="00D276F5">
      <w:pPr>
        <w:pStyle w:val="1"/>
        <w:keepNext w:val="0"/>
        <w:keepLines w:val="0"/>
        <w:widowControl w:val="0"/>
        <w:numPr>
          <w:ilvl w:val="0"/>
          <w:numId w:val="25"/>
        </w:numPr>
        <w:tabs>
          <w:tab w:val="left" w:pos="287"/>
        </w:tabs>
        <w:autoSpaceDE w:val="0"/>
        <w:autoSpaceDN w:val="0"/>
        <w:spacing w:before="0" w:line="240" w:lineRule="auto"/>
        <w:ind w:right="27"/>
        <w:jc w:val="both"/>
        <w:rPr>
          <w:rFonts w:ascii="Times New Roman" w:hAnsi="Times New Roman" w:cs="Times New Roman"/>
          <w:color w:val="auto"/>
        </w:rPr>
      </w:pPr>
      <w:r w:rsidRPr="00D276F5">
        <w:rPr>
          <w:rFonts w:ascii="Times New Roman" w:hAnsi="Times New Roman" w:cs="Times New Roman"/>
          <w:color w:val="auto"/>
        </w:rPr>
        <w:t>КЛАСС</w:t>
      </w:r>
    </w:p>
    <w:p w14:paraId="66DB48DF"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понимать ценность чтения для решения учебных задач и применения в различных жизненных</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ситуациях: отвечать на вопрос о важности чтения для личного развития, находить 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художественных произведениях отражение нравственных ценностей, традиций, быта разных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народов;</w:t>
      </w:r>
    </w:p>
    <w:p w14:paraId="05877A7E"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владеть техникой слогового плавного чтения с переходом на чтение целыми словами, читать</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lastRenderedPageBreak/>
        <w:t>осознанно вслух целыми словами без пропусков и перестановок букв и слогов доступные для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восприятия и небольшие по объёму произведения в темпе не менее 30 слов в минуту (без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отметочного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оценивания);</w:t>
      </w:r>
    </w:p>
    <w:p w14:paraId="3972E155"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наизусть с соблюдением орфоэпических и пунктуационных норм не менее 2</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стихотворений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Родине,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детях,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семье,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родной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природе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разные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времена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года;</w:t>
      </w:r>
    </w:p>
    <w:p w14:paraId="073B3E24"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прозаическую</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(нестихотворную)</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стихотворную</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речь;</w:t>
      </w:r>
    </w:p>
    <w:p w14:paraId="06CBB0C4"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 и называть отдельные жанры фольклора (устного народного творчества) 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художественной литературы (загадки, пословицы, потешки, сказки (фольклорные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литературные),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рассказы, стихотворения);</w:t>
      </w:r>
    </w:p>
    <w:p w14:paraId="3E8B63CC" w14:textId="77777777" w:rsidR="00D276F5" w:rsidRPr="00D276F5" w:rsidRDefault="00D276F5" w:rsidP="00D276F5">
      <w:pPr>
        <w:pStyle w:val="ae"/>
        <w:widowControl w:val="0"/>
        <w:numPr>
          <w:ilvl w:val="1"/>
          <w:numId w:val="25"/>
        </w:numPr>
        <w:tabs>
          <w:tab w:val="left" w:pos="887"/>
        </w:tabs>
        <w:autoSpaceDE w:val="0"/>
        <w:autoSpaceDN w:val="0"/>
        <w:spacing w:before="74"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понимать содержание прослушанного/прочитанного произведения: отвечать на вопросы по</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фактическому</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содержанию</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w:t>
      </w:r>
    </w:p>
    <w:p w14:paraId="048065A6" w14:textId="77777777" w:rsidR="00D276F5" w:rsidRPr="00D276F5" w:rsidRDefault="00D276F5" w:rsidP="00D276F5">
      <w:pPr>
        <w:pStyle w:val="ae"/>
        <w:widowControl w:val="0"/>
        <w:numPr>
          <w:ilvl w:val="1"/>
          <w:numId w:val="25"/>
        </w:numPr>
        <w:tabs>
          <w:tab w:val="left" w:pos="887"/>
        </w:tabs>
        <w:autoSpaceDE w:val="0"/>
        <w:autoSpaceDN w:val="0"/>
        <w:spacing w:before="119"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владеть элементарными умениями анализа текста прослушанного/прочитанного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 определять последовательность событий в произведении, характеризовать</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поступки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(положительные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или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отрицательные)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героя,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объяснять</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значение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незнакомого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слова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использованием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словаря;</w:t>
      </w:r>
    </w:p>
    <w:p w14:paraId="4CC8514B" w14:textId="77777777" w:rsidR="00D276F5" w:rsidRPr="00D276F5" w:rsidRDefault="00D276F5" w:rsidP="00D276F5">
      <w:pPr>
        <w:pStyle w:val="ae"/>
        <w:widowControl w:val="0"/>
        <w:numPr>
          <w:ilvl w:val="1"/>
          <w:numId w:val="25"/>
        </w:numPr>
        <w:tabs>
          <w:tab w:val="left" w:pos="887"/>
        </w:tabs>
        <w:autoSpaceDE w:val="0"/>
        <w:autoSpaceDN w:val="0"/>
        <w:spacing w:before="117"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участвовать в обсуждении прослушанного/прочитанного произведения: отвечать на вопросы</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о впечатлении от произведения, использовать в беседе изученные литературные понятия (автор,</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герой, тема, идея, заголовок, содержание произведения), подтверждать свой ответ примерами из</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текста;</w:t>
      </w:r>
    </w:p>
    <w:p w14:paraId="3BE388BB" w14:textId="77777777" w:rsidR="00D276F5" w:rsidRPr="00D276F5" w:rsidRDefault="00D276F5" w:rsidP="00D276F5">
      <w:pPr>
        <w:pStyle w:val="ae"/>
        <w:widowControl w:val="0"/>
        <w:numPr>
          <w:ilvl w:val="1"/>
          <w:numId w:val="25"/>
        </w:numPr>
        <w:tabs>
          <w:tab w:val="left" w:pos="887"/>
        </w:tabs>
        <w:autoSpaceDE w:val="0"/>
        <w:autoSpaceDN w:val="0"/>
        <w:spacing w:before="118"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пересказывать (устно) содержание произведения с соблюдением последовательности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событий,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опорой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на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предложенные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ключевые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слова,</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вопросы,</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рисунки,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предложенный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план;</w:t>
      </w:r>
    </w:p>
    <w:p w14:paraId="230149A6" w14:textId="77777777" w:rsidR="00D276F5" w:rsidRPr="00D276F5" w:rsidRDefault="00D276F5" w:rsidP="00D276F5">
      <w:pPr>
        <w:pStyle w:val="ae"/>
        <w:widowControl w:val="0"/>
        <w:numPr>
          <w:ilvl w:val="1"/>
          <w:numId w:val="25"/>
        </w:numPr>
        <w:tabs>
          <w:tab w:val="left" w:pos="887"/>
        </w:tabs>
        <w:autoSpaceDE w:val="0"/>
        <w:autoSpaceDN w:val="0"/>
        <w:spacing w:before="119"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ролям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соблюдением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норм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произношения,</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расстановки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ударения;</w:t>
      </w:r>
    </w:p>
    <w:p w14:paraId="0373255F" w14:textId="77777777" w:rsidR="00D276F5" w:rsidRPr="00D276F5" w:rsidRDefault="00D276F5" w:rsidP="00D276F5">
      <w:pPr>
        <w:pStyle w:val="ae"/>
        <w:widowControl w:val="0"/>
        <w:numPr>
          <w:ilvl w:val="1"/>
          <w:numId w:val="25"/>
        </w:numPr>
        <w:tabs>
          <w:tab w:val="left" w:pos="887"/>
        </w:tabs>
        <w:autoSpaceDE w:val="0"/>
        <w:autoSpaceDN w:val="0"/>
        <w:spacing w:before="180"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составлять высказывания по содержанию</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 (не менее 3 предложений) по</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заданному</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алгоритму;</w:t>
      </w:r>
    </w:p>
    <w:p w14:paraId="736D6C99" w14:textId="77777777" w:rsidR="00D276F5" w:rsidRPr="00D276F5" w:rsidRDefault="00D276F5" w:rsidP="00D276F5">
      <w:pPr>
        <w:pStyle w:val="ae"/>
        <w:widowControl w:val="0"/>
        <w:numPr>
          <w:ilvl w:val="1"/>
          <w:numId w:val="25"/>
        </w:numPr>
        <w:tabs>
          <w:tab w:val="left" w:pos="887"/>
        </w:tabs>
        <w:autoSpaceDE w:val="0"/>
        <w:autoSpaceDN w:val="0"/>
        <w:spacing w:before="119" w:after="0" w:line="240" w:lineRule="auto"/>
        <w:ind w:left="886" w:right="27"/>
        <w:contextualSpacing w:val="0"/>
        <w:jc w:val="both"/>
        <w:rPr>
          <w:rFonts w:ascii="Times New Roman" w:hAnsi="Times New Roman" w:cs="Times New Roman"/>
          <w:sz w:val="24"/>
        </w:rPr>
      </w:pPr>
      <w:r w:rsidRPr="00D276F5">
        <w:rPr>
          <w:rFonts w:ascii="Times New Roman" w:hAnsi="Times New Roman" w:cs="Times New Roman"/>
          <w:sz w:val="24"/>
          <w:lang w:val="ru-RU"/>
        </w:rPr>
        <w:t>сочинять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небольшие</w:t>
      </w:r>
      <w:r w:rsidRPr="00D276F5">
        <w:rPr>
          <w:rFonts w:ascii="Times New Roman" w:hAnsi="Times New Roman" w:cs="Times New Roman"/>
          <w:spacing w:val="55"/>
          <w:sz w:val="24"/>
          <w:lang w:val="ru-RU"/>
        </w:rPr>
        <w:t xml:space="preserve"> </w:t>
      </w:r>
      <w:r w:rsidRPr="00D276F5">
        <w:rPr>
          <w:rFonts w:ascii="Times New Roman" w:hAnsi="Times New Roman" w:cs="Times New Roman"/>
          <w:sz w:val="24"/>
          <w:lang w:val="ru-RU"/>
        </w:rPr>
        <w:t>тексты</w:t>
      </w:r>
      <w:r w:rsidRPr="00D276F5">
        <w:rPr>
          <w:rFonts w:ascii="Times New Roman" w:hAnsi="Times New Roman" w:cs="Times New Roman"/>
          <w:spacing w:val="56"/>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56"/>
          <w:sz w:val="24"/>
          <w:lang w:val="ru-RU"/>
        </w:rPr>
        <w:t xml:space="preserve"> </w:t>
      </w:r>
      <w:r w:rsidRPr="00D276F5">
        <w:rPr>
          <w:rFonts w:ascii="Times New Roman" w:hAnsi="Times New Roman" w:cs="Times New Roman"/>
          <w:sz w:val="24"/>
          <w:lang w:val="ru-RU"/>
        </w:rPr>
        <w:t>предложенному</w:t>
      </w:r>
      <w:r w:rsidRPr="00D276F5">
        <w:rPr>
          <w:rFonts w:ascii="Times New Roman" w:hAnsi="Times New Roman" w:cs="Times New Roman"/>
          <w:spacing w:val="56"/>
          <w:sz w:val="24"/>
          <w:lang w:val="ru-RU"/>
        </w:rPr>
        <w:t xml:space="preserve"> </w:t>
      </w:r>
      <w:r w:rsidRPr="00D276F5">
        <w:rPr>
          <w:rFonts w:ascii="Times New Roman" w:hAnsi="Times New Roman" w:cs="Times New Roman"/>
          <w:sz w:val="24"/>
          <w:lang w:val="ru-RU"/>
        </w:rPr>
        <w:t>началу</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др.</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rPr>
        <w:t>(не</w:t>
      </w:r>
      <w:r w:rsidRPr="00D276F5">
        <w:rPr>
          <w:rFonts w:ascii="Times New Roman" w:hAnsi="Times New Roman" w:cs="Times New Roman"/>
          <w:spacing w:val="-2"/>
          <w:sz w:val="24"/>
        </w:rPr>
        <w:t xml:space="preserve"> </w:t>
      </w:r>
      <w:r w:rsidRPr="00D276F5">
        <w:rPr>
          <w:rFonts w:ascii="Times New Roman" w:hAnsi="Times New Roman" w:cs="Times New Roman"/>
          <w:sz w:val="24"/>
        </w:rPr>
        <w:t>менее</w:t>
      </w:r>
      <w:r w:rsidRPr="00D276F5">
        <w:rPr>
          <w:rFonts w:ascii="Times New Roman" w:hAnsi="Times New Roman" w:cs="Times New Roman"/>
          <w:spacing w:val="-2"/>
          <w:sz w:val="24"/>
        </w:rPr>
        <w:t xml:space="preserve"> </w:t>
      </w:r>
      <w:r w:rsidRPr="00D276F5">
        <w:rPr>
          <w:rFonts w:ascii="Times New Roman" w:hAnsi="Times New Roman" w:cs="Times New Roman"/>
          <w:sz w:val="24"/>
        </w:rPr>
        <w:t>3</w:t>
      </w:r>
      <w:r w:rsidRPr="00D276F5">
        <w:rPr>
          <w:rFonts w:ascii="Times New Roman" w:hAnsi="Times New Roman" w:cs="Times New Roman"/>
          <w:spacing w:val="-2"/>
          <w:sz w:val="24"/>
        </w:rPr>
        <w:t xml:space="preserve"> </w:t>
      </w:r>
      <w:r w:rsidRPr="00D276F5">
        <w:rPr>
          <w:rFonts w:ascii="Times New Roman" w:hAnsi="Times New Roman" w:cs="Times New Roman"/>
          <w:sz w:val="24"/>
        </w:rPr>
        <w:t>предложений);</w:t>
      </w:r>
    </w:p>
    <w:p w14:paraId="47EC2789" w14:textId="77777777" w:rsidR="00D276F5" w:rsidRPr="00D276F5" w:rsidRDefault="00D276F5" w:rsidP="00D276F5">
      <w:pPr>
        <w:pStyle w:val="ae"/>
        <w:widowControl w:val="0"/>
        <w:numPr>
          <w:ilvl w:val="1"/>
          <w:numId w:val="25"/>
        </w:numPr>
        <w:tabs>
          <w:tab w:val="left" w:pos="887"/>
        </w:tabs>
        <w:autoSpaceDE w:val="0"/>
        <w:autoSpaceDN w:val="0"/>
        <w:spacing w:before="180"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ориентироваться</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книге/учебнике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обложке,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оглавлению,</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иллюстрациям;</w:t>
      </w:r>
    </w:p>
    <w:p w14:paraId="49B599A5" w14:textId="77777777" w:rsidR="00D276F5" w:rsidRPr="00D276F5" w:rsidRDefault="00D276F5" w:rsidP="00D276F5">
      <w:pPr>
        <w:pStyle w:val="ae"/>
        <w:widowControl w:val="0"/>
        <w:numPr>
          <w:ilvl w:val="1"/>
          <w:numId w:val="25"/>
        </w:numPr>
        <w:tabs>
          <w:tab w:val="left" w:pos="887"/>
        </w:tabs>
        <w:autoSpaceDE w:val="0"/>
        <w:autoSpaceDN w:val="0"/>
        <w:spacing w:before="180"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выбирать книги для самостоятельного чтения по совету взрослого и с учётом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рекомендательного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списка,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рассказывать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прочитанной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книге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предложенному</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алгоритму;</w:t>
      </w:r>
    </w:p>
    <w:p w14:paraId="56D437D7" w14:textId="77777777" w:rsidR="00D276F5" w:rsidRPr="00D276F5" w:rsidRDefault="00D276F5" w:rsidP="00D276F5">
      <w:pPr>
        <w:pStyle w:val="ae"/>
        <w:widowControl w:val="0"/>
        <w:numPr>
          <w:ilvl w:val="1"/>
          <w:numId w:val="25"/>
        </w:numPr>
        <w:tabs>
          <w:tab w:val="left" w:pos="887"/>
        </w:tabs>
        <w:autoSpaceDE w:val="0"/>
        <w:autoSpaceDN w:val="0"/>
        <w:spacing w:before="119"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обращаться к справочной литературе для получения дополнительной информации в</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соответствии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 учебной задачей.</w:t>
      </w:r>
    </w:p>
    <w:p w14:paraId="266F1856" w14:textId="77777777" w:rsidR="00D276F5" w:rsidRPr="00D276F5" w:rsidRDefault="00D276F5" w:rsidP="00D276F5">
      <w:pPr>
        <w:pStyle w:val="af"/>
        <w:spacing w:before="9"/>
        <w:ind w:right="27"/>
        <w:jc w:val="both"/>
        <w:rPr>
          <w:rFonts w:ascii="Times New Roman" w:hAnsi="Times New Roman" w:cs="Times New Roman"/>
          <w:sz w:val="21"/>
          <w:lang w:val="ru-RU"/>
        </w:rPr>
      </w:pPr>
    </w:p>
    <w:p w14:paraId="0F055DEF" w14:textId="77777777" w:rsidR="00D276F5" w:rsidRPr="00D276F5" w:rsidRDefault="00D276F5" w:rsidP="00D276F5">
      <w:pPr>
        <w:pStyle w:val="1"/>
        <w:keepNext w:val="0"/>
        <w:keepLines w:val="0"/>
        <w:widowControl w:val="0"/>
        <w:numPr>
          <w:ilvl w:val="0"/>
          <w:numId w:val="25"/>
        </w:numPr>
        <w:tabs>
          <w:tab w:val="left" w:pos="287"/>
        </w:tabs>
        <w:autoSpaceDE w:val="0"/>
        <w:autoSpaceDN w:val="0"/>
        <w:spacing w:before="0" w:line="240" w:lineRule="auto"/>
        <w:ind w:right="27"/>
        <w:jc w:val="both"/>
        <w:rPr>
          <w:rFonts w:ascii="Times New Roman" w:hAnsi="Times New Roman" w:cs="Times New Roman"/>
          <w:color w:val="auto"/>
        </w:rPr>
      </w:pPr>
      <w:r w:rsidRPr="00D276F5">
        <w:rPr>
          <w:rFonts w:ascii="Times New Roman" w:hAnsi="Times New Roman" w:cs="Times New Roman"/>
          <w:color w:val="auto"/>
        </w:rPr>
        <w:t>КЛАСС</w:t>
      </w:r>
    </w:p>
    <w:p w14:paraId="5BF14043"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объяснять важность</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чтения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для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решения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учебных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задач и применения в различных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жизненных ситуациях: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переходить от чтения вслух к чтению про себя в соответствии с учебной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задачей, обращаться к разным видам чтения (изучающее, ознакомительное, поисковое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выборочное, просмотровое выборочное), находить в фольклоре и литературных произведениях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отражение нравственных ценностей, традиций, быта, культуры разных народов, ориентироваться</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нравственно-этических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понятиях 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контексте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изученных произведений;</w:t>
      </w:r>
    </w:p>
    <w:p w14:paraId="513B2B25"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вслух целыми словами без пропусков и перестановок букв и слогов доступные 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восприятию и небольшие по объёму прозаические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стихотворные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темпе не</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менее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40 слов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минуту</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(без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отметочного оценивания);</w:t>
      </w:r>
    </w:p>
    <w:p w14:paraId="65F31E5A"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наизусть с соблюдением орфоэпических и пунктуационных норм не менее 3</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стихотворений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Родине,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детях,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семье,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родной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природе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разные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времена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года;</w:t>
      </w:r>
    </w:p>
    <w:p w14:paraId="3AE062D3"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 прозаическую и стихотворную речь: называть особенности стихотворного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(ритм, рифма);</w:t>
      </w:r>
    </w:p>
    <w:p w14:paraId="4D3C035B"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понимать содержание, смысл прослушанного/прочитанного произведения: отвечать 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lastRenderedPageBreak/>
        <w:t>формулировать</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вопросы</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фактическому содержанию</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произведения;</w:t>
      </w:r>
    </w:p>
    <w:p w14:paraId="12599792"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называть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отдельные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жанры</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фольклора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(считалки,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загадки,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пословицы,</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потешки,</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небылицы, народные песни, скороговорки, сказки о животных, бытовые и волшебные)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художественной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литературы</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(литературные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сказки,</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рассказы,</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стихотворения,</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басни);</w:t>
      </w:r>
    </w:p>
    <w:p w14:paraId="526EBF1A"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владеть элементарными умениями анализа и интерпретации текста: определять тему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главную</w:t>
      </w:r>
      <w:r w:rsidRPr="00D276F5">
        <w:rPr>
          <w:rFonts w:ascii="Times New Roman" w:hAnsi="Times New Roman" w:cs="Times New Roman"/>
          <w:spacing w:val="-7"/>
          <w:sz w:val="24"/>
          <w:lang w:val="ru-RU"/>
        </w:rPr>
        <w:t xml:space="preserve"> </w:t>
      </w:r>
      <w:r w:rsidRPr="00D276F5">
        <w:rPr>
          <w:rFonts w:ascii="Times New Roman" w:hAnsi="Times New Roman" w:cs="Times New Roman"/>
          <w:sz w:val="24"/>
          <w:lang w:val="ru-RU"/>
        </w:rPr>
        <w:t>мысль,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воспроизводить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последовательность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событий</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7"/>
          <w:sz w:val="24"/>
          <w:lang w:val="ru-RU"/>
        </w:rPr>
        <w:t xml:space="preserve"> </w:t>
      </w:r>
      <w:r w:rsidRPr="00D276F5">
        <w:rPr>
          <w:rFonts w:ascii="Times New Roman" w:hAnsi="Times New Roman" w:cs="Times New Roman"/>
          <w:sz w:val="24"/>
          <w:lang w:val="ru-RU"/>
        </w:rPr>
        <w:t>тексте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составлять</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план</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текста (вопросный, номинативный);</w:t>
      </w:r>
    </w:p>
    <w:p w14:paraId="7DA62906"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описывать характер героя, находить в тексте средства изображения (портрет) героя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выражения</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его</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чувств,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оценивать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поступки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героев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устанавливать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взаимосвязь</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между характером героя и его поступками, сравнивать героев одного произведения 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предложенным</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критериям,</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характеризовать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отношение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автора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к</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героям,</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его</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поступкам;</w:t>
      </w:r>
    </w:p>
    <w:p w14:paraId="6A80D08D"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объяснять значение незнакомого слова с опорой на контекст и с использованием словаря;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находить</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тексте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примеры</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использования</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слов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прямом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переносном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значении;</w:t>
      </w:r>
    </w:p>
    <w:p w14:paraId="6ACD9759"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осознанно применять для анализа текста изученные понятия (автор, литературный герой,</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тема,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идея,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заголовок,</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содержание произведения,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сравнение,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эпитет);</w:t>
      </w:r>
    </w:p>
    <w:p w14:paraId="6C342146"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участвовать в обсуждении прослушанного/прочитанного произведения: понимать жанровую</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принадлежность произведения, формулировать устно простые выводы, подтверждать свой ответ</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примерами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текста;</w:t>
      </w:r>
    </w:p>
    <w:p w14:paraId="26ED62A8"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пересказывать (устно) содержание произведения подробно, выборочно, от лица героя, от</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третьего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лица;</w:t>
      </w:r>
    </w:p>
    <w:p w14:paraId="7BEE93FB"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по ролям с соблюдением норм произношения, расстановки ударения, инсценировать</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небольшие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эпизоды из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w:t>
      </w:r>
    </w:p>
    <w:p w14:paraId="0AAFF2EE"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составлять высказывания на заданную тему по содержанию произведения (не менее 5</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предложений);</w:t>
      </w:r>
    </w:p>
    <w:p w14:paraId="1B0759EC"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сочинять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аналогии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прочитанным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загадки,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небольшие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сказки,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рассказы;</w:t>
      </w:r>
    </w:p>
    <w:p w14:paraId="041174D3"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ориентироваться в книге/учебнике по обложке, оглавлению, аннотации, иллюстрациям,</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предисловию,</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условным обозначениям;</w:t>
      </w:r>
    </w:p>
    <w:p w14:paraId="2CBB7E12"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выбирать книги для самостоятельного чтения с учётом рекомендательного списка,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используя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картотеки,</w:t>
      </w:r>
      <w:r w:rsidRPr="00D276F5">
        <w:rPr>
          <w:rFonts w:ascii="Times New Roman" w:hAnsi="Times New Roman" w:cs="Times New Roman"/>
          <w:spacing w:val="59"/>
          <w:sz w:val="24"/>
          <w:lang w:val="ru-RU"/>
        </w:rPr>
        <w:t xml:space="preserve"> </w:t>
      </w:r>
      <w:r w:rsidRPr="00D276F5">
        <w:rPr>
          <w:rFonts w:ascii="Times New Roman" w:hAnsi="Times New Roman" w:cs="Times New Roman"/>
          <w:sz w:val="24"/>
          <w:lang w:val="ru-RU"/>
        </w:rPr>
        <w:t>рассказывать</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 прочитанной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книге;</w:t>
      </w:r>
    </w:p>
    <w:p w14:paraId="2FE053F4"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использовать справочную литературу для получения дополнительной информации в</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соответствии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 учебной задачей.</w:t>
      </w:r>
    </w:p>
    <w:p w14:paraId="4C018232" w14:textId="77777777" w:rsidR="00D276F5" w:rsidRPr="00D276F5" w:rsidRDefault="00D276F5" w:rsidP="00D276F5">
      <w:pPr>
        <w:pStyle w:val="af"/>
        <w:ind w:right="27"/>
        <w:jc w:val="both"/>
        <w:rPr>
          <w:rFonts w:ascii="Times New Roman" w:hAnsi="Times New Roman" w:cs="Times New Roman"/>
          <w:sz w:val="21"/>
          <w:lang w:val="ru-RU"/>
        </w:rPr>
      </w:pPr>
    </w:p>
    <w:p w14:paraId="70EC87BC" w14:textId="77777777" w:rsidR="00D276F5" w:rsidRPr="00D276F5" w:rsidRDefault="00D276F5" w:rsidP="00D276F5">
      <w:pPr>
        <w:pStyle w:val="1"/>
        <w:keepNext w:val="0"/>
        <w:keepLines w:val="0"/>
        <w:widowControl w:val="0"/>
        <w:numPr>
          <w:ilvl w:val="0"/>
          <w:numId w:val="25"/>
        </w:numPr>
        <w:tabs>
          <w:tab w:val="left" w:pos="287"/>
        </w:tabs>
        <w:autoSpaceDE w:val="0"/>
        <w:autoSpaceDN w:val="0"/>
        <w:spacing w:before="0" w:line="240" w:lineRule="auto"/>
        <w:ind w:right="27"/>
        <w:jc w:val="both"/>
        <w:rPr>
          <w:rFonts w:ascii="Times New Roman" w:hAnsi="Times New Roman" w:cs="Times New Roman"/>
          <w:color w:val="auto"/>
        </w:rPr>
      </w:pPr>
      <w:r w:rsidRPr="00D276F5">
        <w:rPr>
          <w:rFonts w:ascii="Times New Roman" w:hAnsi="Times New Roman" w:cs="Times New Roman"/>
          <w:color w:val="auto"/>
        </w:rPr>
        <w:t>КЛАСС</w:t>
      </w:r>
    </w:p>
    <w:p w14:paraId="3D2033C1"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отвечать на вопрос о культурной значимости устного народного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творчества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художественной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литературы,</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находить в фольклоре и литературных произведениях отражение</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нравственных ценностей, традиций, быта, культуры разных народов, ориентироваться 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нравственно-этических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понятиях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контексте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изученных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произведений;</w:t>
      </w:r>
    </w:p>
    <w:p w14:paraId="176E41B7"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вслух и про себя в соответствии с учебной задачей, использовать разные виды чтения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(изучающее,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ознакомительное,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поисковое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выборочное,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просмотровое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выборочное);</w:t>
      </w:r>
    </w:p>
    <w:p w14:paraId="7BDBD1B5"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вслух целыми словами без пропусков и перестановок букв и слогов доступные по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восприятию и небольшие по объёму прозаические и стихотворные произведения в темпе не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менее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60 слов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минуту</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(без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отметочного оценивания);</w:t>
      </w:r>
    </w:p>
    <w:p w14:paraId="3B0910DA" w14:textId="1F1ED29D"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наизусть не менее 4 стихотворений в соответствии с изученной тематикой</w:t>
      </w:r>
      <w:r w:rsidRPr="00D276F5">
        <w:rPr>
          <w:rFonts w:ascii="Times New Roman" w:hAnsi="Times New Roman" w:cs="Times New Roman"/>
          <w:spacing w:val="-58"/>
          <w:sz w:val="24"/>
          <w:lang w:val="ru-RU"/>
        </w:rPr>
        <w:t xml:space="preserve"> </w:t>
      </w:r>
      <w:r>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произведений;</w:t>
      </w:r>
    </w:p>
    <w:p w14:paraId="65D85E06" w14:textId="77777777" w:rsidR="00D276F5" w:rsidRPr="00D276F5" w:rsidRDefault="00D276F5" w:rsidP="00D276F5">
      <w:pPr>
        <w:spacing w:line="292" w:lineRule="auto"/>
        <w:ind w:right="27"/>
        <w:jc w:val="both"/>
        <w:rPr>
          <w:rFonts w:ascii="Times New Roman" w:hAnsi="Times New Roman" w:cs="Times New Roman"/>
          <w:sz w:val="24"/>
          <w:lang w:val="ru-RU"/>
        </w:rPr>
        <w:sectPr w:rsidR="00D276F5" w:rsidRPr="00D276F5">
          <w:pgSz w:w="11900" w:h="16840"/>
          <w:pgMar w:top="580" w:right="540" w:bottom="280" w:left="560" w:header="720" w:footer="720" w:gutter="0"/>
          <w:cols w:space="720"/>
        </w:sectPr>
      </w:pPr>
    </w:p>
    <w:p w14:paraId="389BFC6C"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lastRenderedPageBreak/>
        <w:t>различать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художественные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познавательные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тексты;</w:t>
      </w:r>
    </w:p>
    <w:p w14:paraId="532F98D2"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 прозаическую и стихотворную речь: называть особенности стихотворного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(ритм,</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рифма,</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строфа),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отличать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лирическое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произведение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эпического;</w:t>
      </w:r>
    </w:p>
    <w:p w14:paraId="6406851B"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понимать жанровую принадлежность, содержание, смысл прослушанного/прочитанного</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отвечать</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формулировать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вопросы</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к</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учебным</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художественным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текстам;</w:t>
      </w:r>
    </w:p>
    <w:p w14:paraId="692D4E53"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 и называть отдельные жанры фольклора (считалки, загадки, пословицы, потешки,</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небылицы, народные песни, скороговорки, сказки о животных, бытовые и волшебные)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художественной литературы (литературные сказки, рассказы, стихотворения, басни), приводить</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примеры</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произведений фольклора разных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народов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России;</w:t>
      </w:r>
    </w:p>
    <w:p w14:paraId="0A22A71D"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владеть элементарными умениями анализа и интерпретации текста: формулировать тему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главную</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мысль,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определять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последовательность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событий</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тексте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выявлять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связь</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событий,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эпизодов</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текста;</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составлять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план</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текста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(вопросный,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номинативный,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цитатный);</w:t>
      </w:r>
    </w:p>
    <w:p w14:paraId="6E71B8A8"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характеризовать героев, описывать характер героя, давать оценку поступкам героев,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составлять портретные характеристики персонажей; выявлять взаимосвязь между поступками,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мыслями, чувствами героев, сравнивать героев одного произведения и сопоставлять их поступки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предложенным критериям (по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аналогии или 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контрасту);</w:t>
      </w:r>
    </w:p>
    <w:p w14:paraId="1BC5FCEB"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отличать автора произведения от героя и рассказчика, характеризовать отношение автора к</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героям, поступкам, описанной картине, находить в тексте средства изображения героев (портрет),</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описание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пейзажа и интерьера;</w:t>
      </w:r>
    </w:p>
    <w:p w14:paraId="15848ED4"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объяснять значение незнакомого слова с опорой на контекст и с использованием словаря;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находить в тексте примеры использования слов в прямом и переносном значении, средств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художественной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выразительности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(сравнение,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эпитет,</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олицетворение);</w:t>
      </w:r>
    </w:p>
    <w:p w14:paraId="19680B1F"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осознанно применять изученные понятия (автор, мораль басни, литературный герой,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персонаж, характер, тема, идея, заголовок, содержание произведения, эпизод, смысловые части,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композиция,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сравнение, эпитет, олицетворение);</w:t>
      </w:r>
    </w:p>
    <w:p w14:paraId="477F6F44"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участвовать в обсуждении прослушанного/прочитанного произведения: строить</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монологическое и диалогическое высказывание с соблюдением орфоэпических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пунктуационных норм, устно и письменно формулировать простые выводы, подтверждать свой</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ответ</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примерами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из</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текста;</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использовать</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беседе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изученные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литературные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понятия;</w:t>
      </w:r>
    </w:p>
    <w:p w14:paraId="7EDC56B8"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пересказывать произведение (устно) подробно, выборочно, сжато (кратко), от лица героя, с</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изменением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лица рассказчика, от</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третьего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лица;</w:t>
      </w:r>
    </w:p>
    <w:p w14:paraId="65F7DAEF"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при анализе и интерпретации текста использовать разные типы речи (повествование,</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описание,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рассуждение)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учётом</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специфики</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учебного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художественного</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текстов;</w:t>
      </w:r>
    </w:p>
    <w:p w14:paraId="7096FA08"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по ролям с соблюдением норм произношения, инсценировать небольшие эпизоды из</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произведения;</w:t>
      </w:r>
    </w:p>
    <w:p w14:paraId="6B0304BB"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составлять устные и письменные высказывания на основе прочитанного/прослушанного</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текста на заданную тему по содержанию произведения (не менее 8 предложений),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корректировать</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собственный письменный текст;</w:t>
      </w:r>
    </w:p>
    <w:p w14:paraId="6DD975A3"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составлять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краткий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отзыв</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прочитанном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произведении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заданному</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алгоритму;</w:t>
      </w:r>
    </w:p>
    <w:p w14:paraId="4A82EA39"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сочинять тексты, используя аналогии, иллюстрации, придумывать продолжение прочитанного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произведения;</w:t>
      </w:r>
    </w:p>
    <w:p w14:paraId="1B6057DD" w14:textId="77777777" w:rsidR="00D276F5" w:rsidRPr="00D276F5" w:rsidRDefault="00D276F5" w:rsidP="00D276F5">
      <w:pPr>
        <w:spacing w:line="292" w:lineRule="auto"/>
        <w:ind w:right="27"/>
        <w:jc w:val="both"/>
        <w:rPr>
          <w:rFonts w:ascii="Times New Roman" w:hAnsi="Times New Roman" w:cs="Times New Roman"/>
          <w:sz w:val="24"/>
          <w:lang w:val="ru-RU"/>
        </w:rPr>
        <w:sectPr w:rsidR="00D276F5" w:rsidRPr="00D276F5">
          <w:pgSz w:w="11900" w:h="16840"/>
          <w:pgMar w:top="580" w:right="540" w:bottom="280" w:left="560" w:header="720" w:footer="720" w:gutter="0"/>
          <w:cols w:space="720"/>
        </w:sectPr>
      </w:pPr>
    </w:p>
    <w:p w14:paraId="5A1773E1"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lastRenderedPageBreak/>
        <w:t>использовать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соответствии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учебной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задачей</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аппарат</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издания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(обложку,</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оглавление,</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аннотацию,</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иллюстрации,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предисловие,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приложения,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сноски,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примечания);</w:t>
      </w:r>
    </w:p>
    <w:p w14:paraId="50C55A3A"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выбирать книги для самостоятельного чтения с учётом рекомендательного списка,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используя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картотеки,</w:t>
      </w:r>
      <w:r w:rsidRPr="00D276F5">
        <w:rPr>
          <w:rFonts w:ascii="Times New Roman" w:hAnsi="Times New Roman" w:cs="Times New Roman"/>
          <w:spacing w:val="59"/>
          <w:sz w:val="24"/>
          <w:lang w:val="ru-RU"/>
        </w:rPr>
        <w:t xml:space="preserve"> </w:t>
      </w:r>
      <w:r w:rsidRPr="00D276F5">
        <w:rPr>
          <w:rFonts w:ascii="Times New Roman" w:hAnsi="Times New Roman" w:cs="Times New Roman"/>
          <w:sz w:val="24"/>
          <w:lang w:val="ru-RU"/>
        </w:rPr>
        <w:t>рассказывать</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 прочитанной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книге;</w:t>
      </w:r>
    </w:p>
    <w:p w14:paraId="3E233498" w14:textId="77777777" w:rsidR="00D276F5" w:rsidRPr="00D276F5" w:rsidRDefault="00D276F5" w:rsidP="00D276F5">
      <w:pPr>
        <w:pStyle w:val="ae"/>
        <w:widowControl w:val="0"/>
        <w:numPr>
          <w:ilvl w:val="1"/>
          <w:numId w:val="25"/>
        </w:numPr>
        <w:tabs>
          <w:tab w:val="left" w:pos="887"/>
        </w:tabs>
        <w:autoSpaceDE w:val="0"/>
        <w:autoSpaceDN w:val="0"/>
        <w:spacing w:after="0" w:line="292"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использовать справочную литературу, включая ресурсы сети. Интернет (в условиях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контролируемого входа), для получения дополнительной информации в соответствии с учебной</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задачей.</w:t>
      </w:r>
    </w:p>
    <w:p w14:paraId="67A576AB" w14:textId="77777777" w:rsidR="00D276F5" w:rsidRPr="00D276F5" w:rsidRDefault="00D276F5" w:rsidP="00D276F5">
      <w:pPr>
        <w:pStyle w:val="af"/>
        <w:ind w:right="27"/>
        <w:jc w:val="both"/>
        <w:rPr>
          <w:rFonts w:ascii="Times New Roman" w:hAnsi="Times New Roman" w:cs="Times New Roman"/>
          <w:sz w:val="21"/>
          <w:lang w:val="ru-RU"/>
        </w:rPr>
      </w:pPr>
    </w:p>
    <w:p w14:paraId="51C67AF3" w14:textId="77777777" w:rsidR="00D276F5" w:rsidRPr="00D276F5" w:rsidRDefault="00D276F5" w:rsidP="00D276F5">
      <w:pPr>
        <w:pStyle w:val="1"/>
        <w:keepNext w:val="0"/>
        <w:keepLines w:val="0"/>
        <w:widowControl w:val="0"/>
        <w:numPr>
          <w:ilvl w:val="0"/>
          <w:numId w:val="25"/>
        </w:numPr>
        <w:tabs>
          <w:tab w:val="left" w:pos="287"/>
        </w:tabs>
        <w:autoSpaceDE w:val="0"/>
        <w:autoSpaceDN w:val="0"/>
        <w:spacing w:before="0" w:line="240" w:lineRule="auto"/>
        <w:ind w:right="27"/>
        <w:jc w:val="both"/>
        <w:rPr>
          <w:rFonts w:ascii="Times New Roman" w:hAnsi="Times New Roman" w:cs="Times New Roman"/>
          <w:color w:val="auto"/>
        </w:rPr>
      </w:pPr>
      <w:r w:rsidRPr="00D276F5">
        <w:rPr>
          <w:rFonts w:ascii="Times New Roman" w:hAnsi="Times New Roman" w:cs="Times New Roman"/>
          <w:color w:val="auto"/>
        </w:rPr>
        <w:t>КЛАСС</w:t>
      </w:r>
    </w:p>
    <w:p w14:paraId="4667ADA5"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осознавать значимость художественной литературы и фольклора для всестороннего развития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личности человека, находить в произведениях отражение нравственных ценностей, фактов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бытовой и духовной культуры народов России и мира, ориентироваться в нравственно-этических</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понятиях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контексте изученных произведений;</w:t>
      </w:r>
    </w:p>
    <w:p w14:paraId="127D65F7"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демонстрировать интерес</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положительную</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мотивацию к систематическому чтению и</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слушанию художественной литературы и произведений устного народного творчества: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формировать</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собственный круг чтения;</w:t>
      </w:r>
    </w:p>
    <w:p w14:paraId="6FBD7218"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вслух и про себя в соответствии с учебной задачей, использовать разные виды чтения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(изучающее,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ознакомительное,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поисковое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выборочное,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просмотровое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выборочное);</w:t>
      </w:r>
    </w:p>
    <w:p w14:paraId="51CEF9DB"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вслух целыми словами без пропусков и перестановок букв и слогов доступные по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восприятию и небольшие по объёму прозаические и стихотворные произведения в темпе не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менее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80 слов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минуту</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(без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отметочного оценивания);</w:t>
      </w:r>
    </w:p>
    <w:p w14:paraId="0C541935"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наизусть не менее 5 стихотворений в соответствии с изученной тематикой</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произведений;</w:t>
      </w:r>
    </w:p>
    <w:p w14:paraId="1157C725"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художественные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познавательные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тексты;</w:t>
      </w:r>
    </w:p>
    <w:p w14:paraId="6F7F9574"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 прозаическую и стихотворную речь: называть особенности стихотворного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(ритм,</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рифма,</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строфа),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отличать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лирическое</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произведение</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от</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эпического;</w:t>
      </w:r>
    </w:p>
    <w:p w14:paraId="0C957A21"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понимать жанровую принадлежность, содержание, смысл прослушанного/прочитанного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 отвечать и формулировать вопросы (в том числе проблемные) к познавательным,</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учебным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 художественным текстам;</w:t>
      </w:r>
    </w:p>
    <w:p w14:paraId="5D7B088C"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различать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называть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отдельные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жанры</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фольклора</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(считалки,</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загадки,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пословицы,</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потешки,</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небылицы, народные песни, скороговорки, сказки о животных, бытовые и волшебные),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приводить</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примеры произведений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фольклора разных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народов</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России;</w:t>
      </w:r>
    </w:p>
    <w:p w14:paraId="5403C46A"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соотносить читаемый текст с жанром художественной литературы (литературные сказки,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рассказы, стихотворения, басни), приводить примеры разных жанров литературы России и стран</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мира;</w:t>
      </w:r>
    </w:p>
    <w:p w14:paraId="2F930361"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владеть элементарными умениями анализа и интерпретации текста: определять тему 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главную</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мысль,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последовательность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событий</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тексте</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выявлять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связь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событий,</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эпизодов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текста;</w:t>
      </w:r>
    </w:p>
    <w:p w14:paraId="35F57728"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rPr>
      </w:pPr>
      <w:r w:rsidRPr="00D276F5">
        <w:rPr>
          <w:rFonts w:ascii="Times New Roman" w:hAnsi="Times New Roman" w:cs="Times New Roman"/>
          <w:sz w:val="24"/>
          <w:lang w:val="ru-RU"/>
        </w:rPr>
        <w:t>характеризовать героев, давать оценку их поступкам, составлять портретные характеристики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персонажей, выявлять взаимосвязь между поступками и мыслями, чувствами героев, сравнивать</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героев</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одного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самостоятельно</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выбранному</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критерию</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rPr>
        <w:t>(по</w:t>
      </w:r>
      <w:r w:rsidRPr="00D276F5">
        <w:rPr>
          <w:rFonts w:ascii="Times New Roman" w:hAnsi="Times New Roman" w:cs="Times New Roman"/>
          <w:spacing w:val="-1"/>
          <w:sz w:val="24"/>
        </w:rPr>
        <w:t xml:space="preserve"> </w:t>
      </w:r>
      <w:r w:rsidRPr="00D276F5">
        <w:rPr>
          <w:rFonts w:ascii="Times New Roman" w:hAnsi="Times New Roman" w:cs="Times New Roman"/>
          <w:sz w:val="24"/>
        </w:rPr>
        <w:t>аналогии</w:t>
      </w:r>
      <w:r w:rsidRPr="00D276F5">
        <w:rPr>
          <w:rFonts w:ascii="Times New Roman" w:hAnsi="Times New Roman" w:cs="Times New Roman"/>
          <w:spacing w:val="-2"/>
          <w:sz w:val="24"/>
        </w:rPr>
        <w:t xml:space="preserve"> </w:t>
      </w:r>
      <w:r w:rsidRPr="00D276F5">
        <w:rPr>
          <w:rFonts w:ascii="Times New Roman" w:hAnsi="Times New Roman" w:cs="Times New Roman"/>
          <w:sz w:val="24"/>
        </w:rPr>
        <w:t>или</w:t>
      </w:r>
      <w:r w:rsidRPr="00D276F5">
        <w:rPr>
          <w:rFonts w:ascii="Times New Roman" w:hAnsi="Times New Roman" w:cs="Times New Roman"/>
          <w:spacing w:val="-1"/>
          <w:sz w:val="24"/>
        </w:rPr>
        <w:t xml:space="preserve"> </w:t>
      </w:r>
      <w:r w:rsidRPr="00D276F5">
        <w:rPr>
          <w:rFonts w:ascii="Times New Roman" w:hAnsi="Times New Roman" w:cs="Times New Roman"/>
          <w:sz w:val="24"/>
        </w:rPr>
        <w:t>по</w:t>
      </w:r>
    </w:p>
    <w:p w14:paraId="1AE408D8" w14:textId="77777777" w:rsidR="00D276F5" w:rsidRPr="00D276F5" w:rsidRDefault="00D276F5" w:rsidP="00D276F5">
      <w:pPr>
        <w:pStyle w:val="af"/>
        <w:spacing w:line="240" w:lineRule="auto"/>
        <w:ind w:left="567" w:right="27"/>
        <w:jc w:val="both"/>
        <w:rPr>
          <w:rFonts w:ascii="Times New Roman" w:hAnsi="Times New Roman" w:cs="Times New Roman"/>
          <w:lang w:val="ru-RU"/>
        </w:rPr>
      </w:pPr>
      <w:r w:rsidRPr="00D276F5">
        <w:rPr>
          <w:rFonts w:ascii="Times New Roman" w:hAnsi="Times New Roman" w:cs="Times New Roman"/>
          <w:lang w:val="ru-RU"/>
        </w:rPr>
        <w:t>контрасту), характеризовать собственное отношение к героям, поступкам; находить в тексте</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средства изображения героев (портрет) и выражения их чувств, описание пейзажа и интерьера,</w:t>
      </w:r>
      <w:r w:rsidRPr="00D276F5">
        <w:rPr>
          <w:rFonts w:ascii="Times New Roman" w:hAnsi="Times New Roman" w:cs="Times New Roman"/>
          <w:spacing w:val="-58"/>
          <w:lang w:val="ru-RU"/>
        </w:rPr>
        <w:t xml:space="preserve"> </w:t>
      </w:r>
      <w:r w:rsidRPr="00D276F5">
        <w:rPr>
          <w:rFonts w:ascii="Times New Roman" w:hAnsi="Times New Roman" w:cs="Times New Roman"/>
          <w:lang w:val="ru-RU"/>
        </w:rPr>
        <w:t>устанавливать</w:t>
      </w:r>
      <w:r w:rsidRPr="00D276F5">
        <w:rPr>
          <w:rFonts w:ascii="Times New Roman" w:hAnsi="Times New Roman" w:cs="Times New Roman"/>
          <w:spacing w:val="-3"/>
          <w:lang w:val="ru-RU"/>
        </w:rPr>
        <w:t xml:space="preserve"> </w:t>
      </w:r>
      <w:r w:rsidRPr="00D276F5">
        <w:rPr>
          <w:rFonts w:ascii="Times New Roman" w:hAnsi="Times New Roman" w:cs="Times New Roman"/>
          <w:lang w:val="ru-RU"/>
        </w:rPr>
        <w:t>причинно-следственные</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связи</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событий,</w:t>
      </w:r>
      <w:r w:rsidRPr="00D276F5">
        <w:rPr>
          <w:rFonts w:ascii="Times New Roman" w:hAnsi="Times New Roman" w:cs="Times New Roman"/>
          <w:spacing w:val="-2"/>
          <w:lang w:val="ru-RU"/>
        </w:rPr>
        <w:t xml:space="preserve"> </w:t>
      </w:r>
      <w:r w:rsidRPr="00D276F5">
        <w:rPr>
          <w:rFonts w:ascii="Times New Roman" w:hAnsi="Times New Roman" w:cs="Times New Roman"/>
          <w:lang w:val="ru-RU"/>
        </w:rPr>
        <w:t>явлений,</w:t>
      </w:r>
      <w:r w:rsidRPr="00D276F5">
        <w:rPr>
          <w:rFonts w:ascii="Times New Roman" w:hAnsi="Times New Roman" w:cs="Times New Roman"/>
          <w:spacing w:val="-1"/>
          <w:lang w:val="ru-RU"/>
        </w:rPr>
        <w:t xml:space="preserve"> </w:t>
      </w:r>
      <w:r w:rsidRPr="00D276F5">
        <w:rPr>
          <w:rFonts w:ascii="Times New Roman" w:hAnsi="Times New Roman" w:cs="Times New Roman"/>
          <w:lang w:val="ru-RU"/>
        </w:rPr>
        <w:t>поступков</w:t>
      </w:r>
      <w:r w:rsidRPr="00D276F5">
        <w:rPr>
          <w:rFonts w:ascii="Times New Roman" w:hAnsi="Times New Roman" w:cs="Times New Roman"/>
          <w:spacing w:val="-2"/>
          <w:lang w:val="ru-RU"/>
        </w:rPr>
        <w:t xml:space="preserve"> </w:t>
      </w:r>
      <w:r w:rsidRPr="00D276F5">
        <w:rPr>
          <w:rFonts w:ascii="Times New Roman" w:hAnsi="Times New Roman" w:cs="Times New Roman"/>
          <w:lang w:val="ru-RU"/>
        </w:rPr>
        <w:t>героев;</w:t>
      </w:r>
    </w:p>
    <w:p w14:paraId="39340615"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объяснять значение незнакомого слова с опорой на контекст и с использованием словаря;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находить в тексте примеры использования слов в прямом и переносном значении, средства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художественной</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выразительности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(сравнение,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эпитет,</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олицетворение,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метафора);</w:t>
      </w:r>
    </w:p>
    <w:p w14:paraId="1BDA35A3"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осознанно применять изученные понятия (автор, мораль басни, литературный герой,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персонаж, характер, тема, идея, заголовок, содержание произведения, эпизод, смысловые части,</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композиция,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сравнение,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эпитет,</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олицетворение,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метафора,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лирика,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эпос,</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образ);</w:t>
      </w:r>
    </w:p>
    <w:p w14:paraId="1D48782C"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участвовать в обсуждении прослушанного/прочитанного произведения: строить</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монологическое и диалогическое высказывание с соблюдением норм русского литературного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языка (норм произношения, словоупотребления,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грамматики);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устно и письменно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формулировать простые выводы на основе прослушанного/прочитанного текста, подтверждать</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свой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ответ</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lastRenderedPageBreak/>
        <w:t>примерами из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текста;</w:t>
      </w:r>
    </w:p>
    <w:p w14:paraId="0036EE2E"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составлять план текста (вопросный, номинативный, цитатный), пересказывать (устно)</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подробно, выборочно, сжато (кратко), от лица героя, с изменением лица рассказчика, от третьего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лица;</w:t>
      </w:r>
    </w:p>
    <w:p w14:paraId="565C050B"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читать по ролям с соблюдением норм произношения, расстановки ударения, инсценировать</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небольшие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эпизоды из</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w:t>
      </w:r>
    </w:p>
    <w:p w14:paraId="233A68E4"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составлять устные и письменные высказывания на заданную тему по содержанию</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произведения (не менее 10 предложений), писать сочинения на заданную тему, используя разные</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типы речи (повествование, описание, рассуждение), корректировать собственный текст с учётом</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правильности,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выразительности письменной речи;</w:t>
      </w:r>
    </w:p>
    <w:p w14:paraId="12D6B84A"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left="886" w:right="27"/>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составлять</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краткий</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отзыв</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прочитанном</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произведении</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по</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заданному</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алгоритму;</w:t>
      </w:r>
    </w:p>
    <w:p w14:paraId="5268B0F8"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сочинять по аналогии с прочитанным, составлять рассказ по иллюстрациям, от имени одного</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из</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героев,</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придумывать</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продолжение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прочитанного</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произведения</w:t>
      </w:r>
      <w:r w:rsidRPr="00D276F5">
        <w:rPr>
          <w:rFonts w:ascii="Times New Roman" w:hAnsi="Times New Roman" w:cs="Times New Roman"/>
          <w:spacing w:val="-3"/>
          <w:sz w:val="24"/>
          <w:lang w:val="ru-RU"/>
        </w:rPr>
        <w:t xml:space="preserve"> </w:t>
      </w:r>
      <w:r w:rsidRPr="00D276F5">
        <w:rPr>
          <w:rFonts w:ascii="Times New Roman" w:hAnsi="Times New Roman" w:cs="Times New Roman"/>
          <w:sz w:val="24"/>
          <w:lang w:val="ru-RU"/>
        </w:rPr>
        <w:t>(не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менее</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10</w:t>
      </w:r>
      <w:r w:rsidRPr="00D276F5">
        <w:rPr>
          <w:rFonts w:ascii="Times New Roman" w:hAnsi="Times New Roman" w:cs="Times New Roman"/>
          <w:spacing w:val="-2"/>
          <w:sz w:val="24"/>
          <w:lang w:val="ru-RU"/>
        </w:rPr>
        <w:t xml:space="preserve"> </w:t>
      </w:r>
      <w:r w:rsidRPr="00D276F5">
        <w:rPr>
          <w:rFonts w:ascii="Times New Roman" w:hAnsi="Times New Roman" w:cs="Times New Roman"/>
          <w:sz w:val="24"/>
          <w:lang w:val="ru-RU"/>
        </w:rPr>
        <w:t>предложений);</w:t>
      </w:r>
    </w:p>
    <w:p w14:paraId="1559FBE1"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использовать</w:t>
      </w:r>
      <w:r w:rsidRPr="00D276F5">
        <w:rPr>
          <w:rFonts w:ascii="Times New Roman" w:hAnsi="Times New Roman" w:cs="Times New Roman"/>
          <w:spacing w:val="-6"/>
          <w:sz w:val="24"/>
          <w:lang w:val="ru-RU"/>
        </w:rPr>
        <w:t xml:space="preserve"> </w:t>
      </w:r>
      <w:r w:rsidRPr="00D276F5">
        <w:rPr>
          <w:rFonts w:ascii="Times New Roman" w:hAnsi="Times New Roman" w:cs="Times New Roman"/>
          <w:sz w:val="24"/>
          <w:lang w:val="ru-RU"/>
        </w:rPr>
        <w:t>в</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соответствии</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с</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учебной</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задачей</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аппарат</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издания</w:t>
      </w:r>
      <w:r w:rsidRPr="00D276F5">
        <w:rPr>
          <w:rFonts w:ascii="Times New Roman" w:hAnsi="Times New Roman" w:cs="Times New Roman"/>
          <w:spacing w:val="-5"/>
          <w:sz w:val="24"/>
          <w:lang w:val="ru-RU"/>
        </w:rPr>
        <w:t xml:space="preserve"> </w:t>
      </w:r>
      <w:r w:rsidRPr="00D276F5">
        <w:rPr>
          <w:rFonts w:ascii="Times New Roman" w:hAnsi="Times New Roman" w:cs="Times New Roman"/>
          <w:sz w:val="24"/>
          <w:lang w:val="ru-RU"/>
        </w:rPr>
        <w:t>(обложку,</w:t>
      </w:r>
      <w:r w:rsidRPr="00D276F5">
        <w:rPr>
          <w:rFonts w:ascii="Times New Roman" w:hAnsi="Times New Roman" w:cs="Times New Roman"/>
          <w:spacing w:val="-4"/>
          <w:sz w:val="24"/>
          <w:lang w:val="ru-RU"/>
        </w:rPr>
        <w:t xml:space="preserve"> </w:t>
      </w:r>
      <w:r w:rsidRPr="00D276F5">
        <w:rPr>
          <w:rFonts w:ascii="Times New Roman" w:hAnsi="Times New Roman" w:cs="Times New Roman"/>
          <w:sz w:val="24"/>
          <w:lang w:val="ru-RU"/>
        </w:rPr>
        <w:t>оглавление,</w:t>
      </w:r>
      <w:r w:rsidRPr="00D276F5">
        <w:rPr>
          <w:rFonts w:ascii="Times New Roman" w:hAnsi="Times New Roman" w:cs="Times New Roman"/>
          <w:spacing w:val="-57"/>
          <w:sz w:val="24"/>
          <w:lang w:val="ru-RU"/>
        </w:rPr>
        <w:t xml:space="preserve"> </w:t>
      </w:r>
      <w:r w:rsidRPr="00D276F5">
        <w:rPr>
          <w:rFonts w:ascii="Times New Roman" w:hAnsi="Times New Roman" w:cs="Times New Roman"/>
          <w:sz w:val="24"/>
          <w:lang w:val="ru-RU"/>
        </w:rPr>
        <w:t>аннотацию,</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иллюстрации,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предисловие,</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приложения,</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сноски,</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примечания);</w:t>
      </w:r>
    </w:p>
    <w:p w14:paraId="38209BCA"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выбирать книги для самостоятельного чтения с учётом рекомендательного списка,</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используя</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картотеки,</w:t>
      </w:r>
      <w:r w:rsidRPr="00D276F5">
        <w:rPr>
          <w:rFonts w:ascii="Times New Roman" w:hAnsi="Times New Roman" w:cs="Times New Roman"/>
          <w:spacing w:val="59"/>
          <w:sz w:val="24"/>
          <w:lang w:val="ru-RU"/>
        </w:rPr>
        <w:t xml:space="preserve"> </w:t>
      </w:r>
      <w:r w:rsidRPr="00D276F5">
        <w:rPr>
          <w:rFonts w:ascii="Times New Roman" w:hAnsi="Times New Roman" w:cs="Times New Roman"/>
          <w:sz w:val="24"/>
          <w:lang w:val="ru-RU"/>
        </w:rPr>
        <w:t>рассказывать</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о прочитанной</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книге;</w:t>
      </w:r>
    </w:p>
    <w:p w14:paraId="56055EEF" w14:textId="77777777" w:rsidR="00D276F5" w:rsidRPr="00D276F5" w:rsidRDefault="00D276F5" w:rsidP="00D276F5">
      <w:pPr>
        <w:pStyle w:val="ae"/>
        <w:widowControl w:val="0"/>
        <w:numPr>
          <w:ilvl w:val="1"/>
          <w:numId w:val="25"/>
        </w:numPr>
        <w:tabs>
          <w:tab w:val="left" w:pos="887"/>
        </w:tabs>
        <w:autoSpaceDE w:val="0"/>
        <w:autoSpaceDN w:val="0"/>
        <w:spacing w:after="0" w:line="240" w:lineRule="auto"/>
        <w:ind w:right="27" w:firstLine="0"/>
        <w:contextualSpacing w:val="0"/>
        <w:jc w:val="both"/>
        <w:rPr>
          <w:rFonts w:ascii="Times New Roman" w:hAnsi="Times New Roman" w:cs="Times New Roman"/>
          <w:sz w:val="24"/>
          <w:lang w:val="ru-RU"/>
        </w:rPr>
      </w:pPr>
      <w:r w:rsidRPr="00D276F5">
        <w:rPr>
          <w:rFonts w:ascii="Times New Roman" w:hAnsi="Times New Roman" w:cs="Times New Roman"/>
          <w:sz w:val="24"/>
          <w:lang w:val="ru-RU"/>
        </w:rPr>
        <w:t>использовать справочную литературу, включая ресурсы сети Интернет (в условиях</w:t>
      </w:r>
      <w:r w:rsidRPr="00D276F5">
        <w:rPr>
          <w:rFonts w:ascii="Times New Roman" w:hAnsi="Times New Roman" w:cs="Times New Roman"/>
          <w:spacing w:val="1"/>
          <w:sz w:val="24"/>
          <w:lang w:val="ru-RU"/>
        </w:rPr>
        <w:t xml:space="preserve"> </w:t>
      </w:r>
      <w:r w:rsidRPr="00D276F5">
        <w:rPr>
          <w:rFonts w:ascii="Times New Roman" w:hAnsi="Times New Roman" w:cs="Times New Roman"/>
          <w:sz w:val="24"/>
          <w:lang w:val="ru-RU"/>
        </w:rPr>
        <w:t>контролируемого входа), для получения дополнительной информации в соответствии с учебной</w:t>
      </w:r>
      <w:r w:rsidRPr="00D276F5">
        <w:rPr>
          <w:rFonts w:ascii="Times New Roman" w:hAnsi="Times New Roman" w:cs="Times New Roman"/>
          <w:spacing w:val="-58"/>
          <w:sz w:val="24"/>
          <w:lang w:val="ru-RU"/>
        </w:rPr>
        <w:t xml:space="preserve"> </w:t>
      </w:r>
      <w:r w:rsidRPr="00D276F5">
        <w:rPr>
          <w:rFonts w:ascii="Times New Roman" w:hAnsi="Times New Roman" w:cs="Times New Roman"/>
          <w:sz w:val="24"/>
          <w:lang w:val="ru-RU"/>
        </w:rPr>
        <w:t>задачей.</w:t>
      </w:r>
    </w:p>
    <w:p w14:paraId="2717ECC3" w14:textId="77777777" w:rsidR="00D276F5" w:rsidRPr="00D276F5" w:rsidRDefault="00D276F5" w:rsidP="00D276F5">
      <w:pPr>
        <w:spacing w:line="240" w:lineRule="auto"/>
        <w:ind w:right="27"/>
        <w:jc w:val="both"/>
        <w:rPr>
          <w:rFonts w:ascii="Times New Roman" w:hAnsi="Times New Roman" w:cs="Times New Roman"/>
          <w:sz w:val="24"/>
          <w:lang w:val="ru-RU"/>
        </w:rPr>
        <w:sectPr w:rsidR="00D276F5" w:rsidRPr="00D276F5">
          <w:pgSz w:w="11900" w:h="16840"/>
          <w:pgMar w:top="500" w:right="540" w:bottom="280" w:left="560" w:header="720" w:footer="720" w:gutter="0"/>
          <w:cols w:space="720"/>
        </w:sectPr>
      </w:pPr>
    </w:p>
    <w:p w14:paraId="56B8BFDF" w14:textId="6F1722C9" w:rsidR="005F0CF1" w:rsidRPr="007D252F" w:rsidRDefault="00F150A0" w:rsidP="00D276F5">
      <w:pPr>
        <w:pStyle w:val="a9"/>
        <w:rPr>
          <w:lang w:val="ru-RU"/>
        </w:rPr>
      </w:pPr>
      <w:r w:rsidRPr="00107395">
        <w:rPr>
          <w:rFonts w:ascii="Times New Roman" w:eastAsia="Times New Roman" w:hAnsi="Times New Roman"/>
          <w:b/>
          <w:color w:val="000000"/>
          <w:w w:val="101"/>
          <w:sz w:val="19"/>
        </w:rPr>
        <w:lastRenderedPageBreak/>
        <w:t xml:space="preserve">ТЕМАТИЧЕСКОЕ ПЛАНИРОВАНИЕ </w:t>
      </w:r>
      <w:r w:rsidR="007D252F">
        <w:rPr>
          <w:rFonts w:ascii="Times New Roman" w:eastAsia="Times New Roman" w:hAnsi="Times New Roman"/>
          <w:b/>
          <w:color w:val="000000"/>
          <w:w w:val="101"/>
          <w:sz w:val="19"/>
          <w:lang w:val="ru-RU"/>
        </w:rPr>
        <w:t>1 класс</w:t>
      </w:r>
    </w:p>
    <w:tbl>
      <w:tblPr>
        <w:tblW w:w="0" w:type="auto"/>
        <w:tblInd w:w="6" w:type="dxa"/>
        <w:tblLayout w:type="fixed"/>
        <w:tblLook w:val="04A0" w:firstRow="1" w:lastRow="0" w:firstColumn="1" w:lastColumn="0" w:noHBand="0" w:noVBand="1"/>
      </w:tblPr>
      <w:tblGrid>
        <w:gridCol w:w="468"/>
        <w:gridCol w:w="2414"/>
        <w:gridCol w:w="528"/>
        <w:gridCol w:w="1104"/>
        <w:gridCol w:w="1142"/>
        <w:gridCol w:w="864"/>
        <w:gridCol w:w="6052"/>
        <w:gridCol w:w="1080"/>
        <w:gridCol w:w="1850"/>
      </w:tblGrid>
      <w:tr w:rsidR="005F0CF1" w14:paraId="6A77C35D" w14:textId="77777777">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8A5A6CE" w14:textId="77777777" w:rsidR="005F0CF1" w:rsidRDefault="00F150A0">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41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5FCE9AD" w14:textId="77777777" w:rsidR="005F0CF1" w:rsidRPr="000019FD" w:rsidRDefault="00F150A0">
            <w:pPr>
              <w:autoSpaceDE w:val="0"/>
              <w:autoSpaceDN w:val="0"/>
              <w:spacing w:before="78" w:after="0" w:line="245" w:lineRule="auto"/>
              <w:ind w:left="72" w:right="144"/>
              <w:rPr>
                <w:lang w:val="ru-RU"/>
              </w:rPr>
            </w:pPr>
            <w:r w:rsidRPr="000019FD">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629D7E91" w14:textId="77777777" w:rsidR="005F0CF1" w:rsidRDefault="00F150A0">
            <w:pPr>
              <w:autoSpaceDE w:val="0"/>
              <w:autoSpaceDN w:val="0"/>
              <w:spacing w:before="78" w:after="0" w:line="230" w:lineRule="auto"/>
              <w:ind w:left="72"/>
            </w:pPr>
            <w:r>
              <w:rPr>
                <w:rFonts w:ascii="Times New Roman" w:eastAsia="Times New Roman" w:hAnsi="Times New Roman"/>
                <w:b/>
                <w:color w:val="000000"/>
                <w:w w:val="97"/>
                <w:sz w:val="16"/>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F0D7005" w14:textId="77777777" w:rsidR="005F0CF1" w:rsidRDefault="00F150A0">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605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518F4682" w14:textId="77777777" w:rsidR="005F0CF1" w:rsidRDefault="00F150A0">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090C924" w14:textId="77777777" w:rsidR="005F0CF1" w:rsidRDefault="00F150A0">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185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D810A5F" w14:textId="77777777" w:rsidR="005F0CF1" w:rsidRDefault="00F150A0">
            <w:pPr>
              <w:autoSpaceDE w:val="0"/>
              <w:autoSpaceDN w:val="0"/>
              <w:spacing w:before="78" w:after="0" w:line="250" w:lineRule="auto"/>
              <w:ind w:left="72" w:right="432"/>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5F0CF1" w14:paraId="6804A664" w14:textId="77777777">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14:paraId="0F8EBED3" w14:textId="77777777" w:rsidR="005F0CF1" w:rsidRDefault="005F0CF1"/>
        </w:tc>
        <w:tc>
          <w:tcPr>
            <w:tcW w:w="1726" w:type="dxa"/>
            <w:vMerge/>
            <w:tcBorders>
              <w:top w:val="single" w:sz="4" w:space="0" w:color="000000"/>
              <w:left w:val="single" w:sz="4" w:space="0" w:color="000000"/>
              <w:bottom w:val="single" w:sz="4" w:space="0" w:color="000000"/>
              <w:right w:val="single" w:sz="4" w:space="0" w:color="000000"/>
            </w:tcBorders>
          </w:tcPr>
          <w:p w14:paraId="723B57AD" w14:textId="77777777" w:rsidR="005F0CF1" w:rsidRDefault="005F0CF1"/>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99F7C6F" w14:textId="77777777" w:rsidR="005F0CF1" w:rsidRDefault="00F150A0">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75A071" w14:textId="77777777" w:rsidR="005F0CF1" w:rsidRDefault="00F150A0">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998DB08" w14:textId="77777777" w:rsidR="005F0CF1" w:rsidRDefault="00F150A0">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14:paraId="48177C6D" w14:textId="77777777" w:rsidR="005F0CF1" w:rsidRDefault="005F0CF1"/>
        </w:tc>
        <w:tc>
          <w:tcPr>
            <w:tcW w:w="1726" w:type="dxa"/>
            <w:vMerge/>
            <w:tcBorders>
              <w:top w:val="single" w:sz="4" w:space="0" w:color="000000"/>
              <w:left w:val="single" w:sz="4" w:space="0" w:color="000000"/>
              <w:bottom w:val="single" w:sz="4" w:space="0" w:color="000000"/>
              <w:right w:val="single" w:sz="4" w:space="0" w:color="000000"/>
            </w:tcBorders>
          </w:tcPr>
          <w:p w14:paraId="480D361E" w14:textId="77777777" w:rsidR="005F0CF1" w:rsidRDefault="005F0CF1"/>
        </w:tc>
        <w:tc>
          <w:tcPr>
            <w:tcW w:w="1726" w:type="dxa"/>
            <w:vMerge/>
            <w:tcBorders>
              <w:top w:val="single" w:sz="4" w:space="0" w:color="000000"/>
              <w:left w:val="single" w:sz="4" w:space="0" w:color="000000"/>
              <w:bottom w:val="single" w:sz="4" w:space="0" w:color="000000"/>
              <w:right w:val="single" w:sz="4" w:space="0" w:color="000000"/>
            </w:tcBorders>
          </w:tcPr>
          <w:p w14:paraId="3DE1F28B" w14:textId="77777777" w:rsidR="005F0CF1" w:rsidRDefault="005F0CF1"/>
        </w:tc>
        <w:tc>
          <w:tcPr>
            <w:tcW w:w="1726" w:type="dxa"/>
            <w:vMerge/>
            <w:tcBorders>
              <w:top w:val="single" w:sz="4" w:space="0" w:color="000000"/>
              <w:left w:val="single" w:sz="4" w:space="0" w:color="000000"/>
              <w:bottom w:val="single" w:sz="4" w:space="0" w:color="000000"/>
              <w:right w:val="single" w:sz="4" w:space="0" w:color="000000"/>
            </w:tcBorders>
          </w:tcPr>
          <w:p w14:paraId="20228994" w14:textId="77777777" w:rsidR="005F0CF1" w:rsidRDefault="005F0CF1"/>
        </w:tc>
      </w:tr>
      <w:tr w:rsidR="005F0CF1" w14:paraId="0B05AD57" w14:textId="77777777">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14:paraId="157029F1" w14:textId="77777777" w:rsidR="005F0CF1" w:rsidRDefault="00F150A0">
            <w:pPr>
              <w:autoSpaceDE w:val="0"/>
              <w:autoSpaceDN w:val="0"/>
              <w:spacing w:before="78" w:after="0" w:line="230" w:lineRule="auto"/>
              <w:ind w:left="72"/>
            </w:pPr>
            <w:r>
              <w:rPr>
                <w:rFonts w:ascii="Times New Roman" w:eastAsia="Times New Roman" w:hAnsi="Times New Roman"/>
                <w:b/>
                <w:color w:val="000000"/>
                <w:w w:val="97"/>
                <w:sz w:val="16"/>
              </w:rPr>
              <w:t>ОБУЧЕНИЕ ГРАМОТЕ</w:t>
            </w:r>
          </w:p>
        </w:tc>
      </w:tr>
      <w:tr w:rsidR="005F0CF1" w14:paraId="2F04A80E" w14:textId="77777777">
        <w:trPr>
          <w:trHeight w:hRule="exact" w:val="350"/>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14:paraId="73D78B37" w14:textId="77777777" w:rsidR="005F0CF1" w:rsidRDefault="00F150A0">
            <w:pPr>
              <w:autoSpaceDE w:val="0"/>
              <w:autoSpaceDN w:val="0"/>
              <w:spacing w:before="76" w:after="0" w:line="230" w:lineRule="auto"/>
              <w:ind w:left="72"/>
            </w:pPr>
            <w:r>
              <w:rPr>
                <w:rFonts w:ascii="Times New Roman" w:eastAsia="Times New Roman" w:hAnsi="Times New Roman"/>
                <w:color w:val="000000"/>
                <w:w w:val="97"/>
                <w:sz w:val="16"/>
              </w:rPr>
              <w:t xml:space="preserve">Раздел 1. </w:t>
            </w:r>
            <w:r>
              <w:rPr>
                <w:rFonts w:ascii="Times New Roman" w:eastAsia="Times New Roman" w:hAnsi="Times New Roman"/>
                <w:b/>
                <w:color w:val="000000"/>
                <w:w w:val="97"/>
                <w:sz w:val="16"/>
              </w:rPr>
              <w:t>Развитие речи</w:t>
            </w:r>
          </w:p>
        </w:tc>
      </w:tr>
      <w:tr w:rsidR="005F0CF1" w14:paraId="075C40DC"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AFEA4A"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1.1.</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BC047B" w14:textId="77777777" w:rsidR="005F0CF1" w:rsidRPr="000019FD" w:rsidRDefault="00F150A0">
            <w:pPr>
              <w:autoSpaceDE w:val="0"/>
              <w:autoSpaceDN w:val="0"/>
              <w:spacing w:before="76" w:after="0" w:line="250" w:lineRule="auto"/>
              <w:ind w:left="72" w:right="144"/>
              <w:rPr>
                <w:lang w:val="ru-RU"/>
              </w:rPr>
            </w:pPr>
            <w:r w:rsidRPr="000019FD">
              <w:rPr>
                <w:rFonts w:ascii="Times New Roman" w:eastAsia="Times New Roman" w:hAnsi="Times New Roman"/>
                <w:color w:val="000000"/>
                <w:w w:val="97"/>
                <w:sz w:val="16"/>
                <w:lang w:val="ru-RU"/>
              </w:rPr>
              <w:t xml:space="preserve">Понимание текста при его </w:t>
            </w:r>
            <w:r w:rsidRPr="000019FD">
              <w:rPr>
                <w:lang w:val="ru-RU"/>
              </w:rPr>
              <w:br/>
            </w:r>
            <w:r w:rsidRPr="000019FD">
              <w:rPr>
                <w:rFonts w:ascii="Times New Roman" w:eastAsia="Times New Roman" w:hAnsi="Times New Roman"/>
                <w:color w:val="000000"/>
                <w:w w:val="97"/>
                <w:sz w:val="16"/>
                <w:lang w:val="ru-RU"/>
              </w:rPr>
              <w:t xml:space="preserve">прослушивании и при </w:t>
            </w:r>
            <w:r w:rsidRPr="000019FD">
              <w:rPr>
                <w:lang w:val="ru-RU"/>
              </w:rPr>
              <w:br/>
            </w:r>
            <w:r w:rsidRPr="000019FD">
              <w:rPr>
                <w:rFonts w:ascii="Times New Roman" w:eastAsia="Times New Roman" w:hAnsi="Times New Roman"/>
                <w:color w:val="000000"/>
                <w:w w:val="97"/>
                <w:sz w:val="16"/>
                <w:lang w:val="ru-RU"/>
              </w:rPr>
              <w:t>самостоятельном чтении вслух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304B63A"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CFBD37"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9AC145"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F54930"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02.09.2022 14.09.2022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1605771A" w14:textId="77777777" w:rsidR="005F0CF1" w:rsidRPr="000019FD" w:rsidRDefault="00F150A0">
            <w:pPr>
              <w:autoSpaceDE w:val="0"/>
              <w:autoSpaceDN w:val="0"/>
              <w:spacing w:before="76" w:after="0" w:line="233" w:lineRule="auto"/>
              <w:ind w:left="72"/>
              <w:rPr>
                <w:lang w:val="ru-RU"/>
              </w:rPr>
            </w:pPr>
            <w:r w:rsidRPr="000019FD">
              <w:rPr>
                <w:rFonts w:ascii="Times New Roman" w:eastAsia="Times New Roman" w:hAnsi="Times New Roman"/>
                <w:color w:val="000000"/>
                <w:w w:val="97"/>
                <w:sz w:val="16"/>
                <w:lang w:val="ru-RU"/>
              </w:rPr>
              <w:t>Слушание текста, понимание текста при его прослушивании;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B6F0EB"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745445C"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5DDDB5CF" w14:textId="77777777">
        <w:trPr>
          <w:trHeight w:hRule="exact" w:val="348"/>
        </w:trPr>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930FDAD"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0DA2B"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6</w:t>
            </w:r>
          </w:p>
        </w:tc>
        <w:tc>
          <w:tcPr>
            <w:tcW w:w="120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553E9B6E" w14:textId="77777777" w:rsidR="005F0CF1" w:rsidRDefault="005F0CF1"/>
        </w:tc>
      </w:tr>
      <w:tr w:rsidR="005F0CF1" w14:paraId="69E93002" w14:textId="77777777">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1D94A0CA"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 xml:space="preserve">Раздел 2. </w:t>
            </w:r>
            <w:r>
              <w:rPr>
                <w:rFonts w:ascii="Times New Roman" w:eastAsia="Times New Roman" w:hAnsi="Times New Roman"/>
                <w:b/>
                <w:color w:val="000000"/>
                <w:w w:val="97"/>
                <w:sz w:val="16"/>
              </w:rPr>
              <w:t>Слово и предложение</w:t>
            </w:r>
          </w:p>
        </w:tc>
      </w:tr>
      <w:tr w:rsidR="005F0CF1" w14:paraId="11DE6630" w14:textId="77777777">
        <w:trPr>
          <w:trHeight w:hRule="exact" w:val="169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1E3B9A2"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2.1.</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8554DD4" w14:textId="77777777" w:rsidR="005F0CF1" w:rsidRPr="000019FD" w:rsidRDefault="00F150A0">
            <w:pPr>
              <w:autoSpaceDE w:val="0"/>
              <w:autoSpaceDN w:val="0"/>
              <w:spacing w:before="78" w:after="0" w:line="230" w:lineRule="auto"/>
              <w:jc w:val="center"/>
              <w:rPr>
                <w:lang w:val="ru-RU"/>
              </w:rPr>
            </w:pPr>
            <w:r w:rsidRPr="000019FD">
              <w:rPr>
                <w:rFonts w:ascii="Times New Roman" w:eastAsia="Times New Roman" w:hAnsi="Times New Roman"/>
                <w:color w:val="000000"/>
                <w:w w:val="97"/>
                <w:sz w:val="16"/>
                <w:lang w:val="ru-RU"/>
              </w:rPr>
              <w:t>Различение слова и предложения.</w:t>
            </w:r>
          </w:p>
          <w:p w14:paraId="4B97668D" w14:textId="77777777" w:rsidR="005F0CF1" w:rsidRPr="000019FD" w:rsidRDefault="00F150A0">
            <w:pPr>
              <w:autoSpaceDE w:val="0"/>
              <w:autoSpaceDN w:val="0"/>
              <w:spacing w:before="20" w:after="0" w:line="250" w:lineRule="auto"/>
              <w:ind w:left="72" w:right="288"/>
              <w:rPr>
                <w:lang w:val="ru-RU"/>
              </w:rPr>
            </w:pPr>
            <w:r w:rsidRPr="000019FD">
              <w:rPr>
                <w:rFonts w:ascii="Times New Roman" w:eastAsia="Times New Roman" w:hAnsi="Times New Roman"/>
                <w:color w:val="000000"/>
                <w:w w:val="97"/>
                <w:sz w:val="16"/>
                <w:lang w:val="ru-RU"/>
              </w:rPr>
              <w:t xml:space="preserve">Работа с предложением: </w:t>
            </w:r>
            <w:r w:rsidRPr="000019FD">
              <w:rPr>
                <w:lang w:val="ru-RU"/>
              </w:rPr>
              <w:br/>
            </w:r>
            <w:r w:rsidRPr="000019FD">
              <w:rPr>
                <w:rFonts w:ascii="Times New Roman" w:eastAsia="Times New Roman" w:hAnsi="Times New Roman"/>
                <w:color w:val="000000"/>
                <w:w w:val="97"/>
                <w:sz w:val="16"/>
                <w:lang w:val="ru-RU"/>
              </w:rPr>
              <w:t xml:space="preserve">выделение слов, изменение их порядка, распространение </w:t>
            </w:r>
            <w:r w:rsidRPr="000019FD">
              <w:rPr>
                <w:lang w:val="ru-RU"/>
              </w:rPr>
              <w:br/>
            </w:r>
            <w:r w:rsidRPr="000019FD">
              <w:rPr>
                <w:rFonts w:ascii="Times New Roman" w:eastAsia="Times New Roman" w:hAnsi="Times New Roman"/>
                <w:color w:val="000000"/>
                <w:w w:val="97"/>
                <w:sz w:val="16"/>
                <w:lang w:val="ru-RU"/>
              </w:rPr>
              <w:t>предложения.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A46135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604AC4"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221257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CA6D4B1"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16.09.2022 19.09.2022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673A6650" w14:textId="77777777" w:rsidR="005F0CF1" w:rsidRPr="000019FD" w:rsidRDefault="00F150A0">
            <w:pPr>
              <w:autoSpaceDE w:val="0"/>
              <w:autoSpaceDN w:val="0"/>
              <w:spacing w:before="78" w:after="0" w:line="254" w:lineRule="auto"/>
              <w:ind w:left="72" w:right="144"/>
              <w:rPr>
                <w:lang w:val="ru-RU"/>
              </w:rPr>
            </w:pPr>
            <w:r w:rsidRPr="000019FD">
              <w:rPr>
                <w:rFonts w:ascii="Times New Roman" w:eastAsia="Times New Roman" w:hAnsi="Times New Roman"/>
                <w:color w:val="000000"/>
                <w:w w:val="97"/>
                <w:sz w:val="16"/>
                <w:lang w:val="ru-RU"/>
              </w:rPr>
              <w:t xml:space="preserve">Игровое упражнение «Снежный ком»: распространение предложений с добавлением слова по цепочке; </w:t>
            </w:r>
            <w:r w:rsidRPr="000019FD">
              <w:rPr>
                <w:lang w:val="ru-RU"/>
              </w:rPr>
              <w:br/>
            </w:r>
            <w:r w:rsidRPr="000019FD">
              <w:rPr>
                <w:rFonts w:ascii="Times New Roman" w:eastAsia="Times New Roman" w:hAnsi="Times New Roman"/>
                <w:color w:val="000000"/>
                <w:w w:val="97"/>
                <w:sz w:val="16"/>
                <w:lang w:val="ru-RU"/>
              </w:rPr>
              <w:t xml:space="preserve">Игра «Живые слова» (дети играют роль слов в предложении, идёт перестановка слов в предложении, прочтение получившегося); </w:t>
            </w:r>
            <w:r w:rsidRPr="000019FD">
              <w:rPr>
                <w:lang w:val="ru-RU"/>
              </w:rPr>
              <w:br/>
            </w:r>
            <w:r w:rsidRPr="000019FD">
              <w:rPr>
                <w:rFonts w:ascii="Times New Roman" w:eastAsia="Times New Roman" w:hAnsi="Times New Roman"/>
                <w:color w:val="000000"/>
                <w:w w:val="97"/>
                <w:sz w:val="16"/>
                <w:lang w:val="ru-RU"/>
              </w:rPr>
              <w:t xml:space="preserve">Моделирование предложения: определение количества слов в предложении и </w:t>
            </w:r>
            <w:r w:rsidRPr="000019FD">
              <w:rPr>
                <w:lang w:val="ru-RU"/>
              </w:rPr>
              <w:br/>
            </w:r>
            <w:r w:rsidRPr="000019FD">
              <w:rPr>
                <w:rFonts w:ascii="Times New Roman" w:eastAsia="Times New Roman" w:hAnsi="Times New Roman"/>
                <w:color w:val="000000"/>
                <w:w w:val="97"/>
                <w:sz w:val="16"/>
                <w:lang w:val="ru-RU"/>
              </w:rPr>
              <w:t xml:space="preserve">обозначение каждого слова полоской; </w:t>
            </w:r>
            <w:r w:rsidRPr="000019FD">
              <w:rPr>
                <w:lang w:val="ru-RU"/>
              </w:rPr>
              <w:br/>
            </w:r>
            <w:r w:rsidRPr="000019FD">
              <w:rPr>
                <w:rFonts w:ascii="Times New Roman" w:eastAsia="Times New Roman" w:hAnsi="Times New Roman"/>
                <w:color w:val="000000"/>
                <w:w w:val="97"/>
                <w:sz w:val="16"/>
                <w:lang w:val="ru-RU"/>
              </w:rPr>
              <w:t>Самостоятельная работа: определение количества слов в предложении, обозначение слов полосками;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73E700"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71BFF7"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3B76E5CE" w14:textId="7777777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C02F1CB"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2.2.</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02AE9F" w14:textId="77777777" w:rsidR="005F0CF1" w:rsidRPr="000019FD" w:rsidRDefault="00F150A0">
            <w:pPr>
              <w:autoSpaceDE w:val="0"/>
              <w:autoSpaceDN w:val="0"/>
              <w:spacing w:before="78" w:after="0" w:line="252" w:lineRule="auto"/>
              <w:ind w:left="72" w:right="288"/>
              <w:rPr>
                <w:lang w:val="ru-RU"/>
              </w:rPr>
            </w:pPr>
            <w:r w:rsidRPr="000019FD">
              <w:rPr>
                <w:rFonts w:ascii="Times New Roman" w:eastAsia="Times New Roman" w:hAnsi="Times New Roman"/>
                <w:color w:val="000000"/>
                <w:w w:val="97"/>
                <w:sz w:val="16"/>
                <w:lang w:val="ru-RU"/>
              </w:rPr>
              <w:t xml:space="preserve">Различение слова и </w:t>
            </w:r>
            <w:r w:rsidRPr="000019FD">
              <w:rPr>
                <w:lang w:val="ru-RU"/>
              </w:rPr>
              <w:br/>
            </w:r>
            <w:r w:rsidRPr="000019FD">
              <w:rPr>
                <w:rFonts w:ascii="Times New Roman" w:eastAsia="Times New Roman" w:hAnsi="Times New Roman"/>
                <w:color w:val="000000"/>
                <w:w w:val="97"/>
                <w:sz w:val="16"/>
                <w:lang w:val="ru-RU"/>
              </w:rPr>
              <w:t xml:space="preserve">обозначаемого им предмета. Восприятие слова как объекта изучения, материала для </w:t>
            </w:r>
            <w:r w:rsidRPr="000019FD">
              <w:rPr>
                <w:lang w:val="ru-RU"/>
              </w:rPr>
              <w:br/>
            </w:r>
            <w:r w:rsidRPr="000019FD">
              <w:rPr>
                <w:rFonts w:ascii="Times New Roman" w:eastAsia="Times New Roman" w:hAnsi="Times New Roman"/>
                <w:color w:val="000000"/>
                <w:w w:val="97"/>
                <w:sz w:val="16"/>
                <w:lang w:val="ru-RU"/>
              </w:rPr>
              <w:t xml:space="preserve">анализа.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9F1D43D"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D681721"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D4C273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88C40B"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21.09.2022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59EC8" w14:textId="77777777" w:rsidR="005F0CF1" w:rsidRPr="000019FD" w:rsidRDefault="00F150A0">
            <w:pPr>
              <w:autoSpaceDE w:val="0"/>
              <w:autoSpaceDN w:val="0"/>
              <w:spacing w:before="78" w:after="0" w:line="252" w:lineRule="auto"/>
              <w:ind w:left="72" w:right="144"/>
              <w:rPr>
                <w:lang w:val="ru-RU"/>
              </w:rPr>
            </w:pPr>
            <w:r w:rsidRPr="000019FD">
              <w:rPr>
                <w:rFonts w:ascii="Times New Roman" w:eastAsia="Times New Roman" w:hAnsi="Times New Roman"/>
                <w:color w:val="000000"/>
                <w:w w:val="97"/>
                <w:sz w:val="16"/>
                <w:lang w:val="ru-RU"/>
              </w:rPr>
              <w:t xml:space="preserve">Игра «Живые слова» (дети играют роль слов в предложении, идёт перестановка слов в предложении, прочтение получившегося); </w:t>
            </w:r>
            <w:r w:rsidRPr="000019FD">
              <w:rPr>
                <w:lang w:val="ru-RU"/>
              </w:rPr>
              <w:br/>
            </w:r>
            <w:r w:rsidRPr="000019FD">
              <w:rPr>
                <w:rFonts w:ascii="Times New Roman" w:eastAsia="Times New Roman" w:hAnsi="Times New Roman"/>
                <w:color w:val="000000"/>
                <w:w w:val="97"/>
                <w:sz w:val="16"/>
                <w:lang w:val="ru-RU"/>
              </w:rP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392EC2"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64C3829E" w14:textId="77777777" w:rsidR="005F0CF1" w:rsidRDefault="00F150A0">
            <w:pPr>
              <w:autoSpaceDE w:val="0"/>
              <w:autoSpaceDN w:val="0"/>
              <w:spacing w:before="78"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3350525D" w14:textId="77777777">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B5AD3B8"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2.3.</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792969" w14:textId="77777777" w:rsidR="005F0CF1" w:rsidRPr="000019FD" w:rsidRDefault="00F150A0">
            <w:pPr>
              <w:autoSpaceDE w:val="0"/>
              <w:autoSpaceDN w:val="0"/>
              <w:spacing w:before="76" w:after="0" w:line="250" w:lineRule="auto"/>
              <w:ind w:left="72" w:right="144"/>
              <w:rPr>
                <w:lang w:val="ru-RU"/>
              </w:rPr>
            </w:pPr>
            <w:r w:rsidRPr="000019FD">
              <w:rPr>
                <w:rFonts w:ascii="Times New Roman" w:eastAsia="Times New Roman" w:hAnsi="Times New Roman"/>
                <w:color w:val="000000"/>
                <w:w w:val="97"/>
                <w:sz w:val="16"/>
                <w:lang w:val="ru-RU"/>
              </w:rPr>
              <w:t xml:space="preserve">Наблюдение над значением </w:t>
            </w:r>
            <w:r w:rsidRPr="000019FD">
              <w:rPr>
                <w:lang w:val="ru-RU"/>
              </w:rPr>
              <w:br/>
            </w:r>
            <w:r w:rsidRPr="000019FD">
              <w:rPr>
                <w:rFonts w:ascii="Times New Roman" w:eastAsia="Times New Roman" w:hAnsi="Times New Roman"/>
                <w:color w:val="000000"/>
                <w:w w:val="97"/>
                <w:sz w:val="16"/>
                <w:lang w:val="ru-RU"/>
              </w:rPr>
              <w:t xml:space="preserve">слова. Активизация и </w:t>
            </w:r>
            <w:r w:rsidRPr="000019FD">
              <w:rPr>
                <w:lang w:val="ru-RU"/>
              </w:rPr>
              <w:br/>
            </w:r>
            <w:r w:rsidRPr="000019FD">
              <w:rPr>
                <w:rFonts w:ascii="Times New Roman" w:eastAsia="Times New Roman" w:hAnsi="Times New Roman"/>
                <w:color w:val="000000"/>
                <w:w w:val="97"/>
                <w:sz w:val="16"/>
                <w:lang w:val="ru-RU"/>
              </w:rPr>
              <w:t>расширение словарного запаса.</w:t>
            </w:r>
          </w:p>
          <w:p w14:paraId="31368CBE" w14:textId="77777777" w:rsidR="005F0CF1" w:rsidRDefault="00F150A0">
            <w:pPr>
              <w:autoSpaceDE w:val="0"/>
              <w:autoSpaceDN w:val="0"/>
              <w:spacing w:before="18" w:after="0" w:line="245" w:lineRule="auto"/>
              <w:ind w:right="1152"/>
              <w:jc w:val="center"/>
            </w:pPr>
            <w:r>
              <w:rPr>
                <w:rFonts w:ascii="Times New Roman" w:eastAsia="Times New Roman" w:hAnsi="Times New Roman"/>
                <w:color w:val="000000"/>
                <w:w w:val="97"/>
                <w:sz w:val="16"/>
              </w:rPr>
              <w:t xml:space="preserve">Включение слов </w:t>
            </w:r>
            <w:r>
              <w:br/>
            </w:r>
            <w:r>
              <w:rPr>
                <w:rFonts w:ascii="Times New Roman" w:eastAsia="Times New Roman" w:hAnsi="Times New Roman"/>
                <w:color w:val="000000"/>
                <w:w w:val="97"/>
                <w:sz w:val="16"/>
              </w:rPr>
              <w:t>в предложение.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4C22892"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9B30D1"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17ACC295"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9B17CF5"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23.09.2022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0913B101" w14:textId="77777777" w:rsidR="005F0CF1" w:rsidRPr="000019FD" w:rsidRDefault="00F150A0">
            <w:pPr>
              <w:autoSpaceDE w:val="0"/>
              <w:autoSpaceDN w:val="0"/>
              <w:spacing w:before="76" w:after="0" w:line="252" w:lineRule="auto"/>
              <w:ind w:left="72" w:right="288"/>
              <w:rPr>
                <w:lang w:val="ru-RU"/>
              </w:rPr>
            </w:pPr>
            <w:r w:rsidRPr="000019FD">
              <w:rPr>
                <w:rFonts w:ascii="Times New Roman" w:eastAsia="Times New Roman" w:hAnsi="Times New Roman"/>
                <w:color w:val="000000"/>
                <w:w w:val="97"/>
                <w:sz w:val="16"/>
                <w:lang w:val="ru-RU"/>
              </w:rPr>
              <w:t xml:space="preserve">Совместная работа: придумывание предложения с заданным словом; </w:t>
            </w:r>
            <w:r w:rsidRPr="000019FD">
              <w:rPr>
                <w:lang w:val="ru-RU"/>
              </w:rPr>
              <w:br/>
            </w:r>
            <w:r w:rsidRPr="000019FD">
              <w:rPr>
                <w:rFonts w:ascii="Times New Roman" w:eastAsia="Times New Roman" w:hAnsi="Times New Roman"/>
                <w:color w:val="000000"/>
                <w:w w:val="97"/>
                <w:sz w:val="16"/>
                <w:lang w:val="ru-RU"/>
              </w:rPr>
              <w:t xml:space="preserve">Игровое упражнение «Снежный ком»: распространение предложений с добавлением слова по цепочке; </w:t>
            </w:r>
            <w:r w:rsidRPr="000019FD">
              <w:rPr>
                <w:lang w:val="ru-RU"/>
              </w:rPr>
              <w:br/>
            </w:r>
            <w:r w:rsidRPr="000019FD">
              <w:rPr>
                <w:rFonts w:ascii="Times New Roman" w:eastAsia="Times New Roman" w:hAnsi="Times New Roman"/>
                <w:color w:val="000000"/>
                <w:w w:val="97"/>
                <w:sz w:val="16"/>
                <w:lang w:val="ru-RU"/>
              </w:rP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37A195A"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E2B6F0F"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3E59E9F8"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B74914E"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2.4.</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1F716CF" w14:textId="77777777" w:rsidR="005F0CF1" w:rsidRPr="000019FD" w:rsidRDefault="00F150A0">
            <w:pPr>
              <w:autoSpaceDE w:val="0"/>
              <w:autoSpaceDN w:val="0"/>
              <w:spacing w:before="78" w:after="0" w:line="245" w:lineRule="auto"/>
              <w:ind w:left="72" w:right="144"/>
              <w:rPr>
                <w:lang w:val="ru-RU"/>
              </w:rPr>
            </w:pPr>
            <w:r w:rsidRPr="000019FD">
              <w:rPr>
                <w:rFonts w:ascii="Times New Roman" w:eastAsia="Times New Roman" w:hAnsi="Times New Roman"/>
                <w:color w:val="000000"/>
                <w:w w:val="97"/>
                <w:sz w:val="16"/>
                <w:lang w:val="ru-RU"/>
              </w:rPr>
              <w:t>Осознание единства звукового состава слова и его значения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32C2E3"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96B6771"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786C1FF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712E5E6"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26.09.2022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5B0A97F9" w14:textId="77777777" w:rsidR="005F0CF1" w:rsidRPr="000019FD" w:rsidRDefault="00F150A0">
            <w:pPr>
              <w:autoSpaceDE w:val="0"/>
              <w:autoSpaceDN w:val="0"/>
              <w:spacing w:before="78" w:after="0" w:line="247" w:lineRule="auto"/>
              <w:ind w:left="72" w:right="288"/>
              <w:rPr>
                <w:lang w:val="ru-RU"/>
              </w:rPr>
            </w:pPr>
            <w:r w:rsidRPr="000019FD">
              <w:rPr>
                <w:rFonts w:ascii="Times New Roman" w:eastAsia="Times New Roman" w:hAnsi="Times New Roman"/>
                <w:color w:val="000000"/>
                <w:w w:val="97"/>
                <w:sz w:val="16"/>
                <w:lang w:val="ru-RU"/>
              </w:rP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75091E"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64EB9FAF"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612C948B" w14:textId="77777777">
        <w:trPr>
          <w:trHeight w:hRule="exact" w:val="348"/>
        </w:trPr>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A71B06E"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68A1D91"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5</w:t>
            </w:r>
          </w:p>
        </w:tc>
        <w:tc>
          <w:tcPr>
            <w:tcW w:w="120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B9D0098" w14:textId="77777777" w:rsidR="005F0CF1" w:rsidRDefault="005F0CF1"/>
        </w:tc>
      </w:tr>
      <w:tr w:rsidR="005F0CF1" w14:paraId="1A0900EA" w14:textId="77777777">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064B83B9"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 xml:space="preserve">Раздел 3. </w:t>
            </w:r>
            <w:r>
              <w:rPr>
                <w:rFonts w:ascii="Times New Roman" w:eastAsia="Times New Roman" w:hAnsi="Times New Roman"/>
                <w:b/>
                <w:color w:val="000000"/>
                <w:w w:val="97"/>
                <w:sz w:val="16"/>
              </w:rPr>
              <w:t>Чтение. Графика.</w:t>
            </w:r>
          </w:p>
        </w:tc>
      </w:tr>
      <w:tr w:rsidR="005F0CF1" w14:paraId="37510D63"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674C707"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lastRenderedPageBreak/>
              <w:t>3.1.</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045653" w14:textId="77777777" w:rsidR="005F0CF1" w:rsidRPr="000019FD" w:rsidRDefault="00F150A0">
            <w:pPr>
              <w:autoSpaceDE w:val="0"/>
              <w:autoSpaceDN w:val="0"/>
              <w:spacing w:before="76" w:after="0" w:line="250" w:lineRule="auto"/>
              <w:ind w:left="72"/>
              <w:rPr>
                <w:lang w:val="ru-RU"/>
              </w:rPr>
            </w:pPr>
            <w:r w:rsidRPr="000019FD">
              <w:rPr>
                <w:rFonts w:ascii="Times New Roman" w:eastAsia="Times New Roman" w:hAnsi="Times New Roman"/>
                <w:color w:val="000000"/>
                <w:w w:val="97"/>
                <w:sz w:val="16"/>
                <w:lang w:val="ru-RU"/>
              </w:rPr>
              <w:t xml:space="preserve">Формирование навыка слогового чтения (ориентация на букву, </w:t>
            </w:r>
            <w:r w:rsidRPr="000019FD">
              <w:rPr>
                <w:lang w:val="ru-RU"/>
              </w:rPr>
              <w:br/>
            </w:r>
            <w:r w:rsidRPr="000019FD">
              <w:rPr>
                <w:rFonts w:ascii="Times New Roman" w:eastAsia="Times New Roman" w:hAnsi="Times New Roman"/>
                <w:color w:val="000000"/>
                <w:w w:val="97"/>
                <w:sz w:val="16"/>
                <w:lang w:val="ru-RU"/>
              </w:rPr>
              <w:t>обозначающую гласный звук).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6706E85"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4C98EB"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F93367B"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9DCE9F"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28.09.2022 03.10.2022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0C7D9B" w14:textId="77777777" w:rsidR="005F0CF1" w:rsidRPr="000019FD" w:rsidRDefault="00F150A0">
            <w:pPr>
              <w:autoSpaceDE w:val="0"/>
              <w:autoSpaceDN w:val="0"/>
              <w:spacing w:before="76" w:after="0" w:line="245" w:lineRule="auto"/>
              <w:ind w:left="72" w:right="144"/>
              <w:rPr>
                <w:lang w:val="ru-RU"/>
              </w:rPr>
            </w:pPr>
            <w:r w:rsidRPr="000019FD">
              <w:rPr>
                <w:rFonts w:ascii="Times New Roman" w:eastAsia="Times New Roman" w:hAnsi="Times New Roman"/>
                <w:color w:val="000000"/>
                <w:w w:val="97"/>
                <w:sz w:val="16"/>
                <w:lang w:val="ru-RU"/>
              </w:rPr>
              <w:t>Работа с пособием «Окошечки»: отработка умения читать слоги с изменением буквы гласного;</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C3B86F6"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B57B88"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4AA73B8E" w14:textId="77777777">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7B67E8"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3.2.</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84DFA10" w14:textId="77777777" w:rsidR="005F0CF1" w:rsidRPr="000019FD" w:rsidRDefault="00F150A0">
            <w:pPr>
              <w:autoSpaceDE w:val="0"/>
              <w:autoSpaceDN w:val="0"/>
              <w:spacing w:before="76" w:after="0" w:line="250" w:lineRule="auto"/>
              <w:ind w:left="72" w:right="288"/>
              <w:rPr>
                <w:lang w:val="ru-RU"/>
              </w:rPr>
            </w:pPr>
            <w:r w:rsidRPr="000019FD">
              <w:rPr>
                <w:rFonts w:ascii="Times New Roman" w:eastAsia="Times New Roman" w:hAnsi="Times New Roman"/>
                <w:color w:val="000000"/>
                <w:w w:val="97"/>
                <w:sz w:val="16"/>
                <w:lang w:val="ru-RU"/>
              </w:rPr>
              <w:t>Плавное слоговое чтение и чтение целыми словами со скоростью, соответствующей индивидуальному темпу.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27EF5EE"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AD7531"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875A873"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34CC20D7"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05.10.2022 10.10.2022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1614A283" w14:textId="77777777" w:rsidR="005F0CF1" w:rsidRPr="000019FD" w:rsidRDefault="00F150A0">
            <w:pPr>
              <w:autoSpaceDE w:val="0"/>
              <w:autoSpaceDN w:val="0"/>
              <w:spacing w:before="76" w:after="0" w:line="250" w:lineRule="auto"/>
              <w:ind w:left="72" w:right="288"/>
              <w:rPr>
                <w:lang w:val="ru-RU"/>
              </w:rPr>
            </w:pPr>
            <w:r w:rsidRPr="000019FD">
              <w:rPr>
                <w:rFonts w:ascii="Times New Roman" w:eastAsia="Times New Roman" w:hAnsi="Times New Roman"/>
                <w:color w:val="000000"/>
                <w:w w:val="97"/>
                <w:sz w:val="16"/>
                <w:lang w:val="ru-RU"/>
              </w:rPr>
              <w:t xml:space="preserve">Упражнение: соотнесение прочитанного слога с картинкой, в названии которой есть этот слог; </w:t>
            </w:r>
            <w:r w:rsidRPr="000019FD">
              <w:rPr>
                <w:lang w:val="ru-RU"/>
              </w:rPr>
              <w:br/>
            </w:r>
            <w:r w:rsidRPr="000019FD">
              <w:rPr>
                <w:rFonts w:ascii="Times New Roman" w:eastAsia="Times New Roman" w:hAnsi="Times New Roman"/>
                <w:color w:val="000000"/>
                <w:w w:val="97"/>
                <w:sz w:val="16"/>
                <w:lang w:val="ru-RU"/>
              </w:rPr>
              <w:t>Упражнение: соотнесение прочитанных слов с картинками, на которых изображены соответствующие предметы;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0AB3D3A"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458B868"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bl>
    <w:p w14:paraId="0CA4A542" w14:textId="77777777" w:rsidR="005F0CF1" w:rsidRDefault="005F0CF1">
      <w:pPr>
        <w:autoSpaceDE w:val="0"/>
        <w:autoSpaceDN w:val="0"/>
        <w:spacing w:after="0" w:line="14" w:lineRule="exact"/>
      </w:pPr>
    </w:p>
    <w:tbl>
      <w:tblPr>
        <w:tblW w:w="0" w:type="auto"/>
        <w:tblInd w:w="6" w:type="dxa"/>
        <w:tblLayout w:type="fixed"/>
        <w:tblLook w:val="04A0" w:firstRow="1" w:lastRow="0" w:firstColumn="1" w:lastColumn="0" w:noHBand="0" w:noVBand="1"/>
      </w:tblPr>
      <w:tblGrid>
        <w:gridCol w:w="468"/>
        <w:gridCol w:w="2414"/>
        <w:gridCol w:w="528"/>
        <w:gridCol w:w="1104"/>
        <w:gridCol w:w="1142"/>
        <w:gridCol w:w="864"/>
        <w:gridCol w:w="6052"/>
        <w:gridCol w:w="1080"/>
        <w:gridCol w:w="1850"/>
      </w:tblGrid>
      <w:tr w:rsidR="005F0CF1" w14:paraId="7CC33744" w14:textId="7777777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EF4E19"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3.3.</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5793F344" w14:textId="77777777" w:rsidR="005F0CF1" w:rsidRPr="000019FD" w:rsidRDefault="00F150A0">
            <w:pPr>
              <w:autoSpaceDE w:val="0"/>
              <w:autoSpaceDN w:val="0"/>
              <w:spacing w:before="78" w:after="0" w:line="252" w:lineRule="auto"/>
              <w:ind w:left="72"/>
              <w:rPr>
                <w:lang w:val="ru-RU"/>
              </w:rPr>
            </w:pPr>
            <w:r w:rsidRPr="000019FD">
              <w:rPr>
                <w:rFonts w:ascii="Times New Roman" w:eastAsia="Times New Roman" w:hAnsi="Times New Roman"/>
                <w:color w:val="000000"/>
                <w:w w:val="97"/>
                <w:sz w:val="16"/>
                <w:lang w:val="ru-RU"/>
              </w:rPr>
              <w:t xml:space="preserve">Осознанное чтение слов, </w:t>
            </w:r>
            <w:r w:rsidRPr="000019FD">
              <w:rPr>
                <w:lang w:val="ru-RU"/>
              </w:rPr>
              <w:br/>
            </w:r>
            <w:r w:rsidRPr="000019FD">
              <w:rPr>
                <w:rFonts w:ascii="Times New Roman" w:eastAsia="Times New Roman" w:hAnsi="Times New Roman"/>
                <w:color w:val="000000"/>
                <w:w w:val="97"/>
                <w:sz w:val="16"/>
                <w:lang w:val="ru-RU"/>
              </w:rPr>
              <w:t xml:space="preserve">словосочетаний, предложений. Чтение с интонациями и паузами в соответствии со знаками </w:t>
            </w:r>
            <w:r w:rsidRPr="000019FD">
              <w:rPr>
                <w:lang w:val="ru-RU"/>
              </w:rPr>
              <w:br/>
            </w:r>
            <w:r w:rsidRPr="000019FD">
              <w:rPr>
                <w:rFonts w:ascii="Times New Roman" w:eastAsia="Times New Roman" w:hAnsi="Times New Roman"/>
                <w:color w:val="000000"/>
                <w:w w:val="97"/>
                <w:sz w:val="16"/>
                <w:lang w:val="ru-RU"/>
              </w:rPr>
              <w:t>препинания.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1E85DE7"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A675DD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A8771F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92C1CC6"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12.10.2022 17.10.2022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C589E10" w14:textId="77777777" w:rsidR="005F0CF1" w:rsidRPr="000019FD" w:rsidRDefault="00F150A0">
            <w:pPr>
              <w:autoSpaceDE w:val="0"/>
              <w:autoSpaceDN w:val="0"/>
              <w:spacing w:before="78" w:after="0" w:line="252" w:lineRule="auto"/>
              <w:ind w:left="72" w:right="144"/>
              <w:rPr>
                <w:lang w:val="ru-RU"/>
              </w:rPr>
            </w:pPr>
            <w:r w:rsidRPr="000019FD">
              <w:rPr>
                <w:rFonts w:ascii="Times New Roman" w:eastAsia="Times New Roman" w:hAnsi="Times New Roman"/>
                <w:color w:val="000000"/>
                <w:w w:val="97"/>
                <w:sz w:val="16"/>
                <w:lang w:val="ru-RU"/>
              </w:rPr>
              <w:t xml:space="preserve">Работа в парах: соединение начала и конца предложения из нескольких предложенных вариантов; </w:t>
            </w:r>
            <w:r w:rsidRPr="000019FD">
              <w:rPr>
                <w:lang w:val="ru-RU"/>
              </w:rPr>
              <w:br/>
            </w:r>
            <w:r w:rsidRPr="000019FD">
              <w:rPr>
                <w:rFonts w:ascii="Times New Roman" w:eastAsia="Times New Roman" w:hAnsi="Times New Roman"/>
                <w:color w:val="000000"/>
                <w:w w:val="97"/>
                <w:sz w:val="16"/>
                <w:lang w:val="ru-RU"/>
              </w:rPr>
              <w:t>Игровое упражнение «Заверши предложение», отрабатывается умение завершать прочитанные незаконченные предло​ жения с опорой на общий смысл предложения; Подбирать пропущенные в предложении слова, ориентируясь на смысл предложения;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7EB4A63F"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735AC84D"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74012723" w14:textId="77777777">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2C314C"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3.4.</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6C2BB8" w14:textId="77777777" w:rsidR="005F0CF1" w:rsidRPr="000019FD" w:rsidRDefault="00F150A0">
            <w:pPr>
              <w:autoSpaceDE w:val="0"/>
              <w:autoSpaceDN w:val="0"/>
              <w:spacing w:before="78" w:after="0" w:line="250" w:lineRule="auto"/>
              <w:ind w:left="72" w:right="144"/>
              <w:rPr>
                <w:lang w:val="ru-RU"/>
              </w:rPr>
            </w:pPr>
            <w:r w:rsidRPr="000019FD">
              <w:rPr>
                <w:rFonts w:ascii="Times New Roman" w:eastAsia="Times New Roman" w:hAnsi="Times New Roman"/>
                <w:color w:val="000000"/>
                <w:w w:val="97"/>
                <w:sz w:val="16"/>
                <w:lang w:val="ru-RU"/>
              </w:rPr>
              <w:t xml:space="preserve">Развитие осознанности и </w:t>
            </w:r>
            <w:r w:rsidRPr="000019FD">
              <w:rPr>
                <w:lang w:val="ru-RU"/>
              </w:rPr>
              <w:br/>
            </w:r>
            <w:r w:rsidRPr="000019FD">
              <w:rPr>
                <w:rFonts w:ascii="Times New Roman" w:eastAsia="Times New Roman" w:hAnsi="Times New Roman"/>
                <w:color w:val="000000"/>
                <w:w w:val="97"/>
                <w:sz w:val="16"/>
                <w:lang w:val="ru-RU"/>
              </w:rPr>
              <w:t xml:space="preserve">выразительности чтения на </w:t>
            </w:r>
            <w:r w:rsidRPr="000019FD">
              <w:rPr>
                <w:lang w:val="ru-RU"/>
              </w:rPr>
              <w:br/>
            </w:r>
            <w:r w:rsidRPr="000019FD">
              <w:rPr>
                <w:rFonts w:ascii="Times New Roman" w:eastAsia="Times New Roman" w:hAnsi="Times New Roman"/>
                <w:color w:val="000000"/>
                <w:w w:val="97"/>
                <w:sz w:val="16"/>
                <w:lang w:val="ru-RU"/>
              </w:rPr>
              <w:t>материале небольших текстов и стихотворений.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AD5F60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D4C4FA0"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39778DF"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04BFB4"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19.10.2022 24.10.2022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023B3B2E" w14:textId="77777777" w:rsidR="005F0CF1" w:rsidRPr="000019FD" w:rsidRDefault="00F150A0">
            <w:pPr>
              <w:autoSpaceDE w:val="0"/>
              <w:autoSpaceDN w:val="0"/>
              <w:spacing w:before="78" w:after="0" w:line="230" w:lineRule="auto"/>
              <w:ind w:left="72"/>
              <w:rPr>
                <w:lang w:val="ru-RU"/>
              </w:rPr>
            </w:pPr>
            <w:r w:rsidRPr="000019FD">
              <w:rPr>
                <w:rFonts w:ascii="Times New Roman" w:eastAsia="Times New Roman" w:hAnsi="Times New Roman"/>
                <w:color w:val="000000"/>
                <w:w w:val="97"/>
                <w:sz w:val="16"/>
                <w:lang w:val="ru-RU"/>
              </w:rPr>
              <w:t>Работа в парах: тренировка в выразительном чтении;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3559FE92"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5887FCFC"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047FF194"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B475084"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3.5.</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E8B9E3" w14:textId="77777777" w:rsidR="005F0CF1" w:rsidRPr="000019FD" w:rsidRDefault="00F150A0">
            <w:pPr>
              <w:autoSpaceDE w:val="0"/>
              <w:autoSpaceDN w:val="0"/>
              <w:spacing w:before="76" w:after="0" w:line="250" w:lineRule="auto"/>
              <w:ind w:left="72" w:right="144"/>
              <w:rPr>
                <w:lang w:val="ru-RU"/>
              </w:rPr>
            </w:pPr>
            <w:r w:rsidRPr="000019FD">
              <w:rPr>
                <w:rFonts w:ascii="Times New Roman" w:eastAsia="Times New Roman" w:hAnsi="Times New Roman"/>
                <w:color w:val="000000"/>
                <w:w w:val="97"/>
                <w:sz w:val="16"/>
                <w:lang w:val="ru-RU"/>
              </w:rPr>
              <w:t xml:space="preserve">Знакомство с орфоэпическим </w:t>
            </w:r>
            <w:r w:rsidRPr="000019FD">
              <w:rPr>
                <w:lang w:val="ru-RU"/>
              </w:rPr>
              <w:br/>
            </w:r>
            <w:r w:rsidRPr="000019FD">
              <w:rPr>
                <w:rFonts w:ascii="Times New Roman" w:eastAsia="Times New Roman" w:hAnsi="Times New Roman"/>
                <w:color w:val="000000"/>
                <w:w w:val="97"/>
                <w:sz w:val="16"/>
                <w:lang w:val="ru-RU"/>
              </w:rPr>
              <w:t>чтением (при переходе к чтению целыми словами).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2FFC86"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BF79053"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3688C5B"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6CDD4E7B"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26.10.2022 09.11.2022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0118B335" w14:textId="77777777" w:rsidR="005F0CF1" w:rsidRPr="000019FD" w:rsidRDefault="00F150A0">
            <w:pPr>
              <w:autoSpaceDE w:val="0"/>
              <w:autoSpaceDN w:val="0"/>
              <w:spacing w:before="76" w:after="0" w:line="250" w:lineRule="auto"/>
              <w:ind w:left="72"/>
              <w:rPr>
                <w:lang w:val="ru-RU"/>
              </w:rPr>
            </w:pPr>
            <w:r w:rsidRPr="000019FD">
              <w:rPr>
                <w:rFonts w:ascii="Times New Roman" w:eastAsia="Times New Roman" w:hAnsi="Times New Roman"/>
                <w:color w:val="000000"/>
                <w:w w:val="97"/>
                <w:sz w:val="16"/>
                <w:lang w:val="ru-RU"/>
              </w:rPr>
              <w:t xml:space="preserve">Рассказ учителя о важности двух видов чтения: орфографического и орфоэпического, о целях этих двух видов чтения; </w:t>
            </w:r>
            <w:r w:rsidRPr="000019FD">
              <w:rPr>
                <w:lang w:val="ru-RU"/>
              </w:rPr>
              <w:br/>
            </w:r>
            <w:r w:rsidRPr="000019FD">
              <w:rPr>
                <w:rFonts w:ascii="Times New Roman" w:eastAsia="Times New Roman" w:hAnsi="Times New Roman"/>
                <w:color w:val="000000"/>
                <w:w w:val="97"/>
                <w:sz w:val="16"/>
                <w:lang w:val="ru-RU"/>
              </w:rPr>
              <w:t>Практическая работа: овладение орфоэпическим чтением;</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B9FA8BC"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718FBC8"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348969E5"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63624A"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3.6.</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6EBE96D2" w14:textId="77777777" w:rsidR="005F0CF1" w:rsidRPr="000019FD" w:rsidRDefault="00F150A0">
            <w:pPr>
              <w:autoSpaceDE w:val="0"/>
              <w:autoSpaceDN w:val="0"/>
              <w:spacing w:before="76" w:after="0" w:line="250" w:lineRule="auto"/>
              <w:ind w:left="72" w:right="144"/>
              <w:rPr>
                <w:lang w:val="ru-RU"/>
              </w:rPr>
            </w:pPr>
            <w:r w:rsidRPr="000019FD">
              <w:rPr>
                <w:rFonts w:ascii="Times New Roman" w:eastAsia="Times New Roman" w:hAnsi="Times New Roman"/>
                <w:color w:val="000000"/>
                <w:w w:val="97"/>
                <w:sz w:val="16"/>
                <w:lang w:val="ru-RU"/>
              </w:rPr>
              <w:t xml:space="preserve">Орфографическое чтение </w:t>
            </w:r>
            <w:r w:rsidRPr="000019FD">
              <w:rPr>
                <w:lang w:val="ru-RU"/>
              </w:rPr>
              <w:br/>
            </w:r>
            <w:r w:rsidRPr="000019FD">
              <w:rPr>
                <w:rFonts w:ascii="Times New Roman" w:eastAsia="Times New Roman" w:hAnsi="Times New Roman"/>
                <w:color w:val="000000"/>
                <w:w w:val="97"/>
                <w:sz w:val="16"/>
                <w:lang w:val="ru-RU"/>
              </w:rPr>
              <w:t>(проговаривание) как средство самоконтроля при письме под диктовку и при списывании.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0ACE808"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4E4A8F"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6A8F06A5"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BFED8B6"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11.11.2022 18.11.2022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CC7FC1" w14:textId="77777777" w:rsidR="005F0CF1" w:rsidRPr="000019FD" w:rsidRDefault="00F150A0">
            <w:pPr>
              <w:autoSpaceDE w:val="0"/>
              <w:autoSpaceDN w:val="0"/>
              <w:spacing w:before="76" w:after="0" w:line="250" w:lineRule="auto"/>
              <w:ind w:left="72" w:right="288"/>
              <w:rPr>
                <w:lang w:val="ru-RU"/>
              </w:rPr>
            </w:pPr>
            <w:r w:rsidRPr="000019FD">
              <w:rPr>
                <w:rFonts w:ascii="Times New Roman" w:eastAsia="Times New Roman" w:hAnsi="Times New Roman"/>
                <w:color w:val="000000"/>
                <w:w w:val="97"/>
                <w:sz w:val="16"/>
                <w:lang w:val="ru-RU"/>
              </w:rP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4DED73"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9B228E"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72EF4C58"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6B03489"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3.7.</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DC240B" w14:textId="77777777" w:rsidR="005F0CF1" w:rsidRDefault="00F150A0">
            <w:pPr>
              <w:autoSpaceDE w:val="0"/>
              <w:autoSpaceDN w:val="0"/>
              <w:spacing w:before="78" w:after="0" w:line="245" w:lineRule="auto"/>
              <w:ind w:left="72"/>
            </w:pPr>
            <w:r w:rsidRPr="000019FD">
              <w:rPr>
                <w:rFonts w:ascii="Times New Roman" w:eastAsia="Times New Roman" w:hAnsi="Times New Roman"/>
                <w:color w:val="000000"/>
                <w:w w:val="97"/>
                <w:sz w:val="16"/>
                <w:lang w:val="ru-RU"/>
              </w:rPr>
              <w:t xml:space="preserve">Звук и буква. Буква как знак </w:t>
            </w:r>
            <w:r w:rsidRPr="000019FD">
              <w:rPr>
                <w:lang w:val="ru-RU"/>
              </w:rPr>
              <w:br/>
            </w:r>
            <w:r w:rsidRPr="000019FD">
              <w:rPr>
                <w:rFonts w:ascii="Times New Roman" w:eastAsia="Times New Roman" w:hAnsi="Times New Roman"/>
                <w:color w:val="000000"/>
                <w:w w:val="97"/>
                <w:sz w:val="16"/>
                <w:lang w:val="ru-RU"/>
              </w:rPr>
              <w:t xml:space="preserve">звука. </w:t>
            </w:r>
            <w:r>
              <w:rPr>
                <w:rFonts w:ascii="Times New Roman" w:eastAsia="Times New Roman" w:hAnsi="Times New Roman"/>
                <w:color w:val="000000"/>
                <w:w w:val="97"/>
                <w:sz w:val="16"/>
              </w:rPr>
              <w:t>Различение звука и буквы.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5F7D49"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56115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AE4284F"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DEB3DE4"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21.11.2022 28.11.2022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44B25E98" w14:textId="77777777" w:rsidR="005F0CF1" w:rsidRPr="000019FD" w:rsidRDefault="00F150A0">
            <w:pPr>
              <w:autoSpaceDE w:val="0"/>
              <w:autoSpaceDN w:val="0"/>
              <w:spacing w:before="78" w:after="0" w:line="245" w:lineRule="auto"/>
              <w:ind w:left="72"/>
              <w:rPr>
                <w:lang w:val="ru-RU"/>
              </w:rPr>
            </w:pPr>
            <w:r w:rsidRPr="000019FD">
              <w:rPr>
                <w:rFonts w:ascii="Times New Roman" w:eastAsia="Times New Roman" w:hAnsi="Times New Roman"/>
                <w:color w:val="000000"/>
                <w:w w:val="97"/>
                <w:sz w:val="16"/>
                <w:lang w:val="ru-RU"/>
              </w:rPr>
              <w:t>Игровое упражнение «Найди нужную букву» (отрабатывается умение соотносить звук и соответствующую ему букву);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9E3D659"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4A2C1BE"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0F55A6E2"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150C041"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3.8.</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1EC7A37" w14:textId="77777777" w:rsidR="005F0CF1" w:rsidRPr="000019FD" w:rsidRDefault="00F150A0">
            <w:pPr>
              <w:autoSpaceDE w:val="0"/>
              <w:autoSpaceDN w:val="0"/>
              <w:spacing w:before="78" w:after="0" w:line="247" w:lineRule="auto"/>
              <w:ind w:left="72" w:right="144"/>
              <w:rPr>
                <w:lang w:val="ru-RU"/>
              </w:rPr>
            </w:pPr>
            <w:r w:rsidRPr="000019FD">
              <w:rPr>
                <w:rFonts w:ascii="Times New Roman" w:eastAsia="Times New Roman" w:hAnsi="Times New Roman"/>
                <w:color w:val="000000"/>
                <w:w w:val="97"/>
                <w:sz w:val="16"/>
                <w:lang w:val="ru-RU"/>
              </w:rPr>
              <w:t>Буквы, обозначающие гласные звуки. Буквы, обозначающие согласные звуки.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1992CF"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821C85F"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310AEB1"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20A8F66"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30.11.2022 07.12.2022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0A2C0065" w14:textId="77777777" w:rsidR="005F0CF1" w:rsidRPr="000019FD" w:rsidRDefault="00F150A0">
            <w:pPr>
              <w:autoSpaceDE w:val="0"/>
              <w:autoSpaceDN w:val="0"/>
              <w:spacing w:before="78" w:after="0" w:line="247" w:lineRule="auto"/>
              <w:ind w:left="72" w:right="576"/>
              <w:rPr>
                <w:lang w:val="ru-RU"/>
              </w:rPr>
            </w:pPr>
            <w:r w:rsidRPr="000019FD">
              <w:rPr>
                <w:rFonts w:ascii="Times New Roman" w:eastAsia="Times New Roman" w:hAnsi="Times New Roman"/>
                <w:color w:val="000000"/>
                <w:w w:val="97"/>
                <w:sz w:val="16"/>
                <w:lang w:val="ru-RU"/>
              </w:rPr>
              <w:t xml:space="preserve">Совместная работа: объяснение функции букв, обозначающих гласные звуки в открытом слоге: буквы гласных как показатель твёрдости — мягкости </w:t>
            </w:r>
            <w:r w:rsidRPr="000019FD">
              <w:rPr>
                <w:lang w:val="ru-RU"/>
              </w:rPr>
              <w:br/>
            </w:r>
            <w:r w:rsidRPr="000019FD">
              <w:rPr>
                <w:rFonts w:ascii="Times New Roman" w:eastAsia="Times New Roman" w:hAnsi="Times New Roman"/>
                <w:color w:val="000000"/>
                <w:w w:val="97"/>
                <w:sz w:val="16"/>
                <w:lang w:val="ru-RU"/>
              </w:rPr>
              <w:t>предшествующих согласных звуков;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17C8FB"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C86180F"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77756A7D" w14:textId="77777777">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3EFDEC0"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3.9.</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044163DD" w14:textId="77777777" w:rsidR="005F0CF1" w:rsidRPr="000019FD" w:rsidRDefault="00F150A0">
            <w:pPr>
              <w:autoSpaceDE w:val="0"/>
              <w:autoSpaceDN w:val="0"/>
              <w:spacing w:before="78" w:after="0" w:line="245" w:lineRule="auto"/>
              <w:ind w:left="72"/>
              <w:rPr>
                <w:lang w:val="ru-RU"/>
              </w:rPr>
            </w:pPr>
            <w:r w:rsidRPr="000019FD">
              <w:rPr>
                <w:rFonts w:ascii="Times New Roman" w:eastAsia="Times New Roman" w:hAnsi="Times New Roman"/>
                <w:color w:val="000000"/>
                <w:w w:val="97"/>
                <w:sz w:val="16"/>
                <w:lang w:val="ru-RU"/>
              </w:rPr>
              <w:t>Овладение слоговым принципом русской графики.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BA0CF47"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3CC743"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DB5217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78D1C10C"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09.12.2022 16.12.2022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21E7DC00" w14:textId="77777777" w:rsidR="005F0CF1" w:rsidRPr="000019FD" w:rsidRDefault="00F150A0">
            <w:pPr>
              <w:autoSpaceDE w:val="0"/>
              <w:autoSpaceDN w:val="0"/>
              <w:spacing w:before="78" w:after="0" w:line="250" w:lineRule="auto"/>
              <w:ind w:left="72" w:right="576"/>
              <w:rPr>
                <w:lang w:val="ru-RU"/>
              </w:rPr>
            </w:pPr>
            <w:r w:rsidRPr="000019FD">
              <w:rPr>
                <w:rFonts w:ascii="Times New Roman" w:eastAsia="Times New Roman" w:hAnsi="Times New Roman"/>
                <w:color w:val="000000"/>
                <w:w w:val="97"/>
                <w:sz w:val="16"/>
                <w:lang w:val="ru-RU"/>
              </w:rPr>
              <w:t xml:space="preserve">Совместная работа: объяснение функции букв, обозначающих гласные звуки в открытом слоге: буквы гласных как показатель твёрдости — мягкости </w:t>
            </w:r>
            <w:r w:rsidRPr="000019FD">
              <w:rPr>
                <w:lang w:val="ru-RU"/>
              </w:rPr>
              <w:br/>
            </w:r>
            <w:r w:rsidRPr="000019FD">
              <w:rPr>
                <w:rFonts w:ascii="Times New Roman" w:eastAsia="Times New Roman" w:hAnsi="Times New Roman"/>
                <w:color w:val="000000"/>
                <w:w w:val="97"/>
                <w:sz w:val="16"/>
                <w:lang w:val="ru-RU"/>
              </w:rPr>
              <w:t>предшествующих согласных звуков;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6EFC28B"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072078" w14:textId="77777777" w:rsidR="005F0CF1" w:rsidRDefault="00F150A0">
            <w:pPr>
              <w:autoSpaceDE w:val="0"/>
              <w:autoSpaceDN w:val="0"/>
              <w:spacing w:before="78"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639893C2"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8347E0"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3.10.</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D694FFD" w14:textId="77777777" w:rsidR="005F0CF1" w:rsidRPr="000019FD" w:rsidRDefault="00F150A0">
            <w:pPr>
              <w:autoSpaceDE w:val="0"/>
              <w:autoSpaceDN w:val="0"/>
              <w:spacing w:before="76" w:after="0" w:line="250" w:lineRule="auto"/>
              <w:ind w:left="72"/>
              <w:rPr>
                <w:lang w:val="ru-RU"/>
              </w:rPr>
            </w:pPr>
            <w:r w:rsidRPr="000019FD">
              <w:rPr>
                <w:rFonts w:ascii="Times New Roman" w:eastAsia="Times New Roman" w:hAnsi="Times New Roman"/>
                <w:color w:val="000000"/>
                <w:w w:val="97"/>
                <w:sz w:val="16"/>
                <w:lang w:val="ru-RU"/>
              </w:rPr>
              <w:t>Буквы гласных как показатель твёрдости — мягкости согласных звуков.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0C2E813E"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F20E350"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BBD7251"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DD769D1"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19.12.2022 26.12.2022</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1C0328FB" w14:textId="77777777" w:rsidR="005F0CF1" w:rsidRPr="000019FD" w:rsidRDefault="00F150A0">
            <w:pPr>
              <w:autoSpaceDE w:val="0"/>
              <w:autoSpaceDN w:val="0"/>
              <w:spacing w:before="76" w:after="0" w:line="250" w:lineRule="auto"/>
              <w:ind w:left="72" w:right="576"/>
              <w:rPr>
                <w:lang w:val="ru-RU"/>
              </w:rPr>
            </w:pPr>
            <w:r w:rsidRPr="000019FD">
              <w:rPr>
                <w:rFonts w:ascii="Times New Roman" w:eastAsia="Times New Roman" w:hAnsi="Times New Roman"/>
                <w:color w:val="000000"/>
                <w:w w:val="97"/>
                <w:sz w:val="16"/>
                <w:lang w:val="ru-RU"/>
              </w:rPr>
              <w:t xml:space="preserve">Совместная работа: объяснение функции букв, обозначающих гласные звуки в открытом слоге: буквы гласных как показатель твёрдости — мягкости </w:t>
            </w:r>
            <w:r w:rsidRPr="000019FD">
              <w:rPr>
                <w:lang w:val="ru-RU"/>
              </w:rPr>
              <w:br/>
            </w:r>
            <w:r w:rsidRPr="000019FD">
              <w:rPr>
                <w:rFonts w:ascii="Times New Roman" w:eastAsia="Times New Roman" w:hAnsi="Times New Roman"/>
                <w:color w:val="000000"/>
                <w:w w:val="97"/>
                <w:sz w:val="16"/>
                <w:lang w:val="ru-RU"/>
              </w:rPr>
              <w:t>предшествующих согласных звуков;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47E58C"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13E06D3"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1CD075B8" w14:textId="77777777">
        <w:trPr>
          <w:trHeight w:hRule="exact" w:val="14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F6961C6"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lastRenderedPageBreak/>
              <w:t>3.11.</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8D8E323" w14:textId="77777777" w:rsidR="005F0CF1" w:rsidRPr="000019FD" w:rsidRDefault="00F150A0">
            <w:pPr>
              <w:autoSpaceDE w:val="0"/>
              <w:autoSpaceDN w:val="0"/>
              <w:spacing w:before="76" w:after="0" w:line="252" w:lineRule="auto"/>
              <w:ind w:left="72" w:right="144"/>
              <w:rPr>
                <w:lang w:val="ru-RU"/>
              </w:rPr>
            </w:pPr>
            <w:r w:rsidRPr="000019FD">
              <w:rPr>
                <w:rFonts w:ascii="Times New Roman" w:eastAsia="Times New Roman" w:hAnsi="Times New Roman"/>
                <w:color w:val="000000"/>
                <w:w w:val="97"/>
                <w:sz w:val="16"/>
                <w:lang w:val="ru-RU"/>
              </w:rPr>
              <w:t xml:space="preserve">Функции букв, обозначающих гласный звук в открытом слоге: обозначение гласного звука и указание на твёрдость или </w:t>
            </w:r>
            <w:r w:rsidRPr="000019FD">
              <w:rPr>
                <w:lang w:val="ru-RU"/>
              </w:rPr>
              <w:br/>
            </w:r>
            <w:r w:rsidRPr="000019FD">
              <w:rPr>
                <w:rFonts w:ascii="Times New Roman" w:eastAsia="Times New Roman" w:hAnsi="Times New Roman"/>
                <w:color w:val="000000"/>
                <w:w w:val="97"/>
                <w:sz w:val="16"/>
                <w:lang w:val="ru-RU"/>
              </w:rPr>
              <w:t xml:space="preserve">мягкость предшествующего </w:t>
            </w:r>
            <w:r w:rsidRPr="000019FD">
              <w:rPr>
                <w:lang w:val="ru-RU"/>
              </w:rPr>
              <w:br/>
            </w:r>
            <w:r w:rsidRPr="000019FD">
              <w:rPr>
                <w:rFonts w:ascii="Times New Roman" w:eastAsia="Times New Roman" w:hAnsi="Times New Roman"/>
                <w:color w:val="000000"/>
                <w:w w:val="97"/>
                <w:sz w:val="16"/>
                <w:lang w:val="ru-RU"/>
              </w:rPr>
              <w:t>согласного.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38E9971"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0A17B30"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DFFB316"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258613E2"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09.01.2023 16.01.2023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23B5841E" w14:textId="77777777" w:rsidR="005F0CF1" w:rsidRPr="000019FD" w:rsidRDefault="00F150A0">
            <w:pPr>
              <w:autoSpaceDE w:val="0"/>
              <w:autoSpaceDN w:val="0"/>
              <w:spacing w:before="76" w:after="0" w:line="250" w:lineRule="auto"/>
              <w:ind w:left="72" w:right="576"/>
              <w:rPr>
                <w:lang w:val="ru-RU"/>
              </w:rPr>
            </w:pPr>
            <w:r w:rsidRPr="000019FD">
              <w:rPr>
                <w:rFonts w:ascii="Times New Roman" w:eastAsia="Times New Roman" w:hAnsi="Times New Roman"/>
                <w:color w:val="000000"/>
                <w:w w:val="97"/>
                <w:sz w:val="16"/>
                <w:lang w:val="ru-RU"/>
              </w:rPr>
              <w:t xml:space="preserve">Совместная работа: объяснение функции букв, обозначающих гласные звуки в открытом слоге: буквы гласных как показатель твёрдости — мягкости </w:t>
            </w:r>
            <w:r w:rsidRPr="000019FD">
              <w:rPr>
                <w:lang w:val="ru-RU"/>
              </w:rPr>
              <w:br/>
            </w:r>
            <w:r w:rsidRPr="000019FD">
              <w:rPr>
                <w:rFonts w:ascii="Times New Roman" w:eastAsia="Times New Roman" w:hAnsi="Times New Roman"/>
                <w:color w:val="000000"/>
                <w:w w:val="97"/>
                <w:sz w:val="16"/>
                <w:lang w:val="ru-RU"/>
              </w:rPr>
              <w:t>предшествующих согласных звуков;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9A4386"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A1D303E"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44AF5526"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440DA5B"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3.12.</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4705859D" w14:textId="77777777" w:rsidR="005F0CF1" w:rsidRPr="000019FD" w:rsidRDefault="00F150A0">
            <w:pPr>
              <w:autoSpaceDE w:val="0"/>
              <w:autoSpaceDN w:val="0"/>
              <w:spacing w:before="78" w:after="0" w:line="230" w:lineRule="auto"/>
              <w:ind w:left="72"/>
              <w:rPr>
                <w:lang w:val="ru-RU"/>
              </w:rPr>
            </w:pPr>
            <w:r w:rsidRPr="000019FD">
              <w:rPr>
                <w:rFonts w:ascii="Times New Roman" w:eastAsia="Times New Roman" w:hAnsi="Times New Roman"/>
                <w:color w:val="000000"/>
                <w:w w:val="97"/>
                <w:sz w:val="16"/>
                <w:lang w:val="ru-RU"/>
              </w:rPr>
              <w:t xml:space="preserve">Функции букв </w:t>
            </w:r>
            <w:r w:rsidRPr="000019FD">
              <w:rPr>
                <w:rFonts w:ascii="Times New Roman" w:eastAsia="Times New Roman" w:hAnsi="Times New Roman"/>
                <w:b/>
                <w:color w:val="000000"/>
                <w:w w:val="97"/>
                <w:sz w:val="16"/>
                <w:lang w:val="ru-RU"/>
              </w:rPr>
              <w:t>е, ё, ю, я</w:t>
            </w:r>
            <w:r w:rsidRPr="000019FD">
              <w:rPr>
                <w:rFonts w:ascii="Times New Roman" w:eastAsia="Times New Roman" w:hAnsi="Times New Roman"/>
                <w:color w:val="000000"/>
                <w:w w:val="97"/>
                <w:sz w:val="16"/>
                <w:lang w:val="ru-RU"/>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9E3A67C"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D76C3B4"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03EB65F"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E7163C"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18.01.2023 25.01.2023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3C4CA65C" w14:textId="77777777" w:rsidR="005F0CF1" w:rsidRPr="000019FD" w:rsidRDefault="00F150A0">
            <w:pPr>
              <w:autoSpaceDE w:val="0"/>
              <w:autoSpaceDN w:val="0"/>
              <w:spacing w:before="78" w:after="0" w:line="245" w:lineRule="auto"/>
              <w:ind w:left="72" w:right="864"/>
              <w:rPr>
                <w:lang w:val="ru-RU"/>
              </w:rPr>
            </w:pPr>
            <w:r w:rsidRPr="000019FD">
              <w:rPr>
                <w:rFonts w:ascii="Times New Roman" w:eastAsia="Times New Roman" w:hAnsi="Times New Roman"/>
                <w:color w:val="000000"/>
                <w:w w:val="97"/>
                <w:sz w:val="16"/>
                <w:lang w:val="ru-RU"/>
              </w:rPr>
              <w:t>Дифференцированное задание: группировка слов в зависимости от способа обозначения звука [й’];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396DFDD"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E17088A"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448E0F9A" w14:textId="77777777">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562636E"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3.13.</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A8D3784" w14:textId="77777777" w:rsidR="005F0CF1" w:rsidRPr="000019FD" w:rsidRDefault="00F150A0">
            <w:pPr>
              <w:autoSpaceDE w:val="0"/>
              <w:autoSpaceDN w:val="0"/>
              <w:spacing w:before="78" w:after="0" w:line="250" w:lineRule="auto"/>
              <w:ind w:left="72" w:right="214"/>
              <w:jc w:val="both"/>
              <w:rPr>
                <w:lang w:val="ru-RU"/>
              </w:rPr>
            </w:pPr>
            <w:r w:rsidRPr="000019FD">
              <w:rPr>
                <w:rFonts w:ascii="Times New Roman" w:eastAsia="Times New Roman" w:hAnsi="Times New Roman"/>
                <w:color w:val="000000"/>
                <w:w w:val="97"/>
                <w:sz w:val="16"/>
                <w:lang w:val="ru-RU"/>
              </w:rPr>
              <w:t xml:space="preserve">Мягкий знак как показатель </w:t>
            </w:r>
            <w:r w:rsidRPr="000019FD">
              <w:rPr>
                <w:lang w:val="ru-RU"/>
              </w:rPr>
              <w:br/>
            </w:r>
            <w:r w:rsidRPr="000019FD">
              <w:rPr>
                <w:rFonts w:ascii="Times New Roman" w:eastAsia="Times New Roman" w:hAnsi="Times New Roman"/>
                <w:color w:val="000000"/>
                <w:w w:val="97"/>
                <w:sz w:val="16"/>
                <w:lang w:val="ru-RU"/>
              </w:rPr>
              <w:t xml:space="preserve">мягкости предшест​вующего </w:t>
            </w:r>
            <w:r w:rsidRPr="000019FD">
              <w:rPr>
                <w:lang w:val="ru-RU"/>
              </w:rPr>
              <w:br/>
            </w:r>
            <w:r w:rsidRPr="000019FD">
              <w:rPr>
                <w:rFonts w:ascii="Times New Roman" w:eastAsia="Times New Roman" w:hAnsi="Times New Roman"/>
                <w:color w:val="000000"/>
                <w:w w:val="97"/>
                <w:sz w:val="16"/>
                <w:lang w:val="ru-RU"/>
              </w:rPr>
              <w:t>согласного звука в конце слова.</w:t>
            </w:r>
          </w:p>
          <w:p w14:paraId="1697CAE0" w14:textId="77777777" w:rsidR="005F0CF1" w:rsidRPr="000019FD" w:rsidRDefault="00F150A0">
            <w:pPr>
              <w:autoSpaceDE w:val="0"/>
              <w:autoSpaceDN w:val="0"/>
              <w:spacing w:before="18" w:after="0" w:line="245" w:lineRule="auto"/>
              <w:ind w:left="72" w:right="288"/>
              <w:rPr>
                <w:lang w:val="ru-RU"/>
              </w:rPr>
            </w:pPr>
            <w:r w:rsidRPr="000019FD">
              <w:rPr>
                <w:rFonts w:ascii="Times New Roman" w:eastAsia="Times New Roman" w:hAnsi="Times New Roman"/>
                <w:color w:val="000000"/>
                <w:w w:val="97"/>
                <w:sz w:val="16"/>
                <w:lang w:val="ru-RU"/>
              </w:rPr>
              <w:t>Разные способы обозначения буквами звука [й’].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4EBA0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F43A9C2"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41D4640C"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C0F01C5"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27.01.2023 03.02.2023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36C39B23" w14:textId="77777777" w:rsidR="005F0CF1" w:rsidRPr="000019FD" w:rsidRDefault="00F150A0">
            <w:pPr>
              <w:autoSpaceDE w:val="0"/>
              <w:autoSpaceDN w:val="0"/>
              <w:spacing w:before="78" w:after="0" w:line="250" w:lineRule="auto"/>
              <w:ind w:left="72"/>
              <w:rPr>
                <w:lang w:val="ru-RU"/>
              </w:rPr>
            </w:pPr>
            <w:r w:rsidRPr="000019FD">
              <w:rPr>
                <w:rFonts w:ascii="Times New Roman" w:eastAsia="Times New Roman" w:hAnsi="Times New Roman"/>
                <w:color w:val="000000"/>
                <w:w w:val="97"/>
                <w:sz w:val="16"/>
                <w:lang w:val="ru-RU"/>
              </w:rPr>
              <w:t xml:space="preserve">Дифференцированное задание: группировка слов в зависимости от способа </w:t>
            </w:r>
            <w:r w:rsidRPr="000019FD">
              <w:rPr>
                <w:lang w:val="ru-RU"/>
              </w:rPr>
              <w:br/>
            </w:r>
            <w:r w:rsidRPr="000019FD">
              <w:rPr>
                <w:rFonts w:ascii="Times New Roman" w:eastAsia="Times New Roman" w:hAnsi="Times New Roman"/>
                <w:color w:val="000000"/>
                <w:w w:val="97"/>
                <w:sz w:val="16"/>
                <w:lang w:val="ru-RU"/>
              </w:rPr>
              <w:t xml:space="preserve">обозначения звука [й’]; </w:t>
            </w:r>
            <w:r w:rsidRPr="000019FD">
              <w:rPr>
                <w:lang w:val="ru-RU"/>
              </w:rPr>
              <w:br/>
            </w:r>
            <w:r w:rsidRPr="000019FD">
              <w:rPr>
                <w:rFonts w:ascii="Times New Roman" w:eastAsia="Times New Roman" w:hAnsi="Times New Roman"/>
                <w:color w:val="000000"/>
                <w:w w:val="97"/>
                <w:sz w:val="16"/>
                <w:lang w:val="ru-RU"/>
              </w:rPr>
              <w:t>Учебный диалог «Зачем нам нужны буквы ь и ъ?», объяснение в ходе диалога функции букв ь и ъ;</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9236CE1"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149B14" w14:textId="77777777" w:rsidR="005F0CF1" w:rsidRDefault="00F150A0">
            <w:pPr>
              <w:autoSpaceDE w:val="0"/>
              <w:autoSpaceDN w:val="0"/>
              <w:spacing w:before="78"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7DCD517C" w14:textId="77777777">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F96FC6"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3.14.</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441B6D4" w14:textId="77777777" w:rsidR="005F0CF1" w:rsidRPr="000019FD" w:rsidRDefault="00F150A0">
            <w:pPr>
              <w:autoSpaceDE w:val="0"/>
              <w:autoSpaceDN w:val="0"/>
              <w:spacing w:before="76" w:after="0" w:line="233" w:lineRule="auto"/>
              <w:ind w:left="72"/>
              <w:rPr>
                <w:lang w:val="ru-RU"/>
              </w:rPr>
            </w:pPr>
            <w:r w:rsidRPr="000019FD">
              <w:rPr>
                <w:rFonts w:ascii="Times New Roman" w:eastAsia="Times New Roman" w:hAnsi="Times New Roman"/>
                <w:color w:val="000000"/>
                <w:w w:val="97"/>
                <w:sz w:val="16"/>
                <w:lang w:val="ru-RU"/>
              </w:rPr>
              <w:t xml:space="preserve">Функция букв </w:t>
            </w:r>
            <w:r w:rsidRPr="000019FD">
              <w:rPr>
                <w:rFonts w:ascii="Times New Roman" w:eastAsia="Times New Roman" w:hAnsi="Times New Roman"/>
                <w:b/>
                <w:color w:val="000000"/>
                <w:w w:val="97"/>
                <w:sz w:val="16"/>
                <w:lang w:val="ru-RU"/>
              </w:rPr>
              <w:t>ь</w:t>
            </w:r>
            <w:r w:rsidRPr="000019FD">
              <w:rPr>
                <w:rFonts w:ascii="Times New Roman" w:eastAsia="Times New Roman" w:hAnsi="Times New Roman"/>
                <w:color w:val="000000"/>
                <w:w w:val="97"/>
                <w:sz w:val="16"/>
                <w:lang w:val="ru-RU"/>
              </w:rPr>
              <w:t xml:space="preserve"> и </w:t>
            </w:r>
            <w:r w:rsidRPr="000019FD">
              <w:rPr>
                <w:rFonts w:ascii="Times New Roman" w:eastAsia="Times New Roman" w:hAnsi="Times New Roman"/>
                <w:b/>
                <w:color w:val="000000"/>
                <w:w w:val="97"/>
                <w:sz w:val="16"/>
                <w:lang w:val="ru-RU"/>
              </w:rPr>
              <w:t>ъ</w:t>
            </w:r>
            <w:r w:rsidRPr="000019FD">
              <w:rPr>
                <w:rFonts w:ascii="Times New Roman" w:eastAsia="Times New Roman" w:hAnsi="Times New Roman"/>
                <w:color w:val="000000"/>
                <w:w w:val="97"/>
                <w:sz w:val="16"/>
                <w:lang w:val="ru-RU"/>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80FA9D2"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BF2D014"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D257398"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0D07074"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06.02.2023 13.02.2023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5776CAA3" w14:textId="77777777" w:rsidR="005F0CF1" w:rsidRPr="000019FD" w:rsidRDefault="00F150A0">
            <w:pPr>
              <w:autoSpaceDE w:val="0"/>
              <w:autoSpaceDN w:val="0"/>
              <w:spacing w:before="76" w:after="0" w:line="245" w:lineRule="auto"/>
              <w:ind w:left="72"/>
              <w:rPr>
                <w:lang w:val="ru-RU"/>
              </w:rPr>
            </w:pPr>
            <w:r w:rsidRPr="000019FD">
              <w:rPr>
                <w:rFonts w:ascii="Times New Roman" w:eastAsia="Times New Roman" w:hAnsi="Times New Roman"/>
                <w:color w:val="000000"/>
                <w:w w:val="97"/>
                <w:sz w:val="16"/>
                <w:lang w:val="ru-RU"/>
              </w:rPr>
              <w:t>Учебный диалог «Зачем нам нужны буквы ь и ъ?», объяснение в ходе диалога функции букв ь и ъ;</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48A769"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54B1E12"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bl>
    <w:p w14:paraId="48BBF4B0" w14:textId="77777777" w:rsidR="005F0CF1" w:rsidRDefault="005F0CF1">
      <w:pPr>
        <w:autoSpaceDE w:val="0"/>
        <w:autoSpaceDN w:val="0"/>
        <w:spacing w:after="0" w:line="14" w:lineRule="exact"/>
      </w:pPr>
    </w:p>
    <w:tbl>
      <w:tblPr>
        <w:tblW w:w="0" w:type="auto"/>
        <w:tblInd w:w="6" w:type="dxa"/>
        <w:tblLayout w:type="fixed"/>
        <w:tblLook w:val="04A0" w:firstRow="1" w:lastRow="0" w:firstColumn="1" w:lastColumn="0" w:noHBand="0" w:noVBand="1"/>
      </w:tblPr>
      <w:tblGrid>
        <w:gridCol w:w="468"/>
        <w:gridCol w:w="2414"/>
        <w:gridCol w:w="528"/>
        <w:gridCol w:w="1104"/>
        <w:gridCol w:w="1142"/>
        <w:gridCol w:w="864"/>
        <w:gridCol w:w="6052"/>
        <w:gridCol w:w="1080"/>
        <w:gridCol w:w="1850"/>
      </w:tblGrid>
      <w:tr w:rsidR="005F0CF1" w14:paraId="1D32D51B" w14:textId="77777777">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5F36616"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3.15.</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9FFF4E" w14:textId="77777777" w:rsidR="005F0CF1" w:rsidRPr="000019FD" w:rsidRDefault="00F150A0">
            <w:pPr>
              <w:autoSpaceDE w:val="0"/>
              <w:autoSpaceDN w:val="0"/>
              <w:spacing w:before="78" w:after="0" w:line="245" w:lineRule="auto"/>
              <w:ind w:left="72"/>
              <w:rPr>
                <w:lang w:val="ru-RU"/>
              </w:rPr>
            </w:pPr>
            <w:r w:rsidRPr="000019FD">
              <w:rPr>
                <w:rFonts w:ascii="Times New Roman" w:eastAsia="Times New Roman" w:hAnsi="Times New Roman"/>
                <w:color w:val="000000"/>
                <w:w w:val="97"/>
                <w:sz w:val="16"/>
                <w:lang w:val="ru-RU"/>
              </w:rPr>
              <w:t>Знакомство с русским алфавитом как последовательностью букв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6123EB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4FC8AC2"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2764089F"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AB94ED"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15.02.2023 01.03.2023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287D27C8" w14:textId="77777777" w:rsidR="005F0CF1" w:rsidRPr="000019FD" w:rsidRDefault="00F150A0">
            <w:pPr>
              <w:autoSpaceDE w:val="0"/>
              <w:autoSpaceDN w:val="0"/>
              <w:spacing w:before="78" w:after="0" w:line="252" w:lineRule="auto"/>
              <w:ind w:left="72" w:right="144"/>
              <w:rPr>
                <w:lang w:val="ru-RU"/>
              </w:rPr>
            </w:pPr>
            <w:r w:rsidRPr="000019FD">
              <w:rPr>
                <w:rFonts w:ascii="Times New Roman" w:eastAsia="Times New Roman" w:hAnsi="Times New Roman"/>
                <w:color w:val="000000"/>
                <w:w w:val="97"/>
                <w:sz w:val="16"/>
                <w:lang w:val="ru-RU"/>
              </w:rPr>
              <w:t xml:space="preserve">Рассказ учителя об истории русского алфавита, о значении алфавита для </w:t>
            </w:r>
            <w:r w:rsidRPr="000019FD">
              <w:rPr>
                <w:lang w:val="ru-RU"/>
              </w:rPr>
              <w:br/>
            </w:r>
            <w:r w:rsidRPr="000019FD">
              <w:rPr>
                <w:rFonts w:ascii="Times New Roman" w:eastAsia="Times New Roman" w:hAnsi="Times New Roman"/>
                <w:color w:val="000000"/>
                <w:w w:val="97"/>
                <w:sz w:val="16"/>
                <w:lang w:val="ru-RU"/>
              </w:rPr>
              <w:t xml:space="preserve">систематизации информации, о важности знания последовательности букв в русском алфавите; </w:t>
            </w:r>
            <w:r w:rsidRPr="000019FD">
              <w:rPr>
                <w:lang w:val="ru-RU"/>
              </w:rPr>
              <w:br/>
            </w:r>
            <w:r w:rsidRPr="000019FD">
              <w:rPr>
                <w:rFonts w:ascii="Times New Roman" w:eastAsia="Times New Roman" w:hAnsi="Times New Roman"/>
                <w:color w:val="000000"/>
                <w:w w:val="97"/>
                <w:sz w:val="16"/>
                <w:lang w:val="ru-RU"/>
              </w:rPr>
              <w:t xml:space="preserve">Игровое упражнение «Повтори фрагмент алфавита»; </w:t>
            </w:r>
            <w:r w:rsidRPr="000019FD">
              <w:rPr>
                <w:lang w:val="ru-RU"/>
              </w:rPr>
              <w:br/>
            </w:r>
            <w:r w:rsidRPr="000019FD">
              <w:rPr>
                <w:rFonts w:ascii="Times New Roman" w:eastAsia="Times New Roman" w:hAnsi="Times New Roman"/>
                <w:color w:val="000000"/>
                <w:w w:val="97"/>
                <w:sz w:val="16"/>
                <w:lang w:val="ru-RU"/>
              </w:rPr>
              <w:t>Игра-соревнование «Повтори алфавит»;</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46BFBC5"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1DA6A5C9"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1073B619" w14:textId="77777777">
        <w:trPr>
          <w:trHeight w:hRule="exact" w:val="348"/>
        </w:trPr>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226326B"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E6902E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56</w:t>
            </w:r>
          </w:p>
        </w:tc>
        <w:tc>
          <w:tcPr>
            <w:tcW w:w="120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2DA0E4BB" w14:textId="77777777" w:rsidR="005F0CF1" w:rsidRDefault="005F0CF1"/>
        </w:tc>
      </w:tr>
      <w:tr w:rsidR="005F0CF1" w14:paraId="05A6B3F3" w14:textId="77777777">
        <w:trPr>
          <w:trHeight w:hRule="exact" w:val="384"/>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421DA098" w14:textId="77777777" w:rsidR="005F0CF1" w:rsidRDefault="00F150A0">
            <w:pPr>
              <w:autoSpaceDE w:val="0"/>
              <w:autoSpaceDN w:val="0"/>
              <w:spacing w:before="78" w:after="0" w:line="230" w:lineRule="auto"/>
              <w:ind w:left="72"/>
            </w:pPr>
            <w:r>
              <w:rPr>
                <w:rFonts w:ascii="Times New Roman" w:eastAsia="Times New Roman" w:hAnsi="Times New Roman"/>
                <w:b/>
                <w:color w:val="000000"/>
                <w:w w:val="97"/>
                <w:sz w:val="16"/>
              </w:rPr>
              <w:t>СИСТЕМАТИЧЕСКИЙ КУРС</w:t>
            </w:r>
          </w:p>
        </w:tc>
      </w:tr>
      <w:tr w:rsidR="005F0CF1" w14:paraId="7FD270DD" w14:textId="77777777">
        <w:trPr>
          <w:trHeight w:hRule="exact" w:val="188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5224C0"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1.1.</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5558D1C9" w14:textId="77777777" w:rsidR="005F0CF1" w:rsidRPr="000019FD" w:rsidRDefault="00F150A0">
            <w:pPr>
              <w:autoSpaceDE w:val="0"/>
              <w:autoSpaceDN w:val="0"/>
              <w:spacing w:before="78" w:after="0" w:line="245" w:lineRule="auto"/>
              <w:ind w:left="72"/>
              <w:rPr>
                <w:lang w:val="ru-RU"/>
              </w:rPr>
            </w:pPr>
            <w:r w:rsidRPr="000019FD">
              <w:rPr>
                <w:rFonts w:ascii="Times New Roman" w:eastAsia="Times New Roman" w:hAnsi="Times New Roman"/>
                <w:color w:val="000000"/>
                <w:w w:val="97"/>
                <w:sz w:val="16"/>
                <w:lang w:val="ru-RU"/>
              </w:rPr>
              <w:t>Сказка народная (фольклорная) и литературная (авторская)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B74E569"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E91BB5E"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17CDF744"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393B7AE"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03.03.2023 10.03.2023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64FA6F17" w14:textId="77777777" w:rsidR="005F0CF1" w:rsidRPr="000019FD" w:rsidRDefault="00F150A0">
            <w:pPr>
              <w:autoSpaceDE w:val="0"/>
              <w:autoSpaceDN w:val="0"/>
              <w:spacing w:before="78" w:after="0" w:line="250" w:lineRule="auto"/>
              <w:ind w:left="72" w:right="432"/>
              <w:rPr>
                <w:lang w:val="ru-RU"/>
              </w:rPr>
            </w:pPr>
            <w:r w:rsidRPr="000019FD">
              <w:rPr>
                <w:rFonts w:ascii="Times New Roman" w:eastAsia="Times New Roman" w:hAnsi="Times New Roman"/>
                <w:color w:val="000000"/>
                <w:w w:val="97"/>
                <w:sz w:val="16"/>
                <w:lang w:val="ru-RU"/>
              </w:rPr>
              <w:t xml:space="preserve">Учебный диалог: обсуждение вопросов — какова тема сказки, кто её герои, что произошло (что происходило) в сказке; </w:t>
            </w:r>
            <w:r w:rsidRPr="000019FD">
              <w:rPr>
                <w:lang w:val="ru-RU"/>
              </w:rPr>
              <w:br/>
            </w:r>
            <w:r w:rsidRPr="000019FD">
              <w:rPr>
                <w:rFonts w:ascii="Times New Roman" w:eastAsia="Times New Roman" w:hAnsi="Times New Roman"/>
                <w:color w:val="000000"/>
                <w:w w:val="97"/>
                <w:sz w:val="16"/>
                <w:lang w:val="ru-RU"/>
              </w:rPr>
              <w:t>Смысловое чтение народных (фольклорных) и литературных (авторских) сказок.</w:t>
            </w:r>
          </w:p>
          <w:p w14:paraId="7684C03C" w14:textId="77777777" w:rsidR="005F0CF1" w:rsidRDefault="00F150A0">
            <w:pPr>
              <w:autoSpaceDE w:val="0"/>
              <w:autoSpaceDN w:val="0"/>
              <w:spacing w:before="18" w:after="0" w:line="252" w:lineRule="auto"/>
              <w:ind w:left="72"/>
            </w:pPr>
            <w:r w:rsidRPr="000019FD">
              <w:rPr>
                <w:rFonts w:ascii="Times New Roman" w:eastAsia="Times New Roman" w:hAnsi="Times New Roman"/>
                <w:color w:val="000000"/>
                <w:w w:val="97"/>
                <w:sz w:val="16"/>
                <w:lang w:val="ru-RU"/>
              </w:rPr>
              <w:t xml:space="preserve">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 литературные (авторские) сказки: К. Д. Ушинский «Петух и собака», «Лиса и козёл», В. Г. Сутеев «Кораблик», В. В. Бианки «Лис и Мышонок», Е. И. Чарушин «Теремок», А. С. Пушкин «Сказка о царе Салтане…» </w:t>
            </w:r>
            <w:r>
              <w:rPr>
                <w:rFonts w:ascii="Times New Roman" w:eastAsia="Times New Roman" w:hAnsi="Times New Roman"/>
                <w:color w:val="000000"/>
                <w:w w:val="97"/>
                <w:sz w:val="16"/>
              </w:rPr>
              <w:t>(отрывок) и др. (не менее 4 произведений по выбору);</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DCFB9CD"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17DEFE" w14:textId="77777777" w:rsidR="005F0CF1" w:rsidRDefault="00F150A0">
            <w:pPr>
              <w:autoSpaceDE w:val="0"/>
              <w:autoSpaceDN w:val="0"/>
              <w:spacing w:before="78"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32BCD7F8" w14:textId="77777777">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740D023"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1.2.</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1C7DA050" w14:textId="77777777" w:rsidR="005F0CF1" w:rsidRPr="000019FD" w:rsidRDefault="00F150A0">
            <w:pPr>
              <w:autoSpaceDE w:val="0"/>
              <w:autoSpaceDN w:val="0"/>
              <w:spacing w:before="78" w:after="0" w:line="245" w:lineRule="auto"/>
              <w:ind w:left="72" w:right="432"/>
              <w:rPr>
                <w:lang w:val="ru-RU"/>
              </w:rPr>
            </w:pPr>
            <w:r w:rsidRPr="000019FD">
              <w:rPr>
                <w:rFonts w:ascii="Times New Roman" w:eastAsia="Times New Roman" w:hAnsi="Times New Roman"/>
                <w:color w:val="000000"/>
                <w:w w:val="97"/>
                <w:sz w:val="16"/>
                <w:lang w:val="ru-RU"/>
              </w:rPr>
              <w:t>Произведения о детях и для детей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A7BEF7C"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9F3A6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A900012"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15F820A"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13.03.2023 03.04.2023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080C88C3" w14:textId="77777777" w:rsidR="005F0CF1" w:rsidRPr="000019FD" w:rsidRDefault="00F150A0">
            <w:pPr>
              <w:autoSpaceDE w:val="0"/>
              <w:autoSpaceDN w:val="0"/>
              <w:spacing w:before="78" w:after="0" w:line="247" w:lineRule="auto"/>
              <w:ind w:left="72" w:right="288"/>
              <w:rPr>
                <w:lang w:val="ru-RU"/>
              </w:rPr>
            </w:pPr>
            <w:r w:rsidRPr="000019FD">
              <w:rPr>
                <w:rFonts w:ascii="Times New Roman" w:eastAsia="Times New Roman" w:hAnsi="Times New Roman"/>
                <w:color w:val="000000"/>
                <w:w w:val="97"/>
                <w:sz w:val="16"/>
                <w:lang w:val="ru-RU"/>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3E74D1F"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868583"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30FFC5B3" w14:textId="77777777">
        <w:trPr>
          <w:trHeight w:hRule="exact" w:val="73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14:paraId="11B615B8"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1.3.</w:t>
            </w:r>
          </w:p>
        </w:tc>
        <w:tc>
          <w:tcPr>
            <w:tcW w:w="2414" w:type="dxa"/>
            <w:tcBorders>
              <w:top w:val="single" w:sz="4" w:space="0" w:color="000000"/>
              <w:left w:val="single" w:sz="4" w:space="0" w:color="000000"/>
              <w:bottom w:val="single" w:sz="5" w:space="0" w:color="000000"/>
              <w:right w:val="single" w:sz="4" w:space="0" w:color="000000"/>
            </w:tcBorders>
            <w:tcMar>
              <w:left w:w="0" w:type="dxa"/>
              <w:right w:w="0" w:type="dxa"/>
            </w:tcMar>
          </w:tcPr>
          <w:p w14:paraId="116BF86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Произведения о родной природе</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14:paraId="762568F9"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14:paraId="1439055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14:paraId="6A8E3E81"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14:paraId="6E00D6A4"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05.04.2023 14.04.2023</w:t>
            </w:r>
          </w:p>
        </w:tc>
        <w:tc>
          <w:tcPr>
            <w:tcW w:w="6052" w:type="dxa"/>
            <w:tcBorders>
              <w:top w:val="single" w:sz="4" w:space="0" w:color="000000"/>
              <w:left w:val="single" w:sz="4" w:space="0" w:color="000000"/>
              <w:bottom w:val="single" w:sz="5" w:space="0" w:color="000000"/>
              <w:right w:val="single" w:sz="4" w:space="0" w:color="000000"/>
            </w:tcBorders>
            <w:tcMar>
              <w:left w:w="0" w:type="dxa"/>
              <w:right w:w="0" w:type="dxa"/>
            </w:tcMar>
          </w:tcPr>
          <w:p w14:paraId="3137547B" w14:textId="77777777" w:rsidR="005F0CF1" w:rsidRPr="000019FD" w:rsidRDefault="00F150A0">
            <w:pPr>
              <w:autoSpaceDE w:val="0"/>
              <w:autoSpaceDN w:val="0"/>
              <w:spacing w:before="78" w:after="0" w:line="247" w:lineRule="auto"/>
              <w:ind w:left="72" w:right="144"/>
              <w:rPr>
                <w:lang w:val="ru-RU"/>
              </w:rPr>
            </w:pPr>
            <w:r w:rsidRPr="000019FD">
              <w:rPr>
                <w:rFonts w:ascii="Times New Roman" w:eastAsia="Times New Roman" w:hAnsi="Times New Roman"/>
                <w:color w:val="000000"/>
                <w:w w:val="97"/>
                <w:sz w:val="16"/>
                <w:lang w:val="ru-RU"/>
              </w:rPr>
              <w:t xml:space="preserve">Анализ стихотворного текста, составление интонационного рисунка с опорой на знаки препинания; </w:t>
            </w:r>
            <w:r w:rsidRPr="000019FD">
              <w:rPr>
                <w:lang w:val="ru-RU"/>
              </w:rPr>
              <w:br/>
            </w:r>
            <w:r w:rsidRPr="000019FD">
              <w:rPr>
                <w:rFonts w:ascii="Times New Roman" w:eastAsia="Times New Roman" w:hAnsi="Times New Roman"/>
                <w:color w:val="000000"/>
                <w:w w:val="97"/>
                <w:sz w:val="16"/>
                <w:lang w:val="ru-RU"/>
              </w:rPr>
              <w:t>Выразительное чтение стихотворений с опорой на интонационный рисунок;</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14:paraId="32B0B2C0" w14:textId="77777777" w:rsidR="005F0CF1" w:rsidRDefault="00F150A0">
            <w:pPr>
              <w:autoSpaceDE w:val="0"/>
              <w:autoSpaceDN w:val="0"/>
              <w:spacing w:before="78" w:after="0" w:line="245" w:lineRule="auto"/>
              <w:ind w:left="72"/>
            </w:pPr>
            <w:r>
              <w:rPr>
                <w:rFonts w:ascii="Times New Roman" w:eastAsia="Times New Roman" w:hAnsi="Times New Roman"/>
                <w:color w:val="000000"/>
                <w:w w:val="97"/>
                <w:sz w:val="16"/>
              </w:rPr>
              <w:t>Контрольная работа;</w:t>
            </w:r>
          </w:p>
        </w:tc>
        <w:tc>
          <w:tcPr>
            <w:tcW w:w="1850" w:type="dxa"/>
            <w:tcBorders>
              <w:top w:val="single" w:sz="4" w:space="0" w:color="000000"/>
              <w:left w:val="single" w:sz="4" w:space="0" w:color="000000"/>
              <w:bottom w:val="single" w:sz="5" w:space="0" w:color="000000"/>
              <w:right w:val="single" w:sz="4" w:space="0" w:color="000000"/>
            </w:tcBorders>
            <w:tcMar>
              <w:left w:w="0" w:type="dxa"/>
              <w:right w:w="0" w:type="dxa"/>
            </w:tcMar>
          </w:tcPr>
          <w:p w14:paraId="3FC62ED7"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614EE51C" w14:textId="77777777">
        <w:trPr>
          <w:trHeight w:hRule="exact" w:val="1308"/>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14:paraId="5F502477" w14:textId="77777777" w:rsidR="005F0CF1" w:rsidRDefault="00F150A0">
            <w:pPr>
              <w:autoSpaceDE w:val="0"/>
              <w:autoSpaceDN w:val="0"/>
              <w:spacing w:before="74" w:after="0" w:line="230" w:lineRule="auto"/>
              <w:jc w:val="center"/>
            </w:pPr>
            <w:r>
              <w:rPr>
                <w:rFonts w:ascii="Times New Roman" w:eastAsia="Times New Roman" w:hAnsi="Times New Roman"/>
                <w:color w:val="000000"/>
                <w:w w:val="97"/>
                <w:sz w:val="16"/>
              </w:rPr>
              <w:lastRenderedPageBreak/>
              <w:t>1.4.</w:t>
            </w:r>
          </w:p>
        </w:tc>
        <w:tc>
          <w:tcPr>
            <w:tcW w:w="2414" w:type="dxa"/>
            <w:tcBorders>
              <w:top w:val="single" w:sz="5" w:space="0" w:color="000000"/>
              <w:left w:val="single" w:sz="4" w:space="0" w:color="000000"/>
              <w:bottom w:val="single" w:sz="4" w:space="0" w:color="000000"/>
              <w:right w:val="single" w:sz="4" w:space="0" w:color="000000"/>
            </w:tcBorders>
            <w:tcMar>
              <w:left w:w="0" w:type="dxa"/>
              <w:right w:w="0" w:type="dxa"/>
            </w:tcMar>
          </w:tcPr>
          <w:p w14:paraId="2093CB2A" w14:textId="77777777" w:rsidR="005F0CF1" w:rsidRPr="000019FD" w:rsidRDefault="00F150A0">
            <w:pPr>
              <w:autoSpaceDE w:val="0"/>
              <w:autoSpaceDN w:val="0"/>
              <w:spacing w:before="74" w:after="0" w:line="245" w:lineRule="auto"/>
              <w:ind w:left="72" w:right="144"/>
              <w:rPr>
                <w:lang w:val="ru-RU"/>
              </w:rPr>
            </w:pPr>
            <w:r w:rsidRPr="000019FD">
              <w:rPr>
                <w:rFonts w:ascii="Times New Roman" w:eastAsia="Times New Roman" w:hAnsi="Times New Roman"/>
                <w:color w:val="000000"/>
                <w:w w:val="97"/>
                <w:sz w:val="16"/>
                <w:lang w:val="ru-RU"/>
              </w:rPr>
              <w:t>Устное народное творчество —малые фольклорные жанры</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14:paraId="60E5CD3E" w14:textId="77777777" w:rsidR="005F0CF1" w:rsidRDefault="00F150A0">
            <w:pPr>
              <w:autoSpaceDE w:val="0"/>
              <w:autoSpaceDN w:val="0"/>
              <w:spacing w:before="74" w:after="0" w:line="230" w:lineRule="auto"/>
              <w:ind w:left="72"/>
            </w:pPr>
            <w:r>
              <w:rPr>
                <w:rFonts w:ascii="Times New Roman" w:eastAsia="Times New Roman" w:hAnsi="Times New Roman"/>
                <w:color w:val="000000"/>
                <w:w w:val="97"/>
                <w:sz w:val="16"/>
              </w:rPr>
              <w:t>3</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14:paraId="6AFFAC32" w14:textId="77777777" w:rsidR="005F0CF1" w:rsidRDefault="00F150A0">
            <w:pPr>
              <w:autoSpaceDE w:val="0"/>
              <w:autoSpaceDN w:val="0"/>
              <w:spacing w:before="74" w:after="0" w:line="230" w:lineRule="auto"/>
              <w:ind w:left="72"/>
            </w:pPr>
            <w:r>
              <w:rPr>
                <w:rFonts w:ascii="Times New Roman" w:eastAsia="Times New Roman" w:hAnsi="Times New Roman"/>
                <w:color w:val="000000"/>
                <w:w w:val="97"/>
                <w:sz w:val="16"/>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14:paraId="6D7DF0D9" w14:textId="77777777" w:rsidR="005F0CF1" w:rsidRDefault="00F150A0">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14:paraId="138DAA3F" w14:textId="77777777" w:rsidR="005F0CF1" w:rsidRDefault="00F150A0">
            <w:pPr>
              <w:autoSpaceDE w:val="0"/>
              <w:autoSpaceDN w:val="0"/>
              <w:spacing w:before="74" w:after="0" w:line="245" w:lineRule="auto"/>
              <w:jc w:val="center"/>
            </w:pPr>
            <w:r>
              <w:rPr>
                <w:rFonts w:ascii="Times New Roman" w:eastAsia="Times New Roman" w:hAnsi="Times New Roman"/>
                <w:color w:val="000000"/>
                <w:w w:val="97"/>
                <w:sz w:val="16"/>
              </w:rPr>
              <w:t>17.04.2023 21.04.2023</w:t>
            </w:r>
          </w:p>
        </w:tc>
        <w:tc>
          <w:tcPr>
            <w:tcW w:w="6052" w:type="dxa"/>
            <w:tcBorders>
              <w:top w:val="single" w:sz="5" w:space="0" w:color="000000"/>
              <w:left w:val="single" w:sz="4" w:space="0" w:color="000000"/>
              <w:bottom w:val="single" w:sz="4" w:space="0" w:color="000000"/>
              <w:right w:val="single" w:sz="4" w:space="0" w:color="000000"/>
            </w:tcBorders>
            <w:tcMar>
              <w:left w:w="0" w:type="dxa"/>
              <w:right w:w="0" w:type="dxa"/>
            </w:tcMar>
          </w:tcPr>
          <w:p w14:paraId="3CC8FEA4" w14:textId="77777777" w:rsidR="005F0CF1" w:rsidRPr="000019FD" w:rsidRDefault="00F150A0">
            <w:pPr>
              <w:autoSpaceDE w:val="0"/>
              <w:autoSpaceDN w:val="0"/>
              <w:spacing w:before="74" w:after="0" w:line="252" w:lineRule="auto"/>
              <w:ind w:left="72" w:right="288"/>
              <w:rPr>
                <w:lang w:val="ru-RU"/>
              </w:rPr>
            </w:pPr>
            <w:r w:rsidRPr="000019FD">
              <w:rPr>
                <w:rFonts w:ascii="Times New Roman" w:eastAsia="Times New Roman" w:hAnsi="Times New Roman"/>
                <w:color w:val="000000"/>
                <w:w w:val="97"/>
                <w:sz w:val="16"/>
                <w:lang w:val="ru-RU"/>
              </w:rPr>
              <w:t xml:space="preserve">Анализ потешек, считалок, загадок: поиск ключевых слов, помогающих </w:t>
            </w:r>
            <w:r w:rsidRPr="000019FD">
              <w:rPr>
                <w:lang w:val="ru-RU"/>
              </w:rPr>
              <w:br/>
            </w:r>
            <w:r w:rsidRPr="000019FD">
              <w:rPr>
                <w:rFonts w:ascii="Times New Roman" w:eastAsia="Times New Roman" w:hAnsi="Times New Roman"/>
                <w:color w:val="000000"/>
                <w:w w:val="97"/>
                <w:sz w:val="16"/>
                <w:lang w:val="ru-RU"/>
              </w:rPr>
              <w:t xml:space="preserve">охарактеризовать жанр произведения и назвать его (не менее шести произведений); Учебный диалог: объяснение смысла пословиц, соотнесение их с содержанием произведения; </w:t>
            </w:r>
            <w:r w:rsidRPr="000019FD">
              <w:rPr>
                <w:lang w:val="ru-RU"/>
              </w:rPr>
              <w:br/>
            </w:r>
            <w:r w:rsidRPr="000019FD">
              <w:rPr>
                <w:rFonts w:ascii="Times New Roman" w:eastAsia="Times New Roman" w:hAnsi="Times New Roman"/>
                <w:color w:val="000000"/>
                <w:w w:val="97"/>
                <w:sz w:val="16"/>
                <w:lang w:val="ru-RU"/>
              </w:rPr>
              <w:t>Игра «Вспомни и назови»: определение жанров прослушанных и прочитанных произведений: потешка, загадка, сказка, рассказ, стихотворение;</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14:paraId="05DDA58F" w14:textId="77777777" w:rsidR="005F0CF1" w:rsidRDefault="00F150A0">
            <w:pPr>
              <w:autoSpaceDE w:val="0"/>
              <w:autoSpaceDN w:val="0"/>
              <w:spacing w:before="74"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5" w:space="0" w:color="000000"/>
              <w:left w:val="single" w:sz="4" w:space="0" w:color="000000"/>
              <w:bottom w:val="single" w:sz="4" w:space="0" w:color="000000"/>
              <w:right w:val="single" w:sz="4" w:space="0" w:color="000000"/>
            </w:tcBorders>
            <w:tcMar>
              <w:left w:w="0" w:type="dxa"/>
              <w:right w:w="0" w:type="dxa"/>
            </w:tcMar>
          </w:tcPr>
          <w:p w14:paraId="23251978" w14:textId="77777777" w:rsidR="005F0CF1" w:rsidRDefault="00F150A0">
            <w:pPr>
              <w:autoSpaceDE w:val="0"/>
              <w:autoSpaceDN w:val="0"/>
              <w:spacing w:before="74"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75F07AA4" w14:textId="77777777">
        <w:trPr>
          <w:trHeight w:hRule="exact" w:val="265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AB85F2E"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1.5.</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E2832C9" w14:textId="77777777" w:rsidR="005F0CF1" w:rsidRPr="000019FD" w:rsidRDefault="00F150A0">
            <w:pPr>
              <w:autoSpaceDE w:val="0"/>
              <w:autoSpaceDN w:val="0"/>
              <w:spacing w:before="76" w:after="0" w:line="245" w:lineRule="auto"/>
              <w:ind w:left="72" w:right="144"/>
              <w:rPr>
                <w:lang w:val="ru-RU"/>
              </w:rPr>
            </w:pPr>
            <w:r w:rsidRPr="000019FD">
              <w:rPr>
                <w:rFonts w:ascii="Times New Roman" w:eastAsia="Times New Roman" w:hAnsi="Times New Roman"/>
                <w:color w:val="000000"/>
                <w:w w:val="97"/>
                <w:sz w:val="16"/>
                <w:lang w:val="ru-RU"/>
              </w:rPr>
              <w:t>Произведения о братьях наших меньших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31495F"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D8A131"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9ACD347"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56323C02"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24.04.2023 03.05.2023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6035042C" w14:textId="77777777" w:rsidR="005F0CF1" w:rsidRPr="000019FD" w:rsidRDefault="00F150A0">
            <w:pPr>
              <w:autoSpaceDE w:val="0"/>
              <w:autoSpaceDN w:val="0"/>
              <w:spacing w:before="76" w:after="0" w:line="245" w:lineRule="auto"/>
              <w:ind w:left="72" w:right="144"/>
              <w:rPr>
                <w:lang w:val="ru-RU"/>
              </w:rPr>
            </w:pPr>
            <w:r w:rsidRPr="000019FD">
              <w:rPr>
                <w:rFonts w:ascii="Times New Roman" w:eastAsia="Times New Roman" w:hAnsi="Times New Roman"/>
                <w:color w:val="000000"/>
                <w:w w:val="97"/>
                <w:sz w:val="16"/>
                <w:lang w:val="ru-RU"/>
              </w:rPr>
              <w:t>Слушание произведений о животных. Например, произведения Н. И. Сладкова «Без слов», «На одном бревне», Ю. И. Коваля «Бабочка», Е. И. Чарушина «Про Томку», А.</w:t>
            </w:r>
          </w:p>
          <w:p w14:paraId="6CEDF7F4" w14:textId="77777777" w:rsidR="005F0CF1" w:rsidRPr="000019FD" w:rsidRDefault="00F150A0">
            <w:pPr>
              <w:autoSpaceDE w:val="0"/>
              <w:autoSpaceDN w:val="0"/>
              <w:spacing w:before="18" w:after="0" w:line="252" w:lineRule="auto"/>
              <w:ind w:left="72" w:right="432"/>
              <w:rPr>
                <w:lang w:val="ru-RU"/>
              </w:rPr>
            </w:pPr>
            <w:r w:rsidRPr="000019FD">
              <w:rPr>
                <w:rFonts w:ascii="Times New Roman" w:eastAsia="Times New Roman" w:hAnsi="Times New Roman"/>
                <w:color w:val="000000"/>
                <w:w w:val="97"/>
                <w:sz w:val="16"/>
                <w:lang w:val="ru-RU"/>
              </w:rPr>
              <w:t xml:space="preserve">Л. Барто «Страшная птица», «Вам не нужна сорока?»; </w:t>
            </w:r>
            <w:r w:rsidRPr="000019FD">
              <w:rPr>
                <w:lang w:val="ru-RU"/>
              </w:rPr>
              <w:br/>
            </w:r>
            <w:r w:rsidRPr="000019FD">
              <w:rPr>
                <w:rFonts w:ascii="Times New Roman" w:eastAsia="Times New Roman" w:hAnsi="Times New Roman"/>
                <w:color w:val="000000"/>
                <w:w w:val="97"/>
                <w:sz w:val="16"/>
                <w:lang w:val="ru-RU"/>
              </w:rPr>
              <w:t>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Шим «Жук на ниточке», В. Д. Берестов«Выводок», «Цыплята», С. В. Михалков «Мой щенок», «Трезор», «Зяблик», И. П.</w:t>
            </w:r>
          </w:p>
          <w:p w14:paraId="004E4208" w14:textId="77777777" w:rsidR="005F0CF1" w:rsidRPr="000019FD" w:rsidRDefault="00F150A0">
            <w:pPr>
              <w:autoSpaceDE w:val="0"/>
              <w:autoSpaceDN w:val="0"/>
              <w:spacing w:before="20" w:after="0" w:line="252" w:lineRule="auto"/>
              <w:ind w:left="72"/>
              <w:rPr>
                <w:lang w:val="ru-RU"/>
              </w:rPr>
            </w:pPr>
            <w:r w:rsidRPr="000019FD">
              <w:rPr>
                <w:rFonts w:ascii="Times New Roman" w:eastAsia="Times New Roman" w:hAnsi="Times New Roman"/>
                <w:color w:val="000000"/>
                <w:w w:val="97"/>
                <w:sz w:val="16"/>
                <w:lang w:val="ru-RU"/>
              </w:rPr>
              <w:t xml:space="preserve">Токмакова «Купите собаку», «Разговор синицы и дятла», И. А. Мазнин «Давайте дружить»; </w:t>
            </w:r>
            <w:r w:rsidRPr="000019FD">
              <w:rPr>
                <w:lang w:val="ru-RU"/>
              </w:rPr>
              <w:br/>
            </w:r>
            <w:r w:rsidRPr="000019FD">
              <w:rPr>
                <w:rFonts w:ascii="Times New Roman" w:eastAsia="Times New Roman" w:hAnsi="Times New Roman"/>
                <w:color w:val="000000"/>
                <w:w w:val="97"/>
                <w:sz w:val="16"/>
                <w:lang w:val="ru-RU"/>
              </w:rPr>
              <w:t>Работа с текстом: нахождение в тексте слов, характеризующих героя (внешность, поступки) в произведениях разных авторов (трёх-четырёх по выбору). Например, Н. И. Сладков «Лисица и Ёж», М. М. Пришвин «Ёж», Ю. Н. Могутин «Убежал», Б В Заходер«Ёжик», Е. И. Чарушин «Томка», «Томка и корова», «Томкины сны»;</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47E015"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416C61CB"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100D4196" w14:textId="77777777">
        <w:trPr>
          <w:trHeight w:hRule="exact" w:val="128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59DD3E0"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1.6.</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32D5FA3D"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Произведения о маме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5EDC309"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60180C"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0A874DCB"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3C01887" w14:textId="77777777" w:rsidR="005F0CF1" w:rsidRDefault="00F150A0">
            <w:pPr>
              <w:autoSpaceDE w:val="0"/>
              <w:autoSpaceDN w:val="0"/>
              <w:spacing w:before="76" w:after="0" w:line="245" w:lineRule="auto"/>
              <w:jc w:val="center"/>
            </w:pPr>
            <w:r>
              <w:rPr>
                <w:rFonts w:ascii="Times New Roman" w:eastAsia="Times New Roman" w:hAnsi="Times New Roman"/>
                <w:color w:val="000000"/>
                <w:w w:val="97"/>
                <w:sz w:val="16"/>
              </w:rPr>
              <w:t>05.05.2023 10.05.2023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7B7993DC" w14:textId="77777777" w:rsidR="005F0CF1" w:rsidRPr="000019FD" w:rsidRDefault="00F150A0">
            <w:pPr>
              <w:autoSpaceDE w:val="0"/>
              <w:autoSpaceDN w:val="0"/>
              <w:spacing w:before="76" w:after="0" w:line="252" w:lineRule="auto"/>
              <w:ind w:left="72"/>
              <w:rPr>
                <w:lang w:val="ru-RU"/>
              </w:rPr>
            </w:pPr>
            <w:r w:rsidRPr="000019FD">
              <w:rPr>
                <w:rFonts w:ascii="Times New Roman" w:eastAsia="Times New Roman" w:hAnsi="Times New Roman"/>
                <w:color w:val="000000"/>
                <w:w w:val="97"/>
                <w:sz w:val="16"/>
                <w:lang w:val="ru-RU"/>
              </w:rPr>
              <w:t xml:space="preserve">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w:t>
            </w:r>
            <w:r w:rsidRPr="000019FD">
              <w:rPr>
                <w:lang w:val="ru-RU"/>
              </w:rPr>
              <w:br/>
            </w:r>
            <w:r w:rsidRPr="000019FD">
              <w:rPr>
                <w:rFonts w:ascii="Times New Roman" w:eastAsia="Times New Roman" w:hAnsi="Times New Roman"/>
                <w:color w:val="000000"/>
                <w:w w:val="97"/>
                <w:sz w:val="16"/>
                <w:lang w:val="ru-RU"/>
              </w:rPr>
              <w:t xml:space="preserve">Выразительное чтение стихотворений с выделением ключевых слов, с соблюдением норм произношения; </w:t>
            </w:r>
            <w:r w:rsidRPr="000019FD">
              <w:rPr>
                <w:lang w:val="ru-RU"/>
              </w:rPr>
              <w:br/>
            </w:r>
            <w:r w:rsidRPr="000019FD">
              <w:rPr>
                <w:rFonts w:ascii="Times New Roman" w:eastAsia="Times New Roman" w:hAnsi="Times New Roman"/>
                <w:color w:val="000000"/>
                <w:w w:val="97"/>
                <w:sz w:val="16"/>
                <w:lang w:val="ru-RU"/>
              </w:rPr>
              <w:t>Работа в парах: заполнение схемы, проверка и оценка своих результатов;</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22A4E32" w14:textId="77777777" w:rsidR="005F0CF1" w:rsidRDefault="00F150A0">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C067D9A"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bl>
    <w:p w14:paraId="6799CA4B" w14:textId="77777777" w:rsidR="005F0CF1" w:rsidRDefault="005F0CF1">
      <w:pPr>
        <w:autoSpaceDE w:val="0"/>
        <w:autoSpaceDN w:val="0"/>
        <w:spacing w:after="0" w:line="14" w:lineRule="exact"/>
      </w:pPr>
    </w:p>
    <w:tbl>
      <w:tblPr>
        <w:tblW w:w="0" w:type="auto"/>
        <w:tblInd w:w="6" w:type="dxa"/>
        <w:tblLayout w:type="fixed"/>
        <w:tblLook w:val="04A0" w:firstRow="1" w:lastRow="0" w:firstColumn="1" w:lastColumn="0" w:noHBand="0" w:noVBand="1"/>
      </w:tblPr>
      <w:tblGrid>
        <w:gridCol w:w="468"/>
        <w:gridCol w:w="2414"/>
        <w:gridCol w:w="528"/>
        <w:gridCol w:w="1104"/>
        <w:gridCol w:w="1142"/>
        <w:gridCol w:w="864"/>
        <w:gridCol w:w="6052"/>
        <w:gridCol w:w="1080"/>
        <w:gridCol w:w="1850"/>
      </w:tblGrid>
      <w:tr w:rsidR="005F0CF1" w14:paraId="2AD77C4E" w14:textId="77777777">
        <w:trPr>
          <w:trHeight w:hRule="exact" w:val="246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F79209E" w14:textId="77777777" w:rsidR="005F0CF1" w:rsidRDefault="00F150A0">
            <w:pPr>
              <w:autoSpaceDE w:val="0"/>
              <w:autoSpaceDN w:val="0"/>
              <w:spacing w:before="78" w:after="0" w:line="230" w:lineRule="auto"/>
              <w:jc w:val="center"/>
            </w:pPr>
            <w:r>
              <w:rPr>
                <w:rFonts w:ascii="Times New Roman" w:eastAsia="Times New Roman" w:hAnsi="Times New Roman"/>
                <w:color w:val="000000"/>
                <w:w w:val="97"/>
                <w:sz w:val="16"/>
              </w:rPr>
              <w:t>1.7.</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74E538D8" w14:textId="77777777" w:rsidR="005F0CF1" w:rsidRPr="000019FD" w:rsidRDefault="00F150A0">
            <w:pPr>
              <w:autoSpaceDE w:val="0"/>
              <w:autoSpaceDN w:val="0"/>
              <w:spacing w:before="78" w:after="0" w:line="247" w:lineRule="auto"/>
              <w:ind w:left="72" w:right="576"/>
              <w:rPr>
                <w:lang w:val="ru-RU"/>
              </w:rPr>
            </w:pPr>
            <w:r w:rsidRPr="000019FD">
              <w:rPr>
                <w:rFonts w:ascii="Times New Roman" w:eastAsia="Times New Roman" w:hAnsi="Times New Roman"/>
                <w:color w:val="000000"/>
                <w:w w:val="97"/>
                <w:sz w:val="16"/>
                <w:lang w:val="ru-RU"/>
              </w:rPr>
              <w:t>Фольклорные и авторские произведения о чудесах и фантазии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C2A271"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DDE992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5FA62750"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043F001B" w14:textId="77777777" w:rsidR="005F0CF1" w:rsidRDefault="00F150A0">
            <w:pPr>
              <w:autoSpaceDE w:val="0"/>
              <w:autoSpaceDN w:val="0"/>
              <w:spacing w:before="78" w:after="0" w:line="245" w:lineRule="auto"/>
              <w:jc w:val="center"/>
            </w:pPr>
            <w:r>
              <w:rPr>
                <w:rFonts w:ascii="Times New Roman" w:eastAsia="Times New Roman" w:hAnsi="Times New Roman"/>
                <w:color w:val="000000"/>
                <w:w w:val="97"/>
                <w:sz w:val="16"/>
              </w:rPr>
              <w:t>12.05.2023 19.05.2023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7FF3CFB1" w14:textId="77777777" w:rsidR="005F0CF1" w:rsidRPr="000019FD" w:rsidRDefault="00F150A0">
            <w:pPr>
              <w:autoSpaceDE w:val="0"/>
              <w:autoSpaceDN w:val="0"/>
              <w:spacing w:before="78" w:after="0" w:line="254" w:lineRule="auto"/>
              <w:ind w:left="72"/>
              <w:rPr>
                <w:lang w:val="ru-RU"/>
              </w:rPr>
            </w:pPr>
            <w:r w:rsidRPr="000019FD">
              <w:rPr>
                <w:rFonts w:ascii="Times New Roman" w:eastAsia="Times New Roman" w:hAnsi="Times New Roman"/>
                <w:color w:val="000000"/>
                <w:w w:val="97"/>
                <w:sz w:val="16"/>
                <w:lang w:val="ru-RU"/>
              </w:rPr>
              <w:t>Упражнение в чтении стихотворных произведений о чудесах и превращении, словесной игре и фантазии (не менее трёх произведений). Например, К. И. Чуковский</w:t>
            </w:r>
            <w:r w:rsidRPr="000019FD">
              <w:rPr>
                <w:lang w:val="ru-RU"/>
              </w:rPr>
              <w:br/>
            </w:r>
            <w:r w:rsidRPr="000019FD">
              <w:rPr>
                <w:rFonts w:ascii="Times New Roman" w:eastAsia="Times New Roman" w:hAnsi="Times New Roman"/>
                <w:color w:val="000000"/>
                <w:w w:val="97"/>
                <w:sz w:val="16"/>
                <w:lang w:val="ru-RU"/>
              </w:rPr>
              <w:t xml:space="preserve">«Путаница», И. П. Токмакова «Мы играли в хохотушки», И. М. Пивоварова «Кулинаки-пулинаки», «Я палочкой волшебной…», В В Лунин «Я видела чудо», Р. С. Сеф «Чудо», Б. В. Заходер «Моя вообразилия», Ю. П. Мориц «Сто фантазий», Ю. Тувим «Чудеса», английские народные песни и небылицы в переводе К. И. Чуковского и С. Я. Маршака; 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 Беседа на тему «О каком чуде ты мечтаешь», передача своих впечатлений от </w:t>
            </w:r>
            <w:r w:rsidRPr="000019FD">
              <w:rPr>
                <w:lang w:val="ru-RU"/>
              </w:rPr>
              <w:br/>
            </w:r>
            <w:r w:rsidRPr="000019FD">
              <w:rPr>
                <w:rFonts w:ascii="Times New Roman" w:eastAsia="Times New Roman" w:hAnsi="Times New Roman"/>
                <w:color w:val="000000"/>
                <w:w w:val="97"/>
                <w:sz w:val="16"/>
                <w:lang w:val="ru-RU"/>
              </w:rPr>
              <w:t>прочитанного произведения в высказывании (не менее 3 предложений) или в рисунке;</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73A8DE" w14:textId="77777777" w:rsidR="005F0CF1" w:rsidRDefault="00F150A0">
            <w:pPr>
              <w:autoSpaceDE w:val="0"/>
              <w:autoSpaceDN w:val="0"/>
              <w:spacing w:before="78"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3B223852" w14:textId="77777777" w:rsidR="005F0CF1" w:rsidRDefault="00F150A0">
            <w:pPr>
              <w:autoSpaceDE w:val="0"/>
              <w:autoSpaceDN w:val="0"/>
              <w:spacing w:before="78" w:after="0" w:line="247"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58C4F3ED" w14:textId="77777777">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27C87FFF"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1.8.</w:t>
            </w:r>
          </w:p>
        </w:tc>
        <w:tc>
          <w:tcPr>
            <w:tcW w:w="2414" w:type="dxa"/>
            <w:tcBorders>
              <w:top w:val="single" w:sz="4" w:space="0" w:color="000000"/>
              <w:left w:val="single" w:sz="4" w:space="0" w:color="000000"/>
              <w:bottom w:val="single" w:sz="4" w:space="0" w:color="000000"/>
              <w:right w:val="single" w:sz="4" w:space="0" w:color="000000"/>
            </w:tcBorders>
            <w:tcMar>
              <w:left w:w="0" w:type="dxa"/>
              <w:right w:w="0" w:type="dxa"/>
            </w:tcMar>
          </w:tcPr>
          <w:p w14:paraId="51E3344D" w14:textId="77777777" w:rsidR="005F0CF1" w:rsidRPr="000019FD" w:rsidRDefault="00F150A0">
            <w:pPr>
              <w:autoSpaceDE w:val="0"/>
              <w:autoSpaceDN w:val="0"/>
              <w:spacing w:before="76" w:after="0" w:line="245" w:lineRule="auto"/>
              <w:ind w:left="72" w:right="288"/>
              <w:rPr>
                <w:lang w:val="ru-RU"/>
              </w:rPr>
            </w:pPr>
            <w:r w:rsidRPr="000019FD">
              <w:rPr>
                <w:rFonts w:ascii="Times New Roman" w:eastAsia="Times New Roman" w:hAnsi="Times New Roman"/>
                <w:color w:val="000000"/>
                <w:w w:val="97"/>
                <w:sz w:val="16"/>
                <w:lang w:val="ru-RU"/>
              </w:rPr>
              <w:t>Библиографическая культура (работа с детской книгой)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45A3F93"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5459675"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14:paraId="39A9FF37"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14:paraId="49B0AC5C" w14:textId="77777777" w:rsidR="005F0CF1" w:rsidRDefault="00F150A0">
            <w:pPr>
              <w:autoSpaceDE w:val="0"/>
              <w:autoSpaceDN w:val="0"/>
              <w:spacing w:before="76" w:after="0" w:line="233" w:lineRule="auto"/>
              <w:jc w:val="center"/>
            </w:pPr>
            <w:r>
              <w:rPr>
                <w:rFonts w:ascii="Times New Roman" w:eastAsia="Times New Roman" w:hAnsi="Times New Roman"/>
                <w:color w:val="000000"/>
                <w:w w:val="97"/>
                <w:sz w:val="16"/>
              </w:rPr>
              <w:t>22.05.2023</w:t>
            </w:r>
          </w:p>
        </w:tc>
        <w:tc>
          <w:tcPr>
            <w:tcW w:w="6052" w:type="dxa"/>
            <w:tcBorders>
              <w:top w:val="single" w:sz="4" w:space="0" w:color="000000"/>
              <w:left w:val="single" w:sz="4" w:space="0" w:color="000000"/>
              <w:bottom w:val="single" w:sz="4" w:space="0" w:color="000000"/>
              <w:right w:val="single" w:sz="4" w:space="0" w:color="000000"/>
            </w:tcBorders>
            <w:tcMar>
              <w:left w:w="0" w:type="dxa"/>
              <w:right w:w="0" w:type="dxa"/>
            </w:tcMar>
          </w:tcPr>
          <w:p w14:paraId="19D114EC" w14:textId="77777777" w:rsidR="005F0CF1" w:rsidRPr="000019FD" w:rsidRDefault="00F150A0">
            <w:pPr>
              <w:autoSpaceDE w:val="0"/>
              <w:autoSpaceDN w:val="0"/>
              <w:spacing w:before="76" w:after="0" w:line="250" w:lineRule="auto"/>
              <w:ind w:left="72" w:right="288"/>
              <w:rPr>
                <w:lang w:val="ru-RU"/>
              </w:rPr>
            </w:pPr>
            <w:r w:rsidRPr="000019FD">
              <w:rPr>
                <w:rFonts w:ascii="Times New Roman" w:eastAsia="Times New Roman" w:hAnsi="Times New Roman"/>
                <w:color w:val="000000"/>
                <w:w w:val="97"/>
                <w:sz w:val="16"/>
                <w:lang w:val="ru-RU"/>
              </w:rPr>
              <w:t xml:space="preserve">Экскурсия в библиотеку, нахождение книги по определённой теме; </w:t>
            </w:r>
            <w:r w:rsidRPr="000019FD">
              <w:rPr>
                <w:lang w:val="ru-RU"/>
              </w:rPr>
              <w:br/>
            </w:r>
            <w:r w:rsidRPr="000019FD">
              <w:rPr>
                <w:rFonts w:ascii="Times New Roman" w:eastAsia="Times New Roman" w:hAnsi="Times New Roman"/>
                <w:color w:val="000000"/>
                <w:w w:val="97"/>
                <w:sz w:val="16"/>
                <w:lang w:val="ru-RU"/>
              </w:rPr>
              <w:t xml:space="preserve">Группировка книг по изученным разделам и темам; </w:t>
            </w:r>
            <w:r w:rsidRPr="000019FD">
              <w:rPr>
                <w:lang w:val="ru-RU"/>
              </w:rPr>
              <w:br/>
            </w:r>
            <w:r w:rsidRPr="000019FD">
              <w:rPr>
                <w:rFonts w:ascii="Times New Roman" w:eastAsia="Times New Roman" w:hAnsi="Times New Roman"/>
                <w:color w:val="000000"/>
                <w:w w:val="97"/>
                <w:sz w:val="16"/>
                <w:lang w:val="ru-RU"/>
              </w:rPr>
              <w:t>Поиск необходимой информации в словарях и справочниках об авторах изученных произведений;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1C70DD"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 xml:space="preserve">опрос; </w:t>
            </w:r>
            <w:r>
              <w:br/>
            </w:r>
            <w:r>
              <w:rPr>
                <w:rFonts w:ascii="Times New Roman" w:eastAsia="Times New Roman" w:hAnsi="Times New Roman"/>
                <w:color w:val="000000"/>
                <w:w w:val="97"/>
                <w:sz w:val="16"/>
              </w:rPr>
              <w:t>Практическая работа;</w:t>
            </w:r>
          </w:p>
        </w:tc>
        <w:tc>
          <w:tcPr>
            <w:tcW w:w="185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227A92" w14:textId="77777777" w:rsidR="005F0CF1" w:rsidRDefault="00F150A0">
            <w:pPr>
              <w:autoSpaceDE w:val="0"/>
              <w:autoSpaceDN w:val="0"/>
              <w:spacing w:before="76" w:after="0" w:line="250" w:lineRule="auto"/>
              <w:ind w:left="72"/>
            </w:pPr>
            <w:r>
              <w:rPr>
                <w:rFonts w:ascii="Times New Roman" w:eastAsia="Times New Roman" w:hAnsi="Times New Roman"/>
                <w:color w:val="000000"/>
                <w:w w:val="97"/>
                <w:sz w:val="16"/>
              </w:rPr>
              <w:t xml:space="preserve">https://uchi.ru </w:t>
            </w:r>
            <w:r>
              <w:br/>
            </w:r>
            <w:r>
              <w:rPr>
                <w:rFonts w:ascii="Times New Roman" w:eastAsia="Times New Roman" w:hAnsi="Times New Roman"/>
                <w:color w:val="000000"/>
                <w:w w:val="97"/>
                <w:sz w:val="16"/>
              </w:rPr>
              <w:t xml:space="preserve">https://resh.edu.ru </w:t>
            </w:r>
            <w:r>
              <w:br/>
            </w:r>
            <w:r>
              <w:rPr>
                <w:rFonts w:ascii="Times New Roman" w:eastAsia="Times New Roman" w:hAnsi="Times New Roman"/>
                <w:color w:val="000000"/>
                <w:w w:val="97"/>
                <w:sz w:val="16"/>
              </w:rPr>
              <w:t>https://education.yandex.ru</w:t>
            </w:r>
          </w:p>
        </w:tc>
      </w:tr>
      <w:tr w:rsidR="005F0CF1" w14:paraId="66CA3383" w14:textId="77777777">
        <w:trPr>
          <w:trHeight w:hRule="exact" w:val="348"/>
        </w:trPr>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6CEB07A"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25508F2" w14:textId="77777777" w:rsidR="005F0CF1" w:rsidRDefault="00F150A0">
            <w:pPr>
              <w:autoSpaceDE w:val="0"/>
              <w:autoSpaceDN w:val="0"/>
              <w:spacing w:before="76" w:after="0" w:line="233" w:lineRule="auto"/>
              <w:ind w:left="72"/>
            </w:pPr>
            <w:r>
              <w:rPr>
                <w:rFonts w:ascii="Times New Roman" w:eastAsia="Times New Roman" w:hAnsi="Times New Roman"/>
                <w:color w:val="000000"/>
                <w:w w:val="97"/>
                <w:sz w:val="16"/>
              </w:rPr>
              <w:t>32</w:t>
            </w:r>
          </w:p>
        </w:tc>
        <w:tc>
          <w:tcPr>
            <w:tcW w:w="120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6344F079" w14:textId="77777777" w:rsidR="005F0CF1" w:rsidRDefault="005F0CF1"/>
        </w:tc>
      </w:tr>
      <w:tr w:rsidR="005F0CF1" w14:paraId="0D37CB41" w14:textId="77777777">
        <w:trPr>
          <w:trHeight w:hRule="exact" w:val="348"/>
        </w:trPr>
        <w:tc>
          <w:tcPr>
            <w:tcW w:w="288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627157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lastRenderedPageBreak/>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46F26C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0</w:t>
            </w:r>
          </w:p>
        </w:tc>
        <w:tc>
          <w:tcPr>
            <w:tcW w:w="1209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472FBB78" w14:textId="77777777" w:rsidR="005F0CF1" w:rsidRDefault="005F0CF1"/>
        </w:tc>
      </w:tr>
      <w:tr w:rsidR="005F0CF1" w14:paraId="07F074E3" w14:textId="77777777" w:rsidTr="002873D8">
        <w:trPr>
          <w:trHeight w:hRule="exact" w:val="520"/>
        </w:trPr>
        <w:tc>
          <w:tcPr>
            <w:tcW w:w="2882" w:type="dxa"/>
            <w:gridSpan w:val="2"/>
            <w:tcBorders>
              <w:top w:val="single" w:sz="4" w:space="0" w:color="000000"/>
              <w:left w:val="single" w:sz="4" w:space="0" w:color="000000"/>
              <w:right w:val="single" w:sz="4" w:space="0" w:color="000000"/>
            </w:tcBorders>
            <w:tcMar>
              <w:left w:w="0" w:type="dxa"/>
              <w:right w:w="0" w:type="dxa"/>
            </w:tcMar>
          </w:tcPr>
          <w:p w14:paraId="307D3C3B" w14:textId="77777777" w:rsidR="005F0CF1" w:rsidRPr="000019FD" w:rsidRDefault="00F150A0">
            <w:pPr>
              <w:autoSpaceDE w:val="0"/>
              <w:autoSpaceDN w:val="0"/>
              <w:spacing w:before="78" w:after="0" w:line="245" w:lineRule="auto"/>
              <w:ind w:left="72" w:right="288"/>
              <w:rPr>
                <w:lang w:val="ru-RU"/>
              </w:rPr>
            </w:pPr>
            <w:r w:rsidRPr="000019FD">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right w:val="single" w:sz="4" w:space="0" w:color="000000"/>
            </w:tcBorders>
            <w:tcMar>
              <w:left w:w="0" w:type="dxa"/>
              <w:right w:w="0" w:type="dxa"/>
            </w:tcMar>
          </w:tcPr>
          <w:p w14:paraId="4F7C5F13"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99</w:t>
            </w:r>
          </w:p>
        </w:tc>
        <w:tc>
          <w:tcPr>
            <w:tcW w:w="1104" w:type="dxa"/>
            <w:tcBorders>
              <w:top w:val="single" w:sz="4" w:space="0" w:color="000000"/>
              <w:left w:val="single" w:sz="4" w:space="0" w:color="000000"/>
              <w:right w:val="single" w:sz="4" w:space="0" w:color="000000"/>
            </w:tcBorders>
            <w:tcMar>
              <w:left w:w="0" w:type="dxa"/>
              <w:right w:w="0" w:type="dxa"/>
            </w:tcMar>
          </w:tcPr>
          <w:p w14:paraId="71584C38"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1</w:t>
            </w:r>
          </w:p>
        </w:tc>
        <w:tc>
          <w:tcPr>
            <w:tcW w:w="1142" w:type="dxa"/>
            <w:tcBorders>
              <w:top w:val="single" w:sz="4" w:space="0" w:color="000000"/>
              <w:left w:val="single" w:sz="4" w:space="0" w:color="000000"/>
              <w:right w:val="single" w:sz="4" w:space="0" w:color="000000"/>
            </w:tcBorders>
            <w:tcMar>
              <w:left w:w="0" w:type="dxa"/>
              <w:right w:w="0" w:type="dxa"/>
            </w:tcMar>
          </w:tcPr>
          <w:p w14:paraId="6370E4E5" w14:textId="77777777" w:rsidR="005F0CF1" w:rsidRDefault="00F150A0">
            <w:pPr>
              <w:autoSpaceDE w:val="0"/>
              <w:autoSpaceDN w:val="0"/>
              <w:spacing w:before="78" w:after="0" w:line="230" w:lineRule="auto"/>
              <w:ind w:left="72"/>
            </w:pPr>
            <w:r>
              <w:rPr>
                <w:rFonts w:ascii="Times New Roman" w:eastAsia="Times New Roman" w:hAnsi="Times New Roman"/>
                <w:color w:val="000000"/>
                <w:w w:val="97"/>
                <w:sz w:val="16"/>
              </w:rPr>
              <w:t>1</w:t>
            </w:r>
          </w:p>
        </w:tc>
        <w:tc>
          <w:tcPr>
            <w:tcW w:w="9846" w:type="dxa"/>
            <w:gridSpan w:val="4"/>
            <w:tcBorders>
              <w:top w:val="single" w:sz="4" w:space="0" w:color="000000"/>
              <w:left w:val="single" w:sz="4" w:space="0" w:color="000000"/>
              <w:right w:val="single" w:sz="4" w:space="0" w:color="000000"/>
            </w:tcBorders>
            <w:tcMar>
              <w:left w:w="0" w:type="dxa"/>
              <w:right w:w="0" w:type="dxa"/>
            </w:tcMar>
          </w:tcPr>
          <w:p w14:paraId="7D0A1C66" w14:textId="77777777" w:rsidR="005F0CF1" w:rsidRDefault="005F0CF1"/>
        </w:tc>
      </w:tr>
      <w:tr w:rsidR="002873D8" w14:paraId="7C10AF56" w14:textId="77777777" w:rsidTr="002873D8">
        <w:trPr>
          <w:trHeight w:hRule="exact" w:val="1012"/>
        </w:trPr>
        <w:tc>
          <w:tcPr>
            <w:tcW w:w="15502" w:type="dxa"/>
            <w:gridSpan w:val="9"/>
            <w:tcMar>
              <w:left w:w="0" w:type="dxa"/>
              <w:right w:w="0" w:type="dxa"/>
            </w:tcMar>
          </w:tcPr>
          <w:p w14:paraId="2606E497" w14:textId="77777777" w:rsidR="002873D8" w:rsidRDefault="002873D8">
            <w:pPr>
              <w:rPr>
                <w:b/>
                <w:lang w:val="ru-RU"/>
              </w:rPr>
            </w:pPr>
            <w:r>
              <w:rPr>
                <w:b/>
                <w:lang w:val="ru-RU"/>
              </w:rPr>
              <w:t xml:space="preserve">    </w:t>
            </w:r>
          </w:p>
          <w:p w14:paraId="1245F35C" w14:textId="717C379D" w:rsidR="002873D8" w:rsidRDefault="002873D8">
            <w:pPr>
              <w:rPr>
                <w:b/>
                <w:lang w:val="ru-RU"/>
              </w:rPr>
            </w:pPr>
            <w:r w:rsidRPr="002873D8">
              <w:rPr>
                <w:b/>
                <w:lang w:val="ru-RU"/>
              </w:rPr>
              <w:t>2 класс</w:t>
            </w:r>
          </w:p>
          <w:p w14:paraId="422E0F60" w14:textId="115A2B10" w:rsidR="002873D8" w:rsidRPr="002873D8" w:rsidRDefault="002873D8">
            <w:pPr>
              <w:rPr>
                <w:b/>
                <w:lang w:val="ru-RU"/>
              </w:rPr>
            </w:pPr>
          </w:p>
        </w:tc>
      </w:tr>
    </w:tbl>
    <w:p w14:paraId="2EC0D772" w14:textId="77777777" w:rsidR="005F0CF1" w:rsidRDefault="005F0CF1">
      <w:pPr>
        <w:autoSpaceDE w:val="0"/>
        <w:autoSpaceDN w:val="0"/>
        <w:spacing w:after="0" w:line="14" w:lineRule="exact"/>
      </w:pPr>
    </w:p>
    <w:tbl>
      <w:tblPr>
        <w:tblW w:w="0" w:type="auto"/>
        <w:tblInd w:w="6" w:type="dxa"/>
        <w:tblLayout w:type="fixed"/>
        <w:tblLook w:val="04A0" w:firstRow="1" w:lastRow="0" w:firstColumn="1" w:lastColumn="0" w:noHBand="0" w:noVBand="1"/>
      </w:tblPr>
      <w:tblGrid>
        <w:gridCol w:w="468"/>
        <w:gridCol w:w="1598"/>
        <w:gridCol w:w="528"/>
        <w:gridCol w:w="1104"/>
        <w:gridCol w:w="1140"/>
        <w:gridCol w:w="866"/>
        <w:gridCol w:w="7180"/>
        <w:gridCol w:w="1236"/>
        <w:gridCol w:w="1382"/>
      </w:tblGrid>
      <w:tr w:rsidR="002873D8" w:rsidRPr="002873D8" w14:paraId="52D01A28" w14:textId="77777777" w:rsidTr="002873D8">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E8E6B39" w14:textId="77777777" w:rsidR="002873D8" w:rsidRPr="002873D8" w:rsidRDefault="002873D8" w:rsidP="002873D8">
            <w:pPr>
              <w:autoSpaceDE w:val="0"/>
              <w:autoSpaceDN w:val="0"/>
              <w:spacing w:before="78" w:after="0" w:line="245" w:lineRule="auto"/>
              <w:ind w:right="144"/>
              <w:jc w:val="center"/>
            </w:pPr>
            <w:r w:rsidRPr="002873D8">
              <w:rPr>
                <w:rFonts w:ascii="Times New Roman" w:eastAsia="Times New Roman" w:hAnsi="Times New Roman"/>
                <w:b/>
                <w:color w:val="000000"/>
                <w:w w:val="97"/>
                <w:sz w:val="16"/>
              </w:rPr>
              <w:t>№</w:t>
            </w:r>
            <w:r w:rsidRPr="002873D8">
              <w:br/>
            </w:r>
            <w:r w:rsidRPr="002873D8">
              <w:rPr>
                <w:rFonts w:ascii="Times New Roman" w:eastAsia="Times New Roman" w:hAnsi="Times New Roman"/>
                <w:b/>
                <w:color w:val="000000"/>
                <w:w w:val="97"/>
                <w:sz w:val="16"/>
              </w:rPr>
              <w:t>п/п</w:t>
            </w:r>
          </w:p>
        </w:tc>
        <w:tc>
          <w:tcPr>
            <w:tcW w:w="159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78B448A3" w14:textId="77777777" w:rsidR="002873D8" w:rsidRPr="002873D8" w:rsidRDefault="002873D8" w:rsidP="002873D8">
            <w:pPr>
              <w:autoSpaceDE w:val="0"/>
              <w:autoSpaceDN w:val="0"/>
              <w:spacing w:before="78" w:after="0" w:line="247" w:lineRule="auto"/>
              <w:ind w:left="72" w:right="468"/>
              <w:jc w:val="both"/>
              <w:rPr>
                <w:lang w:val="ru-RU"/>
              </w:rPr>
            </w:pPr>
            <w:r w:rsidRPr="002873D8">
              <w:rPr>
                <w:rFonts w:ascii="Times New Roman" w:eastAsia="Times New Roman" w:hAnsi="Times New Roman"/>
                <w:b/>
                <w:color w:val="000000"/>
                <w:w w:val="97"/>
                <w:sz w:val="16"/>
                <w:lang w:val="ru-RU"/>
              </w:rPr>
              <w:t>Наименование разделов и тем программы</w:t>
            </w:r>
          </w:p>
        </w:tc>
        <w:tc>
          <w:tcPr>
            <w:tcW w:w="277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37539ABD"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b/>
                <w:color w:val="000000"/>
                <w:w w:val="97"/>
                <w:sz w:val="16"/>
              </w:rPr>
              <w:t>Количество часов</w:t>
            </w:r>
          </w:p>
        </w:tc>
        <w:tc>
          <w:tcPr>
            <w:tcW w:w="8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D641283" w14:textId="77777777" w:rsidR="002873D8" w:rsidRPr="002873D8" w:rsidRDefault="002873D8" w:rsidP="002873D8">
            <w:pPr>
              <w:autoSpaceDE w:val="0"/>
              <w:autoSpaceDN w:val="0"/>
              <w:spacing w:before="78" w:after="0" w:line="245" w:lineRule="auto"/>
              <w:ind w:left="72"/>
            </w:pPr>
            <w:r w:rsidRPr="002873D8">
              <w:rPr>
                <w:rFonts w:ascii="Times New Roman" w:eastAsia="Times New Roman" w:hAnsi="Times New Roman"/>
                <w:b/>
                <w:color w:val="000000"/>
                <w:w w:val="97"/>
                <w:sz w:val="16"/>
              </w:rPr>
              <w:t xml:space="preserve">Дата </w:t>
            </w:r>
            <w:r w:rsidRPr="002873D8">
              <w:br/>
            </w:r>
            <w:r w:rsidRPr="002873D8">
              <w:rPr>
                <w:rFonts w:ascii="Times New Roman" w:eastAsia="Times New Roman" w:hAnsi="Times New Roman"/>
                <w:b/>
                <w:color w:val="000000"/>
                <w:w w:val="97"/>
                <w:sz w:val="16"/>
              </w:rPr>
              <w:t>изучения</w:t>
            </w:r>
          </w:p>
        </w:tc>
        <w:tc>
          <w:tcPr>
            <w:tcW w:w="71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326FADE"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b/>
                <w:color w:val="000000"/>
                <w:w w:val="97"/>
                <w:sz w:val="16"/>
              </w:rPr>
              <w:t>Виды деятельности</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2972D0DF" w14:textId="77777777" w:rsidR="002873D8" w:rsidRPr="002873D8" w:rsidRDefault="002873D8" w:rsidP="002873D8">
            <w:pPr>
              <w:autoSpaceDE w:val="0"/>
              <w:autoSpaceDN w:val="0"/>
              <w:spacing w:before="78" w:after="0" w:line="245" w:lineRule="auto"/>
              <w:ind w:left="72" w:right="144"/>
            </w:pPr>
            <w:r w:rsidRPr="002873D8">
              <w:rPr>
                <w:rFonts w:ascii="Times New Roman" w:eastAsia="Times New Roman" w:hAnsi="Times New Roman"/>
                <w:b/>
                <w:color w:val="000000"/>
                <w:w w:val="97"/>
                <w:sz w:val="16"/>
              </w:rPr>
              <w:t>Виды, формы 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34C3B3A9" w14:textId="77777777" w:rsidR="002873D8" w:rsidRPr="002873D8" w:rsidRDefault="002873D8" w:rsidP="002873D8">
            <w:pPr>
              <w:autoSpaceDE w:val="0"/>
              <w:autoSpaceDN w:val="0"/>
              <w:spacing w:before="78" w:after="0" w:line="250" w:lineRule="auto"/>
              <w:ind w:left="72"/>
            </w:pPr>
            <w:r w:rsidRPr="002873D8">
              <w:rPr>
                <w:rFonts w:ascii="Times New Roman" w:eastAsia="Times New Roman" w:hAnsi="Times New Roman"/>
                <w:b/>
                <w:color w:val="000000"/>
                <w:w w:val="97"/>
                <w:sz w:val="16"/>
              </w:rPr>
              <w:t xml:space="preserve">Электронные </w:t>
            </w:r>
            <w:r w:rsidRPr="002873D8">
              <w:br/>
            </w:r>
            <w:r w:rsidRPr="002873D8">
              <w:rPr>
                <w:rFonts w:ascii="Times New Roman" w:eastAsia="Times New Roman" w:hAnsi="Times New Roman"/>
                <w:b/>
                <w:color w:val="000000"/>
                <w:w w:val="97"/>
                <w:sz w:val="16"/>
              </w:rPr>
              <w:t xml:space="preserve">(цифровые) </w:t>
            </w:r>
            <w:r w:rsidRPr="002873D8">
              <w:br/>
            </w:r>
            <w:r w:rsidRPr="002873D8">
              <w:rPr>
                <w:rFonts w:ascii="Times New Roman" w:eastAsia="Times New Roman" w:hAnsi="Times New Roman"/>
                <w:b/>
                <w:color w:val="000000"/>
                <w:w w:val="97"/>
                <w:sz w:val="16"/>
              </w:rPr>
              <w:t>образовательные ресурсы</w:t>
            </w:r>
          </w:p>
        </w:tc>
      </w:tr>
      <w:tr w:rsidR="002873D8" w:rsidRPr="002873D8" w14:paraId="5BD6F037" w14:textId="77777777" w:rsidTr="002873D8">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14:paraId="1488607A" w14:textId="77777777" w:rsidR="002873D8" w:rsidRPr="002873D8" w:rsidRDefault="002873D8" w:rsidP="002873D8"/>
        </w:tc>
        <w:tc>
          <w:tcPr>
            <w:tcW w:w="1726" w:type="dxa"/>
            <w:vMerge/>
            <w:tcBorders>
              <w:top w:val="single" w:sz="4" w:space="0" w:color="000000"/>
              <w:left w:val="single" w:sz="4" w:space="0" w:color="000000"/>
              <w:bottom w:val="single" w:sz="4" w:space="0" w:color="000000"/>
              <w:right w:val="single" w:sz="4" w:space="0" w:color="000000"/>
            </w:tcBorders>
          </w:tcPr>
          <w:p w14:paraId="4EE9EA08" w14:textId="77777777" w:rsidR="002873D8" w:rsidRPr="002873D8" w:rsidRDefault="002873D8" w:rsidP="002873D8"/>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EC41A35"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42E5346" w14:textId="77777777" w:rsidR="002873D8" w:rsidRPr="002873D8" w:rsidRDefault="002873D8" w:rsidP="002873D8">
            <w:pPr>
              <w:autoSpaceDE w:val="0"/>
              <w:autoSpaceDN w:val="0"/>
              <w:spacing w:before="78" w:after="0" w:line="245" w:lineRule="auto"/>
              <w:ind w:left="72"/>
            </w:pPr>
            <w:r w:rsidRPr="002873D8">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03D6D2F" w14:textId="77777777" w:rsidR="002873D8" w:rsidRPr="002873D8" w:rsidRDefault="002873D8" w:rsidP="002873D8">
            <w:pPr>
              <w:autoSpaceDE w:val="0"/>
              <w:autoSpaceDN w:val="0"/>
              <w:spacing w:before="78" w:after="0" w:line="245" w:lineRule="auto"/>
              <w:ind w:left="72"/>
            </w:pPr>
            <w:r w:rsidRPr="002873D8">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14:paraId="0F928C3A" w14:textId="77777777" w:rsidR="002873D8" w:rsidRPr="002873D8" w:rsidRDefault="002873D8" w:rsidP="002873D8"/>
        </w:tc>
        <w:tc>
          <w:tcPr>
            <w:tcW w:w="1726" w:type="dxa"/>
            <w:vMerge/>
            <w:tcBorders>
              <w:top w:val="single" w:sz="4" w:space="0" w:color="000000"/>
              <w:left w:val="single" w:sz="4" w:space="0" w:color="000000"/>
              <w:bottom w:val="single" w:sz="4" w:space="0" w:color="000000"/>
              <w:right w:val="single" w:sz="4" w:space="0" w:color="000000"/>
            </w:tcBorders>
          </w:tcPr>
          <w:p w14:paraId="041A52FB" w14:textId="77777777" w:rsidR="002873D8" w:rsidRPr="002873D8" w:rsidRDefault="002873D8" w:rsidP="002873D8"/>
        </w:tc>
        <w:tc>
          <w:tcPr>
            <w:tcW w:w="1726" w:type="dxa"/>
            <w:vMerge/>
            <w:tcBorders>
              <w:top w:val="single" w:sz="4" w:space="0" w:color="000000"/>
              <w:left w:val="single" w:sz="4" w:space="0" w:color="000000"/>
              <w:bottom w:val="single" w:sz="4" w:space="0" w:color="000000"/>
              <w:right w:val="single" w:sz="4" w:space="0" w:color="000000"/>
            </w:tcBorders>
          </w:tcPr>
          <w:p w14:paraId="00EE2CB9" w14:textId="77777777" w:rsidR="002873D8" w:rsidRPr="002873D8" w:rsidRDefault="002873D8" w:rsidP="002873D8"/>
        </w:tc>
        <w:tc>
          <w:tcPr>
            <w:tcW w:w="1726" w:type="dxa"/>
            <w:vMerge/>
            <w:tcBorders>
              <w:top w:val="single" w:sz="4" w:space="0" w:color="000000"/>
              <w:left w:val="single" w:sz="4" w:space="0" w:color="000000"/>
              <w:bottom w:val="single" w:sz="4" w:space="0" w:color="000000"/>
              <w:right w:val="single" w:sz="4" w:space="0" w:color="000000"/>
            </w:tcBorders>
          </w:tcPr>
          <w:p w14:paraId="4C3657E6" w14:textId="77777777" w:rsidR="002873D8" w:rsidRPr="002873D8" w:rsidRDefault="002873D8" w:rsidP="002873D8"/>
        </w:tc>
      </w:tr>
      <w:tr w:rsidR="002873D8" w:rsidRPr="002873D8" w14:paraId="5A0A5F84" w14:textId="77777777" w:rsidTr="002873D8">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FCA553B"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70349DC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b/>
                <w:color w:val="000000"/>
                <w:w w:val="97"/>
                <w:sz w:val="16"/>
              </w:rPr>
              <w:t>О нашей Родине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D970530"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5AEC700"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D150631"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A9B72AC"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02.09.2022 09.09.2022</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8B077B" w14:textId="77777777" w:rsidR="002873D8" w:rsidRPr="002873D8" w:rsidRDefault="002873D8" w:rsidP="002873D8">
            <w:pPr>
              <w:autoSpaceDE w:val="0"/>
              <w:autoSpaceDN w:val="0"/>
              <w:spacing w:before="78" w:after="0" w:line="250" w:lineRule="auto"/>
              <w:ind w:left="72" w:right="144"/>
              <w:rPr>
                <w:lang w:val="ru-RU"/>
              </w:rPr>
            </w:pPr>
            <w:r w:rsidRPr="002873D8">
              <w:rPr>
                <w:rFonts w:ascii="Times New Roman" w:eastAsia="Times New Roman" w:hAnsi="Times New Roman"/>
                <w:color w:val="000000"/>
                <w:w w:val="97"/>
                <w:sz w:val="16"/>
                <w:lang w:val="ru-RU"/>
              </w:rPr>
              <w:t>Слушание стихотворных произведений, оценка своей эмоциональной реакции на прослушанное произведение, определение темы (не менее трёх стихотворений). Например, стихотворения И. С. Никитина «Русь», Ф. П. Савинова «Родина», А. А. Прокофьева «Родина», Н. М. Рубцова «Россия Русь— куда я ни взгляну…», З. Н. Александровой «Родина»;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AAA8BE"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36183733"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РЭШ</w:t>
            </w:r>
          </w:p>
        </w:tc>
      </w:tr>
      <w:tr w:rsidR="002873D8" w:rsidRPr="002873D8" w14:paraId="29C05946" w14:textId="77777777" w:rsidTr="002873D8">
        <w:trPr>
          <w:trHeight w:hRule="exact" w:val="207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AFF2970" w14:textId="77777777" w:rsidR="002873D8" w:rsidRPr="002873D8" w:rsidRDefault="002873D8" w:rsidP="002873D8">
            <w:pPr>
              <w:autoSpaceDE w:val="0"/>
              <w:autoSpaceDN w:val="0"/>
              <w:spacing w:before="76" w:after="0" w:line="233" w:lineRule="auto"/>
              <w:jc w:val="center"/>
            </w:pPr>
            <w:r w:rsidRPr="002873D8">
              <w:rPr>
                <w:rFonts w:ascii="Times New Roman" w:eastAsia="Times New Roman" w:hAnsi="Times New Roman"/>
                <w:color w:val="000000"/>
                <w:w w:val="97"/>
                <w:sz w:val="16"/>
              </w:rPr>
              <w:t>1.2.</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E58967" w14:textId="77777777" w:rsidR="002873D8" w:rsidRPr="002873D8" w:rsidRDefault="002873D8" w:rsidP="002873D8">
            <w:pPr>
              <w:autoSpaceDE w:val="0"/>
              <w:autoSpaceDN w:val="0"/>
              <w:spacing w:before="76" w:after="0" w:line="250" w:lineRule="auto"/>
              <w:ind w:left="72" w:right="144"/>
            </w:pPr>
            <w:r w:rsidRPr="002873D8">
              <w:rPr>
                <w:rFonts w:ascii="Times New Roman" w:eastAsia="Times New Roman" w:hAnsi="Times New Roman"/>
                <w:b/>
                <w:color w:val="000000"/>
                <w:w w:val="97"/>
                <w:sz w:val="16"/>
              </w:rPr>
              <w:t xml:space="preserve">Фольклор (устное народное </w:t>
            </w:r>
            <w:r w:rsidRPr="002873D8">
              <w:br/>
            </w:r>
            <w:r w:rsidRPr="002873D8">
              <w:rPr>
                <w:rFonts w:ascii="Times New Roman" w:eastAsia="Times New Roman" w:hAnsi="Times New Roman"/>
                <w:b/>
                <w:color w:val="000000"/>
                <w:w w:val="97"/>
                <w:sz w:val="16"/>
              </w:rPr>
              <w:t>творчество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45D4F47B" w14:textId="77777777" w:rsidR="002873D8" w:rsidRPr="002873D8" w:rsidRDefault="002873D8" w:rsidP="002873D8">
            <w:pPr>
              <w:autoSpaceDE w:val="0"/>
              <w:autoSpaceDN w:val="0"/>
              <w:spacing w:before="76" w:after="0" w:line="233" w:lineRule="auto"/>
              <w:ind w:left="72"/>
            </w:pPr>
            <w:r w:rsidRPr="002873D8">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5B3F824" w14:textId="77777777" w:rsidR="002873D8" w:rsidRPr="002873D8" w:rsidRDefault="002873D8" w:rsidP="002873D8">
            <w:pPr>
              <w:autoSpaceDE w:val="0"/>
              <w:autoSpaceDN w:val="0"/>
              <w:spacing w:before="76" w:after="0" w:line="233"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4432E4F" w14:textId="77777777" w:rsidR="002873D8" w:rsidRPr="002873D8" w:rsidRDefault="002873D8" w:rsidP="002873D8">
            <w:pPr>
              <w:autoSpaceDE w:val="0"/>
              <w:autoSpaceDN w:val="0"/>
              <w:spacing w:before="76" w:after="0" w:line="233"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0544D24" w14:textId="77777777" w:rsidR="002873D8" w:rsidRPr="002873D8" w:rsidRDefault="002873D8" w:rsidP="002873D8">
            <w:pPr>
              <w:autoSpaceDE w:val="0"/>
              <w:autoSpaceDN w:val="0"/>
              <w:spacing w:before="76" w:after="0" w:line="245" w:lineRule="auto"/>
              <w:jc w:val="center"/>
            </w:pPr>
            <w:r w:rsidRPr="002873D8">
              <w:rPr>
                <w:rFonts w:ascii="Times New Roman" w:eastAsia="Times New Roman" w:hAnsi="Times New Roman"/>
                <w:color w:val="000000"/>
                <w:w w:val="97"/>
                <w:sz w:val="16"/>
              </w:rPr>
              <w:t>13.09.2022 07.10.2022</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D2019A6" w14:textId="77777777" w:rsidR="002873D8" w:rsidRPr="002873D8" w:rsidRDefault="002873D8" w:rsidP="002873D8">
            <w:pPr>
              <w:autoSpaceDE w:val="0"/>
              <w:autoSpaceDN w:val="0"/>
              <w:spacing w:before="76" w:after="0" w:line="254" w:lineRule="auto"/>
              <w:ind w:left="72"/>
              <w:rPr>
                <w:lang w:val="ru-RU"/>
              </w:rPr>
            </w:pPr>
            <w:r w:rsidRPr="002873D8">
              <w:rPr>
                <w:rFonts w:ascii="Times New Roman" w:eastAsia="Times New Roman" w:hAnsi="Times New Roman"/>
                <w:color w:val="000000"/>
                <w:w w:val="97"/>
                <w:sz w:val="16"/>
                <w:lang w:val="ru-RU"/>
              </w:rPr>
              <w:t xml:space="preserve">Упражнение в чтении вслух целыми словами малых жанров фольклора: потешек, считалок, </w:t>
            </w:r>
            <w:r w:rsidRPr="002873D8">
              <w:rPr>
                <w:lang w:val="ru-RU"/>
              </w:rPr>
              <w:br/>
            </w:r>
            <w:r w:rsidRPr="002873D8">
              <w:rPr>
                <w:rFonts w:ascii="Times New Roman" w:eastAsia="Times New Roman" w:hAnsi="Times New Roman"/>
                <w:color w:val="000000"/>
                <w:w w:val="97"/>
                <w:sz w:val="16"/>
                <w:lang w:val="ru-RU"/>
              </w:rPr>
              <w:t xml:space="preserve">скороговорок, небылиц, загадок(по выбору); </w:t>
            </w:r>
            <w:r w:rsidRPr="002873D8">
              <w:rPr>
                <w:lang w:val="ru-RU"/>
              </w:rPr>
              <w:br/>
            </w:r>
            <w:r w:rsidRPr="002873D8">
              <w:rPr>
                <w:rFonts w:ascii="Times New Roman" w:eastAsia="Times New Roman" w:hAnsi="Times New Roman"/>
                <w:color w:val="000000"/>
                <w:w w:val="97"/>
                <w:sz w:val="16"/>
                <w:lang w:val="ru-RU"/>
              </w:rPr>
              <w:t xml:space="preserve">Групповая работа: чтение скороговорок с увеличением темпа, проведение конкурса «Лучший чтец скороговорок»; </w:t>
            </w:r>
            <w:r w:rsidRPr="002873D8">
              <w:rPr>
                <w:lang w:val="ru-RU"/>
              </w:rPr>
              <w:br/>
            </w:r>
            <w:r w:rsidRPr="002873D8">
              <w:rPr>
                <w:rFonts w:ascii="Times New Roman" w:eastAsia="Times New Roman" w:hAnsi="Times New Roman"/>
                <w:color w:val="000000"/>
                <w:w w:val="97"/>
                <w:sz w:val="16"/>
                <w:lang w:val="ru-RU"/>
              </w:rPr>
              <w:t xml:space="preserve">Работа с текстом: анализ юмористических событий в небылицах, нахождение созвучных (рифмованных) слов ; </w:t>
            </w:r>
            <w:r w:rsidRPr="002873D8">
              <w:rPr>
                <w:lang w:val="ru-RU"/>
              </w:rPr>
              <w:br/>
            </w:r>
            <w:r w:rsidRPr="002873D8">
              <w:rPr>
                <w:rFonts w:ascii="Times New Roman" w:eastAsia="Times New Roman" w:hAnsi="Times New Roman"/>
                <w:color w:val="000000"/>
                <w:w w:val="97"/>
                <w:sz w:val="16"/>
                <w:lang w:val="ru-RU"/>
              </w:rPr>
              <w:t xml:space="preserve">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 </w:t>
            </w:r>
            <w:r w:rsidRPr="002873D8">
              <w:rPr>
                <w:lang w:val="ru-RU"/>
              </w:rPr>
              <w:br/>
            </w:r>
            <w:r w:rsidRPr="002873D8">
              <w:rPr>
                <w:rFonts w:ascii="Times New Roman" w:eastAsia="Times New Roman" w:hAnsi="Times New Roman"/>
                <w:color w:val="000000"/>
                <w:w w:val="97"/>
                <w:sz w:val="16"/>
                <w:lang w:val="ru-RU"/>
              </w:rPr>
              <w:t>Чтение загадок и объединение их по темам;</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384B84B" w14:textId="77777777" w:rsidR="002873D8" w:rsidRPr="002873D8" w:rsidRDefault="002873D8" w:rsidP="002873D8">
            <w:pPr>
              <w:autoSpaceDE w:val="0"/>
              <w:autoSpaceDN w:val="0"/>
              <w:spacing w:before="76" w:after="0" w:line="254" w:lineRule="auto"/>
              <w:ind w:left="72"/>
              <w:rPr>
                <w:lang w:val="ru-RU"/>
              </w:rPr>
            </w:pPr>
            <w:r w:rsidRPr="002873D8">
              <w:rPr>
                <w:rFonts w:ascii="Times New Roman" w:eastAsia="Times New Roman" w:hAnsi="Times New Roman"/>
                <w:color w:val="000000"/>
                <w:w w:val="97"/>
                <w:sz w:val="16"/>
                <w:lang w:val="ru-RU"/>
              </w:rPr>
              <w:t xml:space="preserve">Устный опрос; Письменный </w:t>
            </w:r>
            <w:r w:rsidRPr="002873D8">
              <w:rPr>
                <w:lang w:val="ru-RU"/>
              </w:rPr>
              <w:br/>
            </w:r>
            <w:r w:rsidRPr="002873D8">
              <w:rPr>
                <w:rFonts w:ascii="Times New Roman" w:eastAsia="Times New Roman" w:hAnsi="Times New Roman"/>
                <w:color w:val="000000"/>
                <w:w w:val="97"/>
                <w:sz w:val="16"/>
                <w:lang w:val="ru-RU"/>
              </w:rPr>
              <w:t xml:space="preserve">контроль; </w:t>
            </w:r>
            <w:r w:rsidRPr="002873D8">
              <w:rPr>
                <w:lang w:val="ru-RU"/>
              </w:rPr>
              <w:br/>
            </w:r>
            <w:r w:rsidRPr="002873D8">
              <w:rPr>
                <w:rFonts w:ascii="Times New Roman" w:eastAsia="Times New Roman" w:hAnsi="Times New Roman"/>
                <w:color w:val="000000"/>
                <w:w w:val="97"/>
                <w:sz w:val="16"/>
                <w:lang w:val="ru-RU"/>
              </w:rPr>
              <w:t xml:space="preserve">Самооценка с </w:t>
            </w:r>
            <w:r w:rsidRPr="002873D8">
              <w:rPr>
                <w:lang w:val="ru-RU"/>
              </w:rPr>
              <w:br/>
            </w:r>
            <w:r w:rsidRPr="002873D8">
              <w:rPr>
                <w:rFonts w:ascii="Times New Roman" w:eastAsia="Times New Roman" w:hAnsi="Times New Roman"/>
                <w:color w:val="000000"/>
                <w:w w:val="97"/>
                <w:sz w:val="16"/>
                <w:lang w:val="ru-RU"/>
              </w:rPr>
              <w:t xml:space="preserve">использованием«Оценочного </w:t>
            </w:r>
            <w:r w:rsidRPr="002873D8">
              <w:rPr>
                <w:lang w:val="ru-RU"/>
              </w:rPr>
              <w:br/>
            </w:r>
            <w:r w:rsidRPr="002873D8">
              <w:rPr>
                <w:rFonts w:ascii="Times New Roman" w:eastAsia="Times New Roman" w:hAnsi="Times New Roman"/>
                <w:color w:val="000000"/>
                <w:w w:val="97"/>
                <w:sz w:val="16"/>
                <w:lang w:val="ru-RU"/>
              </w:rP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359ED78F" w14:textId="77777777" w:rsidR="002873D8" w:rsidRPr="002873D8" w:rsidRDefault="002873D8" w:rsidP="002873D8">
            <w:pPr>
              <w:autoSpaceDE w:val="0"/>
              <w:autoSpaceDN w:val="0"/>
              <w:spacing w:before="76" w:after="0" w:line="233" w:lineRule="auto"/>
              <w:ind w:left="72"/>
            </w:pPr>
            <w:r w:rsidRPr="002873D8">
              <w:rPr>
                <w:rFonts w:ascii="Times New Roman" w:eastAsia="Times New Roman" w:hAnsi="Times New Roman"/>
                <w:color w:val="000000"/>
                <w:w w:val="97"/>
                <w:sz w:val="16"/>
              </w:rPr>
              <w:t>учи.ру</w:t>
            </w:r>
          </w:p>
        </w:tc>
      </w:tr>
      <w:tr w:rsidR="002873D8" w:rsidRPr="002873D8" w14:paraId="56DCA789" w14:textId="77777777" w:rsidTr="002873D8">
        <w:trPr>
          <w:trHeight w:hRule="exact" w:val="378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32DA17A"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lastRenderedPageBreak/>
              <w:t>1.3.</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1898B75D" w14:textId="77777777" w:rsidR="002873D8" w:rsidRPr="002873D8" w:rsidRDefault="002873D8" w:rsidP="002873D8">
            <w:pPr>
              <w:autoSpaceDE w:val="0"/>
              <w:autoSpaceDN w:val="0"/>
              <w:spacing w:before="78" w:after="0" w:line="250" w:lineRule="auto"/>
              <w:ind w:left="72" w:right="144"/>
              <w:rPr>
                <w:lang w:val="ru-RU"/>
              </w:rPr>
            </w:pPr>
            <w:r w:rsidRPr="002873D8">
              <w:rPr>
                <w:rFonts w:ascii="Times New Roman" w:eastAsia="Times New Roman" w:hAnsi="Times New Roman"/>
                <w:b/>
                <w:color w:val="000000"/>
                <w:w w:val="97"/>
                <w:sz w:val="16"/>
                <w:lang w:val="ru-RU"/>
              </w:rPr>
              <w:t xml:space="preserve">Звуки и краски </w:t>
            </w:r>
            <w:r w:rsidRPr="002873D8">
              <w:rPr>
                <w:lang w:val="ru-RU"/>
              </w:rPr>
              <w:br/>
            </w:r>
            <w:r w:rsidRPr="002873D8">
              <w:rPr>
                <w:rFonts w:ascii="Times New Roman" w:eastAsia="Times New Roman" w:hAnsi="Times New Roman"/>
                <w:b/>
                <w:color w:val="000000"/>
                <w:w w:val="97"/>
                <w:sz w:val="16"/>
                <w:lang w:val="ru-RU"/>
              </w:rPr>
              <w:t xml:space="preserve">родной природы в разные времена </w:t>
            </w:r>
            <w:r w:rsidRPr="002873D8">
              <w:rPr>
                <w:lang w:val="ru-RU"/>
              </w:rPr>
              <w:br/>
            </w:r>
            <w:r w:rsidRPr="002873D8">
              <w:rPr>
                <w:rFonts w:ascii="Times New Roman" w:eastAsia="Times New Roman" w:hAnsi="Times New Roman"/>
                <w:b/>
                <w:color w:val="000000"/>
                <w:w w:val="97"/>
                <w:sz w:val="16"/>
                <w:lang w:val="ru-RU"/>
              </w:rPr>
              <w:t>года (осень)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5BF2FCC"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29963C1"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19490E5"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B877A5C"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11.10.2022 26.10.2022</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276DEBBF" w14:textId="77777777" w:rsidR="002873D8" w:rsidRPr="002873D8" w:rsidRDefault="002873D8" w:rsidP="002873D8">
            <w:pPr>
              <w:autoSpaceDE w:val="0"/>
              <w:autoSpaceDN w:val="0"/>
              <w:spacing w:before="78" w:after="0" w:line="254" w:lineRule="auto"/>
              <w:ind w:left="72"/>
              <w:rPr>
                <w:lang w:val="ru-RU"/>
              </w:rPr>
            </w:pPr>
            <w:r w:rsidRPr="002873D8">
              <w:rPr>
                <w:rFonts w:ascii="Times New Roman" w:eastAsia="Times New Roman" w:hAnsi="Times New Roman"/>
                <w:color w:val="000000"/>
                <w:w w:val="97"/>
                <w:sz w:val="16"/>
                <w:lang w:val="ru-RU"/>
              </w:rPr>
              <w:t xml:space="preserve">Учебный диалог: знакомство с новым разделом, определение учебной задачи, обсуждение вопросов «О чём ты узнаешь?»,«Чему ты будешь учиться?»; </w:t>
            </w:r>
            <w:r w:rsidRPr="002873D8">
              <w:rPr>
                <w:lang w:val="ru-RU"/>
              </w:rPr>
              <w:br/>
            </w:r>
            <w:r w:rsidRPr="002873D8">
              <w:rPr>
                <w:rFonts w:ascii="Times New Roman" w:eastAsia="Times New Roman" w:hAnsi="Times New Roman"/>
                <w:color w:val="000000"/>
                <w:w w:val="97"/>
                <w:sz w:val="16"/>
                <w:lang w:val="ru-RU"/>
              </w:rPr>
              <w:t xml:space="preserve">Слушание стихотворных произведений: А. С. Пушкин «Уж небо осенью дышало…», Ф. И. Тютчев«Есть в осени первоначальной…», А. Н. Плещеев «Осень», К. Д. Бальмонт «Осень», В. Я. Брюсов«Сухие листья, сухие листья…», А. К. Толстой «Осень Обсыпается весь наш бедный сад…», Е. Ф. Трутнева «Осень», В. Ю. Голяховский «Листопад», И. П. Токмакова «Опустел скворечник» (по выбору не менее пяти авторов), выражение своего отношения к пейзажной лирике; </w:t>
            </w:r>
            <w:r w:rsidRPr="002873D8">
              <w:rPr>
                <w:lang w:val="ru-RU"/>
              </w:rPr>
              <w:br/>
            </w:r>
            <w:r w:rsidRPr="002873D8">
              <w:rPr>
                <w:rFonts w:ascii="Times New Roman" w:eastAsia="Times New Roman" w:hAnsi="Times New Roman"/>
                <w:color w:val="000000"/>
                <w:w w:val="97"/>
                <w:sz w:val="16"/>
                <w:lang w:val="ru-RU"/>
              </w:rPr>
              <w:t>Обсуждение прослушанного произведения: ответ на вопрос «Какое настроение вызывает произведение?</w:t>
            </w:r>
          </w:p>
          <w:p w14:paraId="3EF9CD70" w14:textId="77777777" w:rsidR="002873D8" w:rsidRPr="002873D8" w:rsidRDefault="002873D8" w:rsidP="002873D8">
            <w:pPr>
              <w:autoSpaceDE w:val="0"/>
              <w:autoSpaceDN w:val="0"/>
              <w:spacing w:before="18" w:after="0" w:line="254" w:lineRule="auto"/>
              <w:ind w:left="72"/>
              <w:rPr>
                <w:lang w:val="ru-RU"/>
              </w:rPr>
            </w:pPr>
            <w:r w:rsidRPr="002873D8">
              <w:rPr>
                <w:rFonts w:ascii="Times New Roman" w:eastAsia="Times New Roman" w:hAnsi="Times New Roman"/>
                <w:color w:val="000000"/>
                <w:w w:val="97"/>
                <w:sz w:val="16"/>
                <w:lang w:val="ru-RU"/>
              </w:rPr>
              <w:t xml:space="preserve">Почему? С чем сравнивает поэт осенний лес?»; </w:t>
            </w:r>
            <w:r w:rsidRPr="002873D8">
              <w:rPr>
                <w:lang w:val="ru-RU"/>
              </w:rPr>
              <w:br/>
            </w:r>
            <w:r w:rsidRPr="002873D8">
              <w:rPr>
                <w:rFonts w:ascii="Times New Roman" w:eastAsia="Times New Roman" w:hAnsi="Times New Roman"/>
                <w:color w:val="000000"/>
                <w:w w:val="97"/>
                <w:sz w:val="16"/>
                <w:lang w:val="ru-RU"/>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w:t>
            </w:r>
            <w:r w:rsidRPr="002873D8">
              <w:rPr>
                <w:lang w:val="ru-RU"/>
              </w:rPr>
              <w:br/>
            </w:r>
            <w:r w:rsidRPr="002873D8">
              <w:rPr>
                <w:rFonts w:ascii="Times New Roman" w:eastAsia="Times New Roman" w:hAnsi="Times New Roman"/>
                <w:color w:val="000000"/>
                <w:w w:val="97"/>
                <w:sz w:val="16"/>
                <w:lang w:val="ru-RU"/>
              </w:rPr>
              <w:t xml:space="preserve">стихотворения, объяснение образных слов и выражений, поиск значения слова по словарю; </w:t>
            </w:r>
            <w:r w:rsidRPr="002873D8">
              <w:rPr>
                <w:lang w:val="ru-RU"/>
              </w:rPr>
              <w:br/>
            </w:r>
            <w:r w:rsidRPr="002873D8">
              <w:rPr>
                <w:rFonts w:ascii="Times New Roman" w:eastAsia="Times New Roman" w:hAnsi="Times New Roman"/>
                <w:color w:val="000000"/>
                <w:w w:val="97"/>
                <w:sz w:val="16"/>
                <w:lang w:val="ru-RU"/>
              </w:rPr>
              <w:t xml:space="preserve">Выразительное чтение с интонационным выделением знаков препинания, с соблюдением </w:t>
            </w:r>
            <w:r w:rsidRPr="002873D8">
              <w:rPr>
                <w:lang w:val="ru-RU"/>
              </w:rPr>
              <w:br/>
            </w:r>
            <w:r w:rsidRPr="002873D8">
              <w:rPr>
                <w:rFonts w:ascii="Times New Roman" w:eastAsia="Times New Roman" w:hAnsi="Times New Roman"/>
                <w:color w:val="000000"/>
                <w:w w:val="97"/>
                <w:sz w:val="16"/>
                <w:lang w:val="ru-RU"/>
              </w:rPr>
              <w:t xml:space="preserve">орфоэпических и пунктуационных норм; </w:t>
            </w:r>
            <w:r w:rsidRPr="002873D8">
              <w:rPr>
                <w:lang w:val="ru-RU"/>
              </w:rPr>
              <w:br/>
            </w:r>
            <w:r w:rsidRPr="002873D8">
              <w:rPr>
                <w:rFonts w:ascii="Times New Roman" w:eastAsia="Times New Roman" w:hAnsi="Times New Roman"/>
                <w:color w:val="000000"/>
                <w:w w:val="97"/>
                <w:sz w:val="16"/>
                <w:lang w:val="ru-RU"/>
              </w:rPr>
              <w:t>Чтение молча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Сладков«Сентябрь», «Осень на пороге», М. М. Пришвин «Утро», Г. А. Скребицкий «Четыре художника Осень»; Контроль восприятия произведения, прочитанного молча (про себя): определение формы (прозаическое или стихотворное), ответы на вопросы по фактическому содержанию текста;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04B0D5E" w14:textId="77777777" w:rsidR="002873D8" w:rsidRPr="002873D8" w:rsidRDefault="002873D8" w:rsidP="002873D8">
            <w:pPr>
              <w:autoSpaceDE w:val="0"/>
              <w:autoSpaceDN w:val="0"/>
              <w:spacing w:before="78" w:after="0" w:line="247" w:lineRule="auto"/>
              <w:ind w:left="72" w:right="144"/>
            </w:pPr>
            <w:r w:rsidRPr="002873D8">
              <w:rPr>
                <w:rFonts w:ascii="Times New Roman" w:eastAsia="Times New Roman" w:hAnsi="Times New Roman"/>
                <w:color w:val="000000"/>
                <w:w w:val="97"/>
                <w:sz w:val="16"/>
              </w:rPr>
              <w:t xml:space="preserve">Устный опрос; Письменный </w:t>
            </w:r>
            <w:r w:rsidRPr="002873D8">
              <w:br/>
            </w:r>
            <w:r w:rsidRPr="002873D8">
              <w:rPr>
                <w:rFonts w:ascii="Times New Roman" w:eastAsia="Times New Roman" w:hAnsi="Times New Roman"/>
                <w:color w:val="000000"/>
                <w:w w:val="97"/>
                <w:sz w:val="16"/>
              </w:rPr>
              <w:t>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4C9429"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РЭШ</w:t>
            </w:r>
          </w:p>
        </w:tc>
      </w:tr>
    </w:tbl>
    <w:p w14:paraId="6A1406E9" w14:textId="77777777" w:rsidR="002873D8" w:rsidRPr="002873D8" w:rsidRDefault="002873D8" w:rsidP="002873D8">
      <w:pPr>
        <w:autoSpaceDE w:val="0"/>
        <w:autoSpaceDN w:val="0"/>
        <w:spacing w:after="0" w:line="14" w:lineRule="exact"/>
      </w:pPr>
    </w:p>
    <w:p w14:paraId="1D5A182D" w14:textId="77777777" w:rsidR="002873D8" w:rsidRPr="002873D8" w:rsidRDefault="002873D8" w:rsidP="002873D8">
      <w:pPr>
        <w:sectPr w:rsidR="002873D8" w:rsidRPr="002873D8">
          <w:pgSz w:w="16840" w:h="11900"/>
          <w:pgMar w:top="282" w:right="640" w:bottom="1440" w:left="666" w:header="720" w:footer="720" w:gutter="0"/>
          <w:cols w:space="720" w:equalWidth="0">
            <w:col w:w="15534" w:space="0"/>
          </w:cols>
          <w:docGrid w:linePitch="360"/>
        </w:sectPr>
      </w:pPr>
    </w:p>
    <w:p w14:paraId="245E2FAB" w14:textId="77777777" w:rsidR="002873D8" w:rsidRPr="002873D8" w:rsidRDefault="002873D8" w:rsidP="002873D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598"/>
        <w:gridCol w:w="528"/>
        <w:gridCol w:w="1104"/>
        <w:gridCol w:w="1140"/>
        <w:gridCol w:w="866"/>
        <w:gridCol w:w="7180"/>
        <w:gridCol w:w="1236"/>
        <w:gridCol w:w="1382"/>
      </w:tblGrid>
      <w:tr w:rsidR="002873D8" w:rsidRPr="002873D8" w14:paraId="0D491CC5" w14:textId="77777777" w:rsidTr="002873D8">
        <w:trPr>
          <w:trHeight w:hRule="exact" w:val="38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C578B3D"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1.4.</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55856E03"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b/>
                <w:color w:val="000000"/>
                <w:w w:val="97"/>
                <w:sz w:val="16"/>
              </w:rPr>
              <w:t>О детях и дружбе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ADA5489"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E9F7BE"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3ED2041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9F4F9C6"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28.10.2022 30.11.2022</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61ED29B" w14:textId="77777777" w:rsidR="002873D8" w:rsidRPr="002873D8" w:rsidRDefault="002873D8" w:rsidP="002873D8">
            <w:pPr>
              <w:autoSpaceDE w:val="0"/>
              <w:autoSpaceDN w:val="0"/>
              <w:spacing w:before="78" w:after="0" w:line="254" w:lineRule="auto"/>
              <w:ind w:left="72"/>
              <w:rPr>
                <w:lang w:val="ru-RU"/>
              </w:rPr>
            </w:pPr>
            <w:r w:rsidRPr="002873D8">
              <w:rPr>
                <w:rFonts w:ascii="Times New Roman" w:eastAsia="Times New Roman" w:hAnsi="Times New Roman"/>
                <w:color w:val="000000"/>
                <w:w w:val="97"/>
                <w:sz w:val="16"/>
                <w:lang w:val="ru-RU"/>
              </w:rPr>
              <w:t xml:space="preserve">Учебный диалог: знакомство с новым разделом, определение учебной задачи, обсуждение вопросов: «О чём ты узнаешь?»,«Чему ты будешь учиться?»; </w:t>
            </w:r>
            <w:r w:rsidRPr="002873D8">
              <w:rPr>
                <w:lang w:val="ru-RU"/>
              </w:rPr>
              <w:br/>
            </w:r>
            <w:r w:rsidRPr="002873D8">
              <w:rPr>
                <w:rFonts w:ascii="Times New Roman" w:eastAsia="Times New Roman" w:hAnsi="Times New Roman"/>
                <w:color w:val="000000"/>
                <w:w w:val="97"/>
                <w:sz w:val="16"/>
                <w:lang w:val="ru-RU"/>
              </w:rPr>
              <w:t>Чтение целыми словами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Баруздин«Как Алёшке учиться надоело»,. Е. А. Пермяк «Смородинка», «Две пословицы», Н. Н. Носов</w:t>
            </w:r>
            <w:r w:rsidRPr="002873D8">
              <w:rPr>
                <w:lang w:val="ru-RU"/>
              </w:rPr>
              <w:br/>
            </w:r>
            <w:r w:rsidRPr="002873D8">
              <w:rPr>
                <w:rFonts w:ascii="Times New Roman" w:eastAsia="Times New Roman" w:hAnsi="Times New Roman"/>
                <w:color w:val="000000"/>
                <w:w w:val="97"/>
                <w:sz w:val="16"/>
                <w:lang w:val="ru-RU"/>
              </w:rPr>
              <w:t xml:space="preserve">«Заплатка», «На горке», В. В. Лунин «Я и Вовка», В. А. Осеева «Синие листья», «Волшебное слово»,«Просто старушка», А. Гайдар «Совесть», М. С. Пляцковский «Настоящий друг» (по выбору, не менее четырёх произведений); </w:t>
            </w:r>
            <w:r w:rsidRPr="002873D8">
              <w:rPr>
                <w:lang w:val="ru-RU"/>
              </w:rPr>
              <w:br/>
            </w:r>
            <w:r w:rsidRPr="002873D8">
              <w:rPr>
                <w:rFonts w:ascii="Times New Roman" w:eastAsia="Times New Roman" w:hAnsi="Times New Roman"/>
                <w:color w:val="000000"/>
                <w:w w:val="97"/>
                <w:sz w:val="16"/>
                <w:lang w:val="ru-RU"/>
              </w:rPr>
              <w:t xml:space="preserve">Учебный диалог: определение темы и главной мысли произведения, соотнесение главной мысли с пословицей, подбор пословиц к тексту; </w:t>
            </w:r>
            <w:r w:rsidRPr="002873D8">
              <w:rPr>
                <w:lang w:val="ru-RU"/>
              </w:rPr>
              <w:br/>
            </w:r>
            <w:r w:rsidRPr="002873D8">
              <w:rPr>
                <w:rFonts w:ascii="Times New Roman" w:eastAsia="Times New Roman" w:hAnsi="Times New Roman"/>
                <w:color w:val="000000"/>
                <w:w w:val="97"/>
                <w:sz w:val="16"/>
                <w:lang w:val="ru-RU"/>
              </w:rPr>
              <w:t xml:space="preserve">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 </w:t>
            </w:r>
            <w:r w:rsidRPr="002873D8">
              <w:rPr>
                <w:lang w:val="ru-RU"/>
              </w:rPr>
              <w:br/>
            </w:r>
            <w:r w:rsidRPr="002873D8">
              <w:rPr>
                <w:rFonts w:ascii="Times New Roman" w:eastAsia="Times New Roman" w:hAnsi="Times New Roman"/>
                <w:color w:val="000000"/>
                <w:w w:val="97"/>
                <w:sz w:val="16"/>
                <w:lang w:val="ru-RU"/>
              </w:rPr>
              <w:t xml:space="preserve">Упражнение на сравнение героев одного произведения по предложенному алгоритму; </w:t>
            </w:r>
            <w:r w:rsidRPr="002873D8">
              <w:rPr>
                <w:lang w:val="ru-RU"/>
              </w:rPr>
              <w:br/>
            </w:r>
            <w:r w:rsidRPr="002873D8">
              <w:rPr>
                <w:rFonts w:ascii="Times New Roman" w:eastAsia="Times New Roman" w:hAnsi="Times New Roman"/>
                <w:color w:val="000000"/>
                <w:w w:val="97"/>
                <w:sz w:val="16"/>
                <w:lang w:val="ru-RU"/>
              </w:rPr>
              <w:t xml:space="preserve">Обсуждение авторской позиции, выражение своего отношения к героям с подтверждением примерами из текста; </w:t>
            </w:r>
            <w:r w:rsidRPr="002873D8">
              <w:rPr>
                <w:lang w:val="ru-RU"/>
              </w:rPr>
              <w:br/>
            </w:r>
            <w:r w:rsidRPr="002873D8">
              <w:rPr>
                <w:rFonts w:ascii="Times New Roman" w:eastAsia="Times New Roman" w:hAnsi="Times New Roman"/>
                <w:color w:val="000000"/>
                <w:w w:val="97"/>
                <w:sz w:val="16"/>
                <w:lang w:val="ru-RU"/>
              </w:rPr>
              <w:t xml:space="preserve">Подробный пересказ (устно) содержания произведения Упражнение в умении формулировать вопрос по фактическому одержанию прочитанного произведения; </w:t>
            </w:r>
            <w:r w:rsidRPr="002873D8">
              <w:rPr>
                <w:lang w:val="ru-RU"/>
              </w:rPr>
              <w:br/>
            </w:r>
            <w:r w:rsidRPr="002873D8">
              <w:rPr>
                <w:rFonts w:ascii="Times New Roman" w:eastAsia="Times New Roman" w:hAnsi="Times New Roman"/>
                <w:color w:val="000000"/>
                <w:w w:val="97"/>
                <w:sz w:val="16"/>
                <w:lang w:val="ru-RU"/>
              </w:rPr>
              <w:t>Проверка своей работы по предложенному образцу;</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47826E8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71D82D27"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учи.ру</w:t>
            </w:r>
          </w:p>
        </w:tc>
      </w:tr>
      <w:tr w:rsidR="002873D8" w:rsidRPr="002873D8" w14:paraId="66C51B1C" w14:textId="77777777" w:rsidTr="002873D8">
        <w:trPr>
          <w:trHeight w:hRule="exact" w:val="397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48E15EBF"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1.5.</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CB389"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b/>
                <w:color w:val="000000"/>
                <w:w w:val="97"/>
                <w:sz w:val="16"/>
              </w:rPr>
              <w:t>Мир сказок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18042B1"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8B7BC9"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188EA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326A00D"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02.12.2022 23.12.2022</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BD6C958" w14:textId="77777777" w:rsidR="002873D8" w:rsidRPr="002873D8" w:rsidRDefault="002873D8" w:rsidP="002873D8">
            <w:pPr>
              <w:autoSpaceDE w:val="0"/>
              <w:autoSpaceDN w:val="0"/>
              <w:spacing w:before="78" w:after="0" w:line="254" w:lineRule="auto"/>
              <w:ind w:left="72"/>
              <w:rPr>
                <w:lang w:val="ru-RU"/>
              </w:rPr>
            </w:pPr>
            <w:r w:rsidRPr="002873D8">
              <w:rPr>
                <w:rFonts w:ascii="Times New Roman" w:eastAsia="Times New Roman" w:hAnsi="Times New Roman"/>
                <w:color w:val="000000"/>
                <w:w w:val="97"/>
                <w:sz w:val="16"/>
                <w:lang w:val="ru-RU"/>
              </w:rPr>
              <w:t xml:space="preserve">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четырёх произведений); </w:t>
            </w:r>
            <w:r w:rsidRPr="002873D8">
              <w:rPr>
                <w:lang w:val="ru-RU"/>
              </w:rPr>
              <w:br/>
            </w:r>
            <w:r w:rsidRPr="002873D8">
              <w:rPr>
                <w:rFonts w:ascii="Times New Roman" w:eastAsia="Times New Roman" w:hAnsi="Times New Roman"/>
                <w:color w:val="000000"/>
                <w:w w:val="97"/>
                <w:sz w:val="16"/>
                <w:lang w:val="ru-RU"/>
              </w:rPr>
              <w:t xml:space="preserve">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 </w:t>
            </w:r>
            <w:r w:rsidRPr="002873D8">
              <w:rPr>
                <w:lang w:val="ru-RU"/>
              </w:rPr>
              <w:br/>
            </w:r>
            <w:r w:rsidRPr="002873D8">
              <w:rPr>
                <w:rFonts w:ascii="Times New Roman" w:eastAsia="Times New Roman" w:hAnsi="Times New Roman"/>
                <w:color w:val="000000"/>
                <w:w w:val="97"/>
                <w:sz w:val="16"/>
                <w:lang w:val="ru-RU"/>
              </w:rPr>
              <w:t xml:space="preserve">Учебный диалог: обсуждение ответов на вопросы учебника, приведение примеров из текста, </w:t>
            </w:r>
            <w:r w:rsidRPr="002873D8">
              <w:rPr>
                <w:lang w:val="ru-RU"/>
              </w:rPr>
              <w:br/>
            </w:r>
            <w:r w:rsidRPr="002873D8">
              <w:rPr>
                <w:rFonts w:ascii="Times New Roman" w:eastAsia="Times New Roman" w:hAnsi="Times New Roman"/>
                <w:color w:val="000000"/>
                <w:w w:val="97"/>
                <w:sz w:val="16"/>
                <w:lang w:val="ru-RU"/>
              </w:rPr>
              <w:t xml:space="preserve">установление сходств тем, героев, сюжетов, осознание понятия «бродячий сюжет» (без предъявления термина); </w:t>
            </w:r>
            <w:r w:rsidRPr="002873D8">
              <w:rPr>
                <w:lang w:val="ru-RU"/>
              </w:rPr>
              <w:br/>
            </w:r>
            <w:r w:rsidRPr="002873D8">
              <w:rPr>
                <w:rFonts w:ascii="Times New Roman" w:eastAsia="Times New Roman" w:hAnsi="Times New Roman"/>
                <w:color w:val="000000"/>
                <w:w w:val="97"/>
                <w:sz w:val="16"/>
                <w:lang w:val="ru-RU"/>
              </w:rPr>
              <w:t xml:space="preserve">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 Работа с текстом произведения: определение последовательности событий в произведении, </w:t>
            </w:r>
            <w:r w:rsidRPr="002873D8">
              <w:rPr>
                <w:lang w:val="ru-RU"/>
              </w:rPr>
              <w:br/>
            </w:r>
            <w:r w:rsidRPr="002873D8">
              <w:rPr>
                <w:rFonts w:ascii="Times New Roman" w:eastAsia="Times New Roman" w:hAnsi="Times New Roman"/>
                <w:color w:val="000000"/>
                <w:w w:val="97"/>
                <w:sz w:val="16"/>
                <w:lang w:val="ru-RU"/>
              </w:rPr>
              <w:t xml:space="preserve">конструирование (моделирование) плана произведения: деление текста на смысловые части, </w:t>
            </w:r>
            <w:r w:rsidRPr="002873D8">
              <w:rPr>
                <w:lang w:val="ru-RU"/>
              </w:rPr>
              <w:br/>
            </w:r>
            <w:r w:rsidRPr="002873D8">
              <w:rPr>
                <w:rFonts w:ascii="Times New Roman" w:eastAsia="Times New Roman" w:hAnsi="Times New Roman"/>
                <w:color w:val="000000"/>
                <w:w w:val="97"/>
                <w:sz w:val="16"/>
                <w:lang w:val="ru-RU"/>
              </w:rPr>
              <w:t xml:space="preserve">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 </w:t>
            </w:r>
            <w:r w:rsidRPr="002873D8">
              <w:rPr>
                <w:lang w:val="ru-RU"/>
              </w:rPr>
              <w:br/>
            </w:r>
            <w:r w:rsidRPr="002873D8">
              <w:rPr>
                <w:rFonts w:ascii="Times New Roman" w:eastAsia="Times New Roman" w:hAnsi="Times New Roman"/>
                <w:color w:val="000000"/>
                <w:w w:val="97"/>
                <w:sz w:val="16"/>
                <w:lang w:val="ru-RU"/>
              </w:rPr>
              <w:t xml:space="preserve">Пересказ (устно) содержания сказки выборочно; </w:t>
            </w:r>
            <w:r w:rsidRPr="002873D8">
              <w:rPr>
                <w:lang w:val="ru-RU"/>
              </w:rPr>
              <w:br/>
            </w:r>
            <w:r w:rsidRPr="002873D8">
              <w:rPr>
                <w:rFonts w:ascii="Times New Roman" w:eastAsia="Times New Roman" w:hAnsi="Times New Roman"/>
                <w:color w:val="000000"/>
                <w:w w:val="97"/>
                <w:sz w:val="16"/>
                <w:lang w:val="ru-RU"/>
              </w:rPr>
              <w:t>Упражнение на узнавание по иллюстрациям названия сказок;</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9F71EC5" w14:textId="77777777" w:rsidR="002873D8" w:rsidRPr="002873D8" w:rsidRDefault="002873D8" w:rsidP="002873D8">
            <w:pPr>
              <w:autoSpaceDE w:val="0"/>
              <w:autoSpaceDN w:val="0"/>
              <w:spacing w:before="78" w:after="0" w:line="252" w:lineRule="auto"/>
              <w:ind w:left="72"/>
              <w:rPr>
                <w:lang w:val="ru-RU"/>
              </w:rPr>
            </w:pPr>
            <w:r w:rsidRPr="002873D8">
              <w:rPr>
                <w:rFonts w:ascii="Times New Roman" w:eastAsia="Times New Roman" w:hAnsi="Times New Roman"/>
                <w:color w:val="000000"/>
                <w:w w:val="97"/>
                <w:sz w:val="16"/>
                <w:lang w:val="ru-RU"/>
              </w:rPr>
              <w:t xml:space="preserve">Устный опрос; Самооценка с </w:t>
            </w:r>
            <w:r w:rsidRPr="002873D8">
              <w:rPr>
                <w:lang w:val="ru-RU"/>
              </w:rPr>
              <w:br/>
            </w:r>
            <w:r w:rsidRPr="002873D8">
              <w:rPr>
                <w:rFonts w:ascii="Times New Roman" w:eastAsia="Times New Roman" w:hAnsi="Times New Roman"/>
                <w:color w:val="000000"/>
                <w:w w:val="97"/>
                <w:sz w:val="16"/>
                <w:lang w:val="ru-RU"/>
              </w:rPr>
              <w:t xml:space="preserve">использованием«Оценочного </w:t>
            </w:r>
            <w:r w:rsidRPr="002873D8">
              <w:rPr>
                <w:lang w:val="ru-RU"/>
              </w:rPr>
              <w:br/>
            </w:r>
            <w:r w:rsidRPr="002873D8">
              <w:rPr>
                <w:rFonts w:ascii="Times New Roman" w:eastAsia="Times New Roman" w:hAnsi="Times New Roman"/>
                <w:color w:val="000000"/>
                <w:w w:val="97"/>
                <w:sz w:val="16"/>
                <w:lang w:val="ru-RU"/>
              </w:rP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68643153"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РЭШ</w:t>
            </w:r>
          </w:p>
        </w:tc>
      </w:tr>
    </w:tbl>
    <w:p w14:paraId="32ADF8D5" w14:textId="77777777" w:rsidR="002873D8" w:rsidRPr="002873D8" w:rsidRDefault="002873D8" w:rsidP="002873D8">
      <w:pPr>
        <w:autoSpaceDE w:val="0"/>
        <w:autoSpaceDN w:val="0"/>
        <w:spacing w:after="0" w:line="14" w:lineRule="exact"/>
      </w:pPr>
    </w:p>
    <w:p w14:paraId="572FE04A" w14:textId="77777777" w:rsidR="002873D8" w:rsidRPr="002873D8" w:rsidRDefault="002873D8" w:rsidP="002873D8">
      <w:pPr>
        <w:sectPr w:rsidR="002873D8" w:rsidRPr="002873D8">
          <w:pgSz w:w="16840" w:h="11900"/>
          <w:pgMar w:top="284" w:right="640" w:bottom="1440" w:left="666" w:header="720" w:footer="720" w:gutter="0"/>
          <w:cols w:space="720" w:equalWidth="0">
            <w:col w:w="15534" w:space="0"/>
          </w:cols>
          <w:docGrid w:linePitch="360"/>
        </w:sectPr>
      </w:pPr>
    </w:p>
    <w:p w14:paraId="62BC59B6" w14:textId="77777777" w:rsidR="002873D8" w:rsidRPr="002873D8" w:rsidRDefault="002873D8" w:rsidP="002873D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598"/>
        <w:gridCol w:w="528"/>
        <w:gridCol w:w="1104"/>
        <w:gridCol w:w="1140"/>
        <w:gridCol w:w="866"/>
        <w:gridCol w:w="7180"/>
        <w:gridCol w:w="1236"/>
        <w:gridCol w:w="1382"/>
      </w:tblGrid>
      <w:tr w:rsidR="002873D8" w:rsidRPr="002873D8" w14:paraId="6F8E2787" w14:textId="77777777" w:rsidTr="002873D8">
        <w:trPr>
          <w:trHeight w:hRule="exact" w:val="410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6ECA8B5B"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1.6.</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6B512601" w14:textId="77777777" w:rsidR="002873D8" w:rsidRPr="002873D8" w:rsidRDefault="002873D8" w:rsidP="002873D8">
            <w:pPr>
              <w:autoSpaceDE w:val="0"/>
              <w:autoSpaceDN w:val="0"/>
              <w:spacing w:before="78" w:after="0" w:line="250" w:lineRule="auto"/>
              <w:ind w:left="72" w:right="144"/>
              <w:rPr>
                <w:lang w:val="ru-RU"/>
              </w:rPr>
            </w:pPr>
            <w:r w:rsidRPr="002873D8">
              <w:rPr>
                <w:rFonts w:ascii="Times New Roman" w:eastAsia="Times New Roman" w:hAnsi="Times New Roman"/>
                <w:b/>
                <w:color w:val="000000"/>
                <w:w w:val="97"/>
                <w:sz w:val="16"/>
                <w:lang w:val="ru-RU"/>
              </w:rPr>
              <w:t xml:space="preserve">Звуки и краски </w:t>
            </w:r>
            <w:r w:rsidRPr="002873D8">
              <w:rPr>
                <w:lang w:val="ru-RU"/>
              </w:rPr>
              <w:br/>
            </w:r>
            <w:r w:rsidRPr="002873D8">
              <w:rPr>
                <w:rFonts w:ascii="Times New Roman" w:eastAsia="Times New Roman" w:hAnsi="Times New Roman"/>
                <w:b/>
                <w:color w:val="000000"/>
                <w:w w:val="97"/>
                <w:sz w:val="16"/>
                <w:lang w:val="ru-RU"/>
              </w:rPr>
              <w:t xml:space="preserve">родной природы в разные времена </w:t>
            </w:r>
            <w:r w:rsidRPr="002873D8">
              <w:rPr>
                <w:lang w:val="ru-RU"/>
              </w:rPr>
              <w:br/>
            </w:r>
            <w:r w:rsidRPr="002873D8">
              <w:rPr>
                <w:rFonts w:ascii="Times New Roman" w:eastAsia="Times New Roman" w:hAnsi="Times New Roman"/>
                <w:b/>
                <w:color w:val="000000"/>
                <w:w w:val="97"/>
                <w:sz w:val="16"/>
                <w:lang w:val="ru-RU"/>
              </w:rPr>
              <w:t>года (зима)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232BEF9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79478F5"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45F132C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13706F1"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27.12.2022 27.01.2023</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1219ED" w14:textId="77777777" w:rsidR="002873D8" w:rsidRPr="002873D8" w:rsidRDefault="002873D8" w:rsidP="002873D8">
            <w:pPr>
              <w:autoSpaceDE w:val="0"/>
              <w:autoSpaceDN w:val="0"/>
              <w:spacing w:before="78" w:after="0" w:line="254" w:lineRule="auto"/>
              <w:ind w:left="72"/>
              <w:rPr>
                <w:lang w:val="ru-RU"/>
              </w:rPr>
            </w:pPr>
            <w:r w:rsidRPr="002873D8">
              <w:rPr>
                <w:rFonts w:ascii="Times New Roman" w:eastAsia="Times New Roman" w:hAnsi="Times New Roman"/>
                <w:color w:val="000000"/>
                <w:w w:val="97"/>
                <w:sz w:val="16"/>
                <w:lang w:val="ru-RU"/>
              </w:rPr>
              <w:t xml:space="preserve">Слушание стихотворных произведений о зимней природе: А. С. Пушкин «Вот север, тучи нагоняя…»,«Зима! Крестьянин, торжествуя…», С. А. Есенин «Поёт зима — аукает…», Ф. И. Тютчев «Чародейкою Зимою…», И. З. Суриков «Первый снег», И. А. Бунин «Зимним холодом пахнуло…», А. А. Прокофьев«Как на горке, на горе…», З. Н. Александрова «Снежок», (по выбору 2—3 произведения), обсуждение эмоционального состояния при восприятии описанных картин природы; </w:t>
            </w:r>
            <w:r w:rsidRPr="002873D8">
              <w:rPr>
                <w:lang w:val="ru-RU"/>
              </w:rPr>
              <w:br/>
            </w:r>
            <w:r w:rsidRPr="002873D8">
              <w:rPr>
                <w:rFonts w:ascii="Times New Roman" w:eastAsia="Times New Roman" w:hAnsi="Times New Roman"/>
                <w:color w:val="000000"/>
                <w:w w:val="97"/>
                <w:sz w:val="16"/>
                <w:lang w:val="ru-RU"/>
              </w:rPr>
              <w:t xml:space="preserve">Чтение молча (про себя) небольших по объёму прозаических произведений о зиме, доступных для восприятия младшими школьниками. Например, С. А. Иванов «Каким бывает снег», И. С. Соколов-Микитов «Зима в лесу», «Узоры на снегу», М. М. Пришвин «Деревья в лесу» ; </w:t>
            </w:r>
            <w:r w:rsidRPr="002873D8">
              <w:rPr>
                <w:lang w:val="ru-RU"/>
              </w:rPr>
              <w:br/>
            </w:r>
            <w:r w:rsidRPr="002873D8">
              <w:rPr>
                <w:rFonts w:ascii="Times New Roman" w:eastAsia="Times New Roman" w:hAnsi="Times New Roman"/>
                <w:color w:val="000000"/>
                <w:w w:val="97"/>
                <w:sz w:val="16"/>
                <w:lang w:val="ru-RU"/>
              </w:rPr>
              <w:t xml:space="preserve">Контроль восприятия произведения, прочитанного молча (про себя): ответы на вопросы по </w:t>
            </w:r>
            <w:r w:rsidRPr="002873D8">
              <w:rPr>
                <w:lang w:val="ru-RU"/>
              </w:rPr>
              <w:br/>
            </w:r>
            <w:r w:rsidRPr="002873D8">
              <w:rPr>
                <w:rFonts w:ascii="Times New Roman" w:eastAsia="Times New Roman" w:hAnsi="Times New Roman"/>
                <w:color w:val="000000"/>
                <w:w w:val="97"/>
                <w:sz w:val="16"/>
                <w:lang w:val="ru-RU"/>
              </w:rPr>
              <w:t xml:space="preserve">фактическому содержанию текста; </w:t>
            </w:r>
            <w:r w:rsidRPr="002873D8">
              <w:rPr>
                <w:lang w:val="ru-RU"/>
              </w:rPr>
              <w:br/>
            </w:r>
            <w:r w:rsidRPr="002873D8">
              <w:rPr>
                <w:rFonts w:ascii="Times New Roman" w:eastAsia="Times New Roman" w:hAnsi="Times New Roman"/>
                <w:color w:val="000000"/>
                <w:w w:val="97"/>
                <w:sz w:val="16"/>
                <w:lang w:val="ru-RU"/>
              </w:rPr>
              <w:t xml:space="preserve">Работа с текстом произведения: сравнение описаний зимней природы в стихотворных и </w:t>
            </w:r>
            <w:r w:rsidRPr="002873D8">
              <w:rPr>
                <w:lang w:val="ru-RU"/>
              </w:rPr>
              <w:br/>
            </w:r>
            <w:r w:rsidRPr="002873D8">
              <w:rPr>
                <w:rFonts w:ascii="Times New Roman" w:eastAsia="Times New Roman" w:hAnsi="Times New Roman"/>
                <w:color w:val="000000"/>
                <w:w w:val="97"/>
                <w:sz w:val="16"/>
                <w:lang w:val="ru-RU"/>
              </w:rPr>
              <w:t xml:space="preserve">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w:t>
            </w:r>
            <w:r w:rsidRPr="002873D8">
              <w:rPr>
                <w:lang w:val="ru-RU"/>
              </w:rPr>
              <w:br/>
            </w:r>
            <w:r w:rsidRPr="002873D8">
              <w:rPr>
                <w:rFonts w:ascii="Times New Roman" w:eastAsia="Times New Roman" w:hAnsi="Times New Roman"/>
                <w:color w:val="000000"/>
                <w:w w:val="97"/>
                <w:sz w:val="16"/>
                <w:lang w:val="ru-RU"/>
              </w:rPr>
              <w:t xml:space="preserve">использования слов в прямом и переносном значении, определение особенностей стихотворного произведения (ритм, рифма); </w:t>
            </w:r>
            <w:r w:rsidRPr="002873D8">
              <w:rPr>
                <w:lang w:val="ru-RU"/>
              </w:rPr>
              <w:br/>
            </w:r>
            <w:r w:rsidRPr="002873D8">
              <w:rPr>
                <w:rFonts w:ascii="Times New Roman" w:eastAsia="Times New Roman" w:hAnsi="Times New Roman"/>
                <w:color w:val="000000"/>
                <w:w w:val="97"/>
                <w:sz w:val="16"/>
                <w:lang w:val="ru-RU"/>
              </w:rPr>
              <w:t xml:space="preserve">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 </w:t>
            </w:r>
            <w:r w:rsidRPr="002873D8">
              <w:rPr>
                <w:lang w:val="ru-RU"/>
              </w:rPr>
              <w:br/>
            </w:r>
            <w:r w:rsidRPr="002873D8">
              <w:rPr>
                <w:rFonts w:ascii="Times New Roman" w:eastAsia="Times New Roman" w:hAnsi="Times New Roman"/>
                <w:color w:val="000000"/>
                <w:w w:val="97"/>
                <w:sz w:val="16"/>
                <w:lang w:val="ru-RU"/>
              </w:rPr>
              <w:t>Чтение произведений новогодней тематики (например, С. В. Михалков «Новогодняя быль», «Событие», А. Гайдар«Чук и Гек» (отрывок), С. Я. Маршак «Декабрь», Е. А. Пермяк «Волшебные краски»), сравнение произведений писателей на одну тему, выбор понравившегося, объяснение своего выбора;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C7972CA"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7A35731D"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учи.ру</w:t>
            </w:r>
          </w:p>
        </w:tc>
      </w:tr>
      <w:tr w:rsidR="002873D8" w:rsidRPr="002873D8" w14:paraId="34796F8D" w14:textId="77777777" w:rsidTr="002873D8">
        <w:trPr>
          <w:trHeight w:hRule="exact" w:val="49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3B8F59F5"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1.7.</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057AE5D9" w14:textId="77777777" w:rsidR="002873D8" w:rsidRPr="002873D8" w:rsidRDefault="002873D8" w:rsidP="002873D8">
            <w:pPr>
              <w:autoSpaceDE w:val="0"/>
              <w:autoSpaceDN w:val="0"/>
              <w:spacing w:before="78" w:after="0" w:line="245" w:lineRule="auto"/>
              <w:ind w:left="72" w:right="144"/>
            </w:pPr>
            <w:r w:rsidRPr="002873D8">
              <w:rPr>
                <w:rFonts w:ascii="Times New Roman" w:eastAsia="Times New Roman" w:hAnsi="Times New Roman"/>
                <w:b/>
                <w:color w:val="000000"/>
                <w:w w:val="97"/>
                <w:sz w:val="16"/>
              </w:rPr>
              <w:t>О братьях наших меньших</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56D06124"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14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32B7B78"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62C78D3"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323DC0A"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31.01.2023 01.03.2023</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41BD5DF9" w14:textId="77777777" w:rsidR="002873D8" w:rsidRPr="002873D8" w:rsidRDefault="002873D8" w:rsidP="002873D8">
            <w:pPr>
              <w:autoSpaceDE w:val="0"/>
              <w:autoSpaceDN w:val="0"/>
              <w:spacing w:before="78" w:after="0" w:line="245" w:lineRule="auto"/>
              <w:ind w:left="72" w:right="144"/>
              <w:rPr>
                <w:lang w:val="ru-RU"/>
              </w:rPr>
            </w:pPr>
            <w:r w:rsidRPr="002873D8">
              <w:rPr>
                <w:rFonts w:ascii="Times New Roman" w:eastAsia="Times New Roman" w:hAnsi="Times New Roman"/>
                <w:color w:val="000000"/>
                <w:w w:val="97"/>
                <w:sz w:val="16"/>
                <w:lang w:val="ru-RU"/>
              </w:rPr>
              <w:t>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w:t>
            </w:r>
          </w:p>
          <w:p w14:paraId="18CAFA7E" w14:textId="77777777" w:rsidR="002873D8" w:rsidRPr="002873D8" w:rsidRDefault="002873D8" w:rsidP="002873D8">
            <w:pPr>
              <w:autoSpaceDE w:val="0"/>
              <w:autoSpaceDN w:val="0"/>
              <w:spacing w:before="20" w:after="0" w:line="257" w:lineRule="auto"/>
              <w:ind w:left="72"/>
              <w:rPr>
                <w:lang w:val="ru-RU"/>
              </w:rPr>
            </w:pPr>
            <w:r w:rsidRPr="002873D8">
              <w:rPr>
                <w:rFonts w:ascii="Times New Roman" w:eastAsia="Times New Roman" w:hAnsi="Times New Roman"/>
                <w:color w:val="000000"/>
                <w:w w:val="97"/>
                <w:sz w:val="16"/>
                <w:lang w:val="ru-RU"/>
              </w:rPr>
              <w:t xml:space="preserve">Рубцова «Про зайца», Саши Чёрного «Жеребёнок», Р. С. Сефа «Птенцы», В. Д. Берестова «Кошкин щенок», «С фотоаппаратом», «Прощание с другом», С. В. Михалкова «Мой щенок», А. Л. Барто«Думают ли звери?», «Он был совсем один», И. М. Пивоваровой «Жила-была собака» и др.; </w:t>
            </w:r>
            <w:r w:rsidRPr="002873D8">
              <w:rPr>
                <w:lang w:val="ru-RU"/>
              </w:rPr>
              <w:br/>
            </w:r>
            <w:r w:rsidRPr="002873D8">
              <w:rPr>
                <w:rFonts w:ascii="Times New Roman" w:eastAsia="Times New Roman" w:hAnsi="Times New Roman"/>
                <w:color w:val="000000"/>
                <w:w w:val="97"/>
                <w:sz w:val="16"/>
                <w:lang w:val="ru-RU"/>
              </w:rPr>
              <w:t xml:space="preserve">Учебный диалог: обсуждение прослушанного произведения, ответ на вопрос: «Какова главная мысль произведения? Какавтор описывает отношения людей и животных?», осознание идеи произведения о животных: забота о животных требуетответственности, человек должен с заботой относиться к природе; 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К.Д.Ушинский «Васька», «Лиса Патрикеевна», В.В.Бианки «Ёж-спаситель», «Хитрый лис и умная уточка», Е.И.Чарушин «Страшный рассказ», В.В.Вересаев «Братишка», В.А.Осеева «Почему», В.В.Чаплина «Нюрка», М.М.Пришвин «Журка», «Ребята и утята», Б.С.Житков «Галка», «Храбрый утёнок», С.В.Образцов «Дружок», Г.Я.Снегирёв «Отважный пингвинёнок» (по выбору, не менее пяти авторов); </w:t>
            </w:r>
            <w:r w:rsidRPr="002873D8">
              <w:rPr>
                <w:lang w:val="ru-RU"/>
              </w:rPr>
              <w:br/>
            </w:r>
            <w:r w:rsidRPr="002873D8">
              <w:rPr>
                <w:rFonts w:ascii="Times New Roman" w:eastAsia="Times New Roman" w:hAnsi="Times New Roman"/>
                <w:color w:val="000000"/>
                <w:w w:val="97"/>
                <w:sz w:val="16"/>
                <w:lang w:val="ru-RU"/>
              </w:rPr>
              <w:t xml:space="preserve">Работа с текстом произведения: определение темы и главной мысли произведения, ответы на вопросы, использованиепоискового выборочного вида чтения, нахождение портрета героя, средств изображения героев и выражения их чувств,объяснение отношения автора к героям, поступкам; </w:t>
            </w:r>
            <w:r w:rsidRPr="002873D8">
              <w:rPr>
                <w:lang w:val="ru-RU"/>
              </w:rPr>
              <w:br/>
            </w:r>
            <w:r w:rsidRPr="002873D8">
              <w:rPr>
                <w:rFonts w:ascii="Times New Roman" w:eastAsia="Times New Roman" w:hAnsi="Times New Roman"/>
                <w:color w:val="000000"/>
                <w:w w:val="97"/>
                <w:sz w:val="16"/>
                <w:lang w:val="ru-RU"/>
              </w:rPr>
              <w:t xml:space="preserve">Задание на сравнение описания героя-животного в художественном и научно-познавательном тексте: сходство и различия,определение цели сообщения; </w:t>
            </w:r>
            <w:r w:rsidRPr="002873D8">
              <w:rPr>
                <w:lang w:val="ru-RU"/>
              </w:rPr>
              <w:br/>
            </w:r>
            <w:r w:rsidRPr="002873D8">
              <w:rPr>
                <w:rFonts w:ascii="Times New Roman" w:eastAsia="Times New Roman" w:hAnsi="Times New Roman"/>
                <w:color w:val="000000"/>
                <w:w w:val="97"/>
                <w:sz w:val="16"/>
                <w:lang w:val="ru-RU"/>
              </w:rPr>
              <w:t xml:space="preserve">Работа с текстом произведения: определение последовательности событий в произведении, составление или дополнение плана по данному началу; </w:t>
            </w:r>
            <w:r w:rsidRPr="002873D8">
              <w:rPr>
                <w:lang w:val="ru-RU"/>
              </w:rPr>
              <w:br/>
            </w:r>
            <w:r w:rsidRPr="002873D8">
              <w:rPr>
                <w:rFonts w:ascii="Times New Roman" w:eastAsia="Times New Roman" w:hAnsi="Times New Roman"/>
                <w:color w:val="000000"/>
                <w:w w:val="97"/>
                <w:sz w:val="16"/>
                <w:lang w:val="ru-RU"/>
              </w:rPr>
              <w:t xml:space="preserve">Пересказ (устно) текста произведения от лица героя; </w:t>
            </w:r>
            <w:r w:rsidRPr="002873D8">
              <w:rPr>
                <w:lang w:val="ru-RU"/>
              </w:rPr>
              <w:br/>
            </w:r>
            <w:r w:rsidRPr="002873D8">
              <w:rPr>
                <w:rFonts w:ascii="Times New Roman" w:eastAsia="Times New Roman" w:hAnsi="Times New Roman"/>
                <w:color w:val="000000"/>
                <w:w w:val="97"/>
                <w:sz w:val="16"/>
                <w:lang w:val="ru-RU"/>
              </w:rPr>
              <w:t>Знакомство с новым литературным жанром, чтение вслух басен И. А. Крылова, Л. Н. Толстого (произведения по выбору), сравнение формы: прозаическая или стихотворная ;</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3DF86FDE" w14:textId="77777777" w:rsidR="002873D8" w:rsidRPr="002873D8" w:rsidRDefault="002873D8" w:rsidP="002873D8">
            <w:pPr>
              <w:autoSpaceDE w:val="0"/>
              <w:autoSpaceDN w:val="0"/>
              <w:spacing w:before="78" w:after="0" w:line="247" w:lineRule="auto"/>
              <w:ind w:left="72" w:right="144"/>
            </w:pPr>
            <w:r w:rsidRPr="002873D8">
              <w:rPr>
                <w:rFonts w:ascii="Times New Roman" w:eastAsia="Times New Roman" w:hAnsi="Times New Roman"/>
                <w:color w:val="000000"/>
                <w:w w:val="97"/>
                <w:sz w:val="16"/>
              </w:rPr>
              <w:t xml:space="preserve">Письменный </w:t>
            </w:r>
            <w:r w:rsidRPr="002873D8">
              <w:br/>
            </w:r>
            <w:r w:rsidRPr="002873D8">
              <w:rPr>
                <w:rFonts w:ascii="Times New Roman" w:eastAsia="Times New Roman" w:hAnsi="Times New Roman"/>
                <w:color w:val="000000"/>
                <w:w w:val="97"/>
                <w:sz w:val="16"/>
              </w:rPr>
              <w:t xml:space="preserve">контроль; </w:t>
            </w:r>
            <w:r w:rsidRPr="002873D8">
              <w:br/>
            </w:r>
            <w:r w:rsidRPr="002873D8">
              <w:rPr>
                <w:rFonts w:ascii="Times New Roman" w:eastAsia="Times New Roman" w:hAnsi="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7EE8650C"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РЭШ</w:t>
            </w:r>
          </w:p>
        </w:tc>
      </w:tr>
    </w:tbl>
    <w:p w14:paraId="31B9472B" w14:textId="77777777" w:rsidR="002873D8" w:rsidRPr="002873D8" w:rsidRDefault="002873D8" w:rsidP="002873D8">
      <w:pPr>
        <w:autoSpaceDE w:val="0"/>
        <w:autoSpaceDN w:val="0"/>
        <w:spacing w:after="0" w:line="14" w:lineRule="exact"/>
      </w:pPr>
    </w:p>
    <w:p w14:paraId="2BEC1962" w14:textId="77777777" w:rsidR="002873D8" w:rsidRPr="002873D8" w:rsidRDefault="002873D8" w:rsidP="002873D8">
      <w:pPr>
        <w:sectPr w:rsidR="002873D8" w:rsidRPr="002873D8">
          <w:pgSz w:w="16840" w:h="11900"/>
          <w:pgMar w:top="284" w:right="640" w:bottom="1126" w:left="666" w:header="720" w:footer="720" w:gutter="0"/>
          <w:cols w:space="720" w:equalWidth="0">
            <w:col w:w="15534" w:space="0"/>
          </w:cols>
          <w:docGrid w:linePitch="360"/>
        </w:sectPr>
      </w:pPr>
    </w:p>
    <w:p w14:paraId="1B96997F" w14:textId="77777777" w:rsidR="002873D8" w:rsidRPr="002873D8" w:rsidRDefault="002873D8" w:rsidP="002873D8">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1598"/>
        <w:gridCol w:w="528"/>
        <w:gridCol w:w="1104"/>
        <w:gridCol w:w="1140"/>
        <w:gridCol w:w="866"/>
        <w:gridCol w:w="7180"/>
        <w:gridCol w:w="1236"/>
        <w:gridCol w:w="1382"/>
      </w:tblGrid>
      <w:tr w:rsidR="002873D8" w:rsidRPr="002873D8" w14:paraId="17EA7B8B" w14:textId="77777777" w:rsidTr="002873D8">
        <w:trPr>
          <w:trHeight w:hRule="exact" w:val="458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7B8B6F41"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1.8.</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2F3813D0" w14:textId="77777777" w:rsidR="002873D8" w:rsidRPr="002873D8" w:rsidRDefault="002873D8" w:rsidP="002873D8">
            <w:pPr>
              <w:autoSpaceDE w:val="0"/>
              <w:autoSpaceDN w:val="0"/>
              <w:spacing w:before="78" w:after="0" w:line="250" w:lineRule="auto"/>
              <w:ind w:left="72" w:right="144"/>
              <w:rPr>
                <w:lang w:val="ru-RU"/>
              </w:rPr>
            </w:pPr>
            <w:r w:rsidRPr="002873D8">
              <w:rPr>
                <w:rFonts w:ascii="Times New Roman" w:eastAsia="Times New Roman" w:hAnsi="Times New Roman"/>
                <w:b/>
                <w:color w:val="000000"/>
                <w:w w:val="97"/>
                <w:sz w:val="16"/>
                <w:lang w:val="ru-RU"/>
              </w:rPr>
              <w:t xml:space="preserve">Звуки и краски </w:t>
            </w:r>
            <w:r w:rsidRPr="002873D8">
              <w:rPr>
                <w:lang w:val="ru-RU"/>
              </w:rPr>
              <w:br/>
            </w:r>
            <w:r w:rsidRPr="002873D8">
              <w:rPr>
                <w:rFonts w:ascii="Times New Roman" w:eastAsia="Times New Roman" w:hAnsi="Times New Roman"/>
                <w:b/>
                <w:color w:val="000000"/>
                <w:w w:val="97"/>
                <w:sz w:val="16"/>
                <w:lang w:val="ru-RU"/>
              </w:rPr>
              <w:t xml:space="preserve">родной природы в разные времена </w:t>
            </w:r>
            <w:r w:rsidRPr="002873D8">
              <w:rPr>
                <w:lang w:val="ru-RU"/>
              </w:rPr>
              <w:br/>
            </w:r>
            <w:r w:rsidRPr="002873D8">
              <w:rPr>
                <w:rFonts w:ascii="Times New Roman" w:eastAsia="Times New Roman" w:hAnsi="Times New Roman"/>
                <w:b/>
                <w:color w:val="000000"/>
                <w:w w:val="97"/>
                <w:sz w:val="16"/>
                <w:lang w:val="ru-RU"/>
              </w:rPr>
              <w:t>года (весна и лето)</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155CEE81"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16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367978"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29DEC9A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2EC174A"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03.03.2023 14.04.2023</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16464E1F" w14:textId="77777777" w:rsidR="002873D8" w:rsidRPr="002873D8" w:rsidRDefault="002873D8" w:rsidP="002873D8">
            <w:pPr>
              <w:autoSpaceDE w:val="0"/>
              <w:autoSpaceDN w:val="0"/>
              <w:spacing w:before="78" w:after="0" w:line="252" w:lineRule="auto"/>
              <w:ind w:left="72"/>
              <w:rPr>
                <w:lang w:val="ru-RU"/>
              </w:rPr>
            </w:pPr>
            <w:r w:rsidRPr="002873D8">
              <w:rPr>
                <w:rFonts w:ascii="Times New Roman" w:eastAsia="Times New Roman" w:hAnsi="Times New Roman"/>
                <w:color w:val="000000"/>
                <w:w w:val="97"/>
                <w:sz w:val="16"/>
                <w:lang w:val="ru-RU"/>
              </w:rPr>
              <w:t xml:space="preserve">Слушание стихотворных произведений: А. С. Пушкин «Гонимы вешними лучами…», В. А. Жуковский«Жаворонок»,«Приход весны», А. Н. Плещеев «Весна», Ф. И. Тютчев «Зима недаром злится…», А. А. Фет «Уж верба вся пушистая…», С. Я. Маршак «Весенняя песенка», А. Л. Барто «Апрель» (по выбору 2—3 произведения), выражение своего отношения к пейзажной лирике; </w:t>
            </w:r>
            <w:r w:rsidRPr="002873D8">
              <w:rPr>
                <w:lang w:val="ru-RU"/>
              </w:rPr>
              <w:br/>
            </w:r>
            <w:r w:rsidRPr="002873D8">
              <w:rPr>
                <w:rFonts w:ascii="Times New Roman" w:eastAsia="Times New Roman" w:hAnsi="Times New Roman"/>
                <w:color w:val="000000"/>
                <w:w w:val="97"/>
                <w:sz w:val="16"/>
                <w:lang w:val="ru-RU"/>
              </w:rPr>
              <w:t>Обсуждение прослушанного произведения: ответ на вопрос «Какое настроение вызывает произведение?</w:t>
            </w:r>
          </w:p>
          <w:p w14:paraId="222FC5BE" w14:textId="77777777" w:rsidR="002873D8" w:rsidRPr="002873D8" w:rsidRDefault="002873D8" w:rsidP="002873D8">
            <w:pPr>
              <w:autoSpaceDE w:val="0"/>
              <w:autoSpaceDN w:val="0"/>
              <w:spacing w:before="20" w:after="0" w:line="254" w:lineRule="auto"/>
              <w:ind w:left="72"/>
              <w:rPr>
                <w:lang w:val="ru-RU"/>
              </w:rPr>
            </w:pPr>
            <w:r w:rsidRPr="002873D8">
              <w:rPr>
                <w:rFonts w:ascii="Times New Roman" w:eastAsia="Times New Roman" w:hAnsi="Times New Roman"/>
                <w:color w:val="000000"/>
                <w:w w:val="97"/>
                <w:sz w:val="16"/>
                <w:lang w:val="ru-RU"/>
              </w:rPr>
              <w:t xml:space="preserve">Почему? Каковызвуки весеннего леса?»; </w:t>
            </w:r>
            <w:r w:rsidRPr="002873D8">
              <w:rPr>
                <w:lang w:val="ru-RU"/>
              </w:rPr>
              <w:br/>
            </w:r>
            <w:r w:rsidRPr="002873D8">
              <w:rPr>
                <w:rFonts w:ascii="Times New Roman" w:eastAsia="Times New Roman" w:hAnsi="Times New Roman"/>
                <w:color w:val="000000"/>
                <w:w w:val="97"/>
                <w:sz w:val="16"/>
                <w:lang w:val="ru-RU"/>
              </w:rPr>
              <w:t xml:space="preserve">Работа с текстом произведения: различение прозаического и стихотворного произведений, упражнение в нахождениисравнений и эпитетов, выделение в тексте слов, использованных в прямом и переносном значении, наблюдение за рифмойи ритмом стихотворения, нахождение образных слов и выражений, работа со словарём; </w:t>
            </w:r>
            <w:r w:rsidRPr="002873D8">
              <w:rPr>
                <w:lang w:val="ru-RU"/>
              </w:rPr>
              <w:br/>
            </w:r>
            <w:r w:rsidRPr="002873D8">
              <w:rPr>
                <w:rFonts w:ascii="Times New Roman" w:eastAsia="Times New Roman" w:hAnsi="Times New Roman"/>
                <w:color w:val="000000"/>
                <w:w w:val="97"/>
                <w:sz w:val="16"/>
                <w:lang w:val="ru-RU"/>
              </w:rPr>
              <w:t xml:space="preserve">Выразительное чтение с интонационным выделением знаков препинания, с соблюдением </w:t>
            </w:r>
            <w:r w:rsidRPr="002873D8">
              <w:rPr>
                <w:lang w:val="ru-RU"/>
              </w:rPr>
              <w:br/>
            </w:r>
            <w:r w:rsidRPr="002873D8">
              <w:rPr>
                <w:rFonts w:ascii="Times New Roman" w:eastAsia="Times New Roman" w:hAnsi="Times New Roman"/>
                <w:color w:val="000000"/>
                <w:w w:val="97"/>
                <w:sz w:val="16"/>
                <w:lang w:val="ru-RU"/>
              </w:rPr>
              <w:t xml:space="preserve">орфоэпических и пунктуационныхнорм; </w:t>
            </w:r>
            <w:r w:rsidRPr="002873D8">
              <w:rPr>
                <w:lang w:val="ru-RU"/>
              </w:rPr>
              <w:br/>
            </w:r>
            <w:r w:rsidRPr="002873D8">
              <w:rPr>
                <w:rFonts w:ascii="Times New Roman" w:eastAsia="Times New Roman" w:hAnsi="Times New Roman"/>
                <w:color w:val="000000"/>
                <w:w w:val="97"/>
                <w:sz w:val="16"/>
                <w:lang w:val="ru-RU"/>
              </w:rPr>
              <w:t xml:space="preserve">Чтение молча (про себя) небольших по объёму прозаических произведений о весне, доступных для восприятия младшимишкольниками.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молча (про себя): ответы на вопросы по фактическому содержанию текста; </w:t>
            </w:r>
            <w:r w:rsidRPr="002873D8">
              <w:rPr>
                <w:lang w:val="ru-RU"/>
              </w:rPr>
              <w:br/>
            </w:r>
            <w:r w:rsidRPr="002873D8">
              <w:rPr>
                <w:rFonts w:ascii="Times New Roman" w:eastAsia="Times New Roman" w:hAnsi="Times New Roman"/>
                <w:color w:val="000000"/>
                <w:w w:val="97"/>
                <w:sz w:val="16"/>
                <w:lang w:val="ru-RU"/>
              </w:rPr>
              <w:t xml:space="preserve">Дифференцированное задание: выборочный пересказ (устно) отдельного эпизода; </w:t>
            </w:r>
            <w:r w:rsidRPr="002873D8">
              <w:rPr>
                <w:lang w:val="ru-RU"/>
              </w:rPr>
              <w:br/>
            </w:r>
            <w:r w:rsidRPr="002873D8">
              <w:rPr>
                <w:rFonts w:ascii="Times New Roman" w:eastAsia="Times New Roman" w:hAnsi="Times New Roman"/>
                <w:color w:val="000000"/>
                <w:w w:val="97"/>
                <w:sz w:val="16"/>
                <w:lang w:val="ru-RU"/>
              </w:rPr>
              <w:t xml:space="preserve">Сравнение произведений писателей на одну тему, определение понравившегося, объяснение своего выбора; </w:t>
            </w:r>
            <w:r w:rsidRPr="002873D8">
              <w:rPr>
                <w:lang w:val="ru-RU"/>
              </w:rPr>
              <w:br/>
            </w:r>
            <w:r w:rsidRPr="002873D8">
              <w:rPr>
                <w:rFonts w:ascii="Times New Roman" w:eastAsia="Times New Roman" w:hAnsi="Times New Roman"/>
                <w:color w:val="000000"/>
                <w:w w:val="97"/>
                <w:sz w:val="16"/>
                <w:lang w:val="ru-RU"/>
              </w:rPr>
              <w:t xml:space="preserve">Чтение наизусть стихотворения о весенней (летней) природе (1—2 по выбору); </w:t>
            </w:r>
            <w:r w:rsidRPr="002873D8">
              <w:rPr>
                <w:lang w:val="ru-RU"/>
              </w:rPr>
              <w:br/>
            </w:r>
            <w:r w:rsidRPr="002873D8">
              <w:rPr>
                <w:rFonts w:ascii="Times New Roman" w:eastAsia="Times New Roman" w:hAnsi="Times New Roman"/>
                <w:color w:val="000000"/>
                <w:w w:val="97"/>
                <w:sz w:val="16"/>
                <w:lang w:val="ru-RU"/>
              </w:rPr>
              <w:t>Выбор книги для самостоятельного чтения с учётом рекомендательного списка произведений о весенней природе;</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1DC1D2A2" w14:textId="77777777" w:rsidR="002873D8" w:rsidRPr="002873D8" w:rsidRDefault="002873D8" w:rsidP="002873D8">
            <w:pPr>
              <w:autoSpaceDE w:val="0"/>
              <w:autoSpaceDN w:val="0"/>
              <w:spacing w:before="78" w:after="0" w:line="245" w:lineRule="auto"/>
              <w:ind w:right="144"/>
              <w:jc w:val="center"/>
            </w:pPr>
            <w:r w:rsidRPr="002873D8">
              <w:rPr>
                <w:rFonts w:ascii="Times New Roman" w:eastAsia="Times New Roman" w:hAnsi="Times New Roman"/>
                <w:color w:val="000000"/>
                <w:w w:val="97"/>
                <w:sz w:val="16"/>
              </w:rPr>
              <w:t>Устный опрос; Тестирование;</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FBA44B4"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учи.ру</w:t>
            </w:r>
          </w:p>
        </w:tc>
      </w:tr>
      <w:tr w:rsidR="002873D8" w:rsidRPr="002873D8" w14:paraId="61C2CD0F" w14:textId="77777777" w:rsidTr="002873D8">
        <w:trPr>
          <w:trHeight w:hRule="exact" w:val="303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19924848"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1.9.</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1BEBC242" w14:textId="77777777" w:rsidR="002873D8" w:rsidRPr="002873D8" w:rsidRDefault="002873D8" w:rsidP="002873D8">
            <w:pPr>
              <w:autoSpaceDE w:val="0"/>
              <w:autoSpaceDN w:val="0"/>
              <w:spacing w:before="78" w:after="0" w:line="245" w:lineRule="auto"/>
              <w:ind w:left="72"/>
              <w:rPr>
                <w:lang w:val="ru-RU"/>
              </w:rPr>
            </w:pPr>
            <w:r w:rsidRPr="002873D8">
              <w:rPr>
                <w:rFonts w:ascii="Times New Roman" w:eastAsia="Times New Roman" w:hAnsi="Times New Roman"/>
                <w:b/>
                <w:color w:val="000000"/>
                <w:w w:val="97"/>
                <w:sz w:val="16"/>
                <w:lang w:val="ru-RU"/>
              </w:rPr>
              <w:t>О наших близких, о семье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3E88181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612354E"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93B53A"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49C14E9"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18.04.2023 09.05.2023</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02DB1A3F" w14:textId="77777777" w:rsidR="002873D8" w:rsidRPr="002873D8" w:rsidRDefault="002873D8" w:rsidP="002873D8">
            <w:pPr>
              <w:autoSpaceDE w:val="0"/>
              <w:autoSpaceDN w:val="0"/>
              <w:spacing w:before="78" w:after="0" w:line="247" w:lineRule="auto"/>
              <w:ind w:left="72" w:right="144"/>
              <w:rPr>
                <w:lang w:val="ru-RU"/>
              </w:rPr>
            </w:pPr>
            <w:r w:rsidRPr="002873D8">
              <w:rPr>
                <w:rFonts w:ascii="Times New Roman" w:eastAsia="Times New Roman" w:hAnsi="Times New Roman"/>
                <w:color w:val="000000"/>
                <w:w w:val="97"/>
                <w:sz w:val="16"/>
                <w:lang w:val="ru-RU"/>
              </w:rP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 В. А. Осеева</w:t>
            </w:r>
            <w:r w:rsidRPr="002873D8">
              <w:rPr>
                <w:lang w:val="ru-RU"/>
              </w:rPr>
              <w:br/>
            </w:r>
            <w:r w:rsidRPr="002873D8">
              <w:rPr>
                <w:rFonts w:ascii="Times New Roman" w:eastAsia="Times New Roman" w:hAnsi="Times New Roman"/>
                <w:color w:val="000000"/>
                <w:w w:val="97"/>
                <w:sz w:val="16"/>
                <w:lang w:val="ru-RU"/>
              </w:rPr>
              <w:t>«Сыновья», В. В. Орлов «Я и мы», Ю. А. Яковлев «Мама», татарская народная сказка «Три дочери», А.</w:t>
            </w:r>
          </w:p>
          <w:p w14:paraId="2A8A9012" w14:textId="77777777" w:rsidR="002873D8" w:rsidRPr="002873D8" w:rsidRDefault="002873D8" w:rsidP="002873D8">
            <w:pPr>
              <w:autoSpaceDE w:val="0"/>
              <w:autoSpaceDN w:val="0"/>
              <w:spacing w:before="20" w:after="0" w:line="254" w:lineRule="auto"/>
              <w:ind w:left="72"/>
              <w:rPr>
                <w:lang w:val="ru-RU"/>
              </w:rPr>
            </w:pPr>
            <w:r w:rsidRPr="002873D8">
              <w:rPr>
                <w:rFonts w:ascii="Times New Roman" w:eastAsia="Times New Roman" w:hAnsi="Times New Roman"/>
                <w:color w:val="000000"/>
                <w:w w:val="97"/>
                <w:sz w:val="16"/>
                <w:lang w:val="ru-RU"/>
              </w:rPr>
              <w:t xml:space="preserve">Л. Барто «Зажигают фонари», Л. Ф. Воронкова «Катин подарок», Ю. И. Коринец «Март» (по выбору); Работа с текстом произведения: определение темы и главной мысли произведения, соотнесение главной мысли с пословицей,ответы на вопросы, используя изучающее и поисковое выборочное чтение; 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 </w:t>
            </w:r>
            <w:r w:rsidRPr="002873D8">
              <w:rPr>
                <w:lang w:val="ru-RU"/>
              </w:rPr>
              <w:br/>
            </w:r>
            <w:r w:rsidRPr="002873D8">
              <w:rPr>
                <w:rFonts w:ascii="Times New Roman" w:eastAsia="Times New Roman" w:hAnsi="Times New Roman"/>
                <w:color w:val="000000"/>
                <w:w w:val="97"/>
                <w:sz w:val="16"/>
                <w:lang w:val="ru-RU"/>
              </w:rPr>
              <w:t>Чтение народных колыбельных песен и авторских произведений, их сравнение. Например, М. Ю.</w:t>
            </w:r>
          </w:p>
          <w:p w14:paraId="20C5CA53" w14:textId="77777777" w:rsidR="002873D8" w:rsidRPr="002873D8" w:rsidRDefault="002873D8" w:rsidP="002873D8">
            <w:pPr>
              <w:autoSpaceDE w:val="0"/>
              <w:autoSpaceDN w:val="0"/>
              <w:spacing w:before="18" w:after="0" w:line="252" w:lineRule="auto"/>
              <w:ind w:left="72" w:right="288"/>
              <w:rPr>
                <w:lang w:val="ru-RU"/>
              </w:rPr>
            </w:pPr>
            <w:r w:rsidRPr="002873D8">
              <w:rPr>
                <w:rFonts w:ascii="Times New Roman" w:eastAsia="Times New Roman" w:hAnsi="Times New Roman"/>
                <w:color w:val="000000"/>
                <w:w w:val="97"/>
                <w:sz w:val="16"/>
                <w:lang w:val="ru-RU"/>
              </w:rPr>
              <w:t xml:space="preserve">Лермонтов «Спи, младенец мой прекрасный…», А. Н. Плещеев «В бурю»: схожесть и различие тем, языка; </w:t>
            </w:r>
            <w:r w:rsidRPr="002873D8">
              <w:rPr>
                <w:lang w:val="ru-RU"/>
              </w:rPr>
              <w:br/>
            </w:r>
            <w:r w:rsidRPr="002873D8">
              <w:rPr>
                <w:rFonts w:ascii="Times New Roman" w:eastAsia="Times New Roman" w:hAnsi="Times New Roman"/>
                <w:color w:val="000000"/>
                <w:w w:val="97"/>
                <w:sz w:val="16"/>
                <w:lang w:val="ru-RU"/>
              </w:rPr>
              <w:t xml:space="preserve">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 </w:t>
            </w:r>
            <w:r w:rsidRPr="002873D8">
              <w:rPr>
                <w:lang w:val="ru-RU"/>
              </w:rPr>
              <w:br/>
            </w:r>
            <w:r w:rsidRPr="002873D8">
              <w:rPr>
                <w:rFonts w:ascii="Times New Roman" w:eastAsia="Times New Roman" w:hAnsi="Times New Roman"/>
                <w:color w:val="000000"/>
                <w:w w:val="97"/>
                <w:sz w:val="16"/>
                <w:lang w:val="ru-RU"/>
              </w:rPr>
              <w:t>Подробный пересказ (устно) содержания произведения;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5EEF9D14" w14:textId="77777777" w:rsidR="002873D8" w:rsidRPr="002873D8" w:rsidRDefault="002873D8" w:rsidP="002873D8">
            <w:pPr>
              <w:autoSpaceDE w:val="0"/>
              <w:autoSpaceDN w:val="0"/>
              <w:spacing w:before="78" w:after="0" w:line="247" w:lineRule="auto"/>
              <w:ind w:left="72" w:right="144"/>
            </w:pPr>
            <w:r w:rsidRPr="002873D8">
              <w:rPr>
                <w:rFonts w:ascii="Times New Roman" w:eastAsia="Times New Roman" w:hAnsi="Times New Roman"/>
                <w:color w:val="000000"/>
                <w:w w:val="97"/>
                <w:sz w:val="16"/>
              </w:rPr>
              <w:t xml:space="preserve">Устный опрос; Письменный </w:t>
            </w:r>
            <w:r w:rsidRPr="002873D8">
              <w:br/>
            </w:r>
            <w:r w:rsidRPr="002873D8">
              <w:rPr>
                <w:rFonts w:ascii="Times New Roman" w:eastAsia="Times New Roman" w:hAnsi="Times New Roman"/>
                <w:color w:val="000000"/>
                <w:w w:val="97"/>
                <w:sz w:val="16"/>
              </w:rPr>
              <w:t>контроль;</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969FAA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РЭШ</w:t>
            </w:r>
          </w:p>
        </w:tc>
      </w:tr>
      <w:tr w:rsidR="002873D8" w:rsidRPr="002873D8" w14:paraId="1C5D6C36" w14:textId="77777777" w:rsidTr="002873D8">
        <w:trPr>
          <w:trHeight w:hRule="exact" w:val="205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0941AF37"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lastRenderedPageBreak/>
              <w:t>1.10.</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37EB80A3" w14:textId="77777777" w:rsidR="002873D8" w:rsidRPr="002873D8" w:rsidRDefault="002873D8" w:rsidP="002873D8">
            <w:pPr>
              <w:autoSpaceDE w:val="0"/>
              <w:autoSpaceDN w:val="0"/>
              <w:spacing w:before="78" w:after="0" w:line="245" w:lineRule="auto"/>
              <w:ind w:right="576"/>
              <w:jc w:val="center"/>
            </w:pPr>
            <w:r w:rsidRPr="002873D8">
              <w:rPr>
                <w:rFonts w:ascii="Times New Roman" w:eastAsia="Times New Roman" w:hAnsi="Times New Roman"/>
                <w:b/>
                <w:color w:val="000000"/>
                <w:w w:val="97"/>
                <w:sz w:val="16"/>
              </w:rPr>
              <w:t>Зарубежная литература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0B2B4C5"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2CDD550"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6D7D3F8B"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8FB9D65" w14:textId="77777777" w:rsidR="002873D8" w:rsidRPr="002873D8" w:rsidRDefault="002873D8" w:rsidP="002873D8">
            <w:pPr>
              <w:autoSpaceDE w:val="0"/>
              <w:autoSpaceDN w:val="0"/>
              <w:spacing w:before="78" w:after="0" w:line="245" w:lineRule="auto"/>
              <w:jc w:val="center"/>
            </w:pPr>
            <w:r w:rsidRPr="002873D8">
              <w:rPr>
                <w:rFonts w:ascii="Times New Roman" w:eastAsia="Times New Roman" w:hAnsi="Times New Roman"/>
                <w:color w:val="000000"/>
                <w:w w:val="97"/>
                <w:sz w:val="16"/>
              </w:rPr>
              <w:t>10.05.2023 26.05.2023</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7D22D17" w14:textId="77777777" w:rsidR="002873D8" w:rsidRPr="002873D8" w:rsidRDefault="002873D8" w:rsidP="002873D8">
            <w:pPr>
              <w:autoSpaceDE w:val="0"/>
              <w:autoSpaceDN w:val="0"/>
              <w:spacing w:before="78" w:after="0" w:line="254" w:lineRule="auto"/>
              <w:ind w:left="72"/>
              <w:rPr>
                <w:lang w:val="ru-RU"/>
              </w:rPr>
            </w:pPr>
            <w:r w:rsidRPr="002873D8">
              <w:rPr>
                <w:rFonts w:ascii="Times New Roman" w:eastAsia="Times New Roman" w:hAnsi="Times New Roman"/>
                <w:color w:val="000000"/>
                <w:w w:val="97"/>
                <w:sz w:val="16"/>
                <w:lang w:val="ru-RU"/>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Характеристика героя: установление взаимосвязи между характером героя и его поступками, описание характера героя, нахождение портрета героя; </w:t>
            </w:r>
            <w:r w:rsidRPr="002873D8">
              <w:rPr>
                <w:lang w:val="ru-RU"/>
              </w:rPr>
              <w:br/>
            </w:r>
            <w:r w:rsidRPr="002873D8">
              <w:rPr>
                <w:rFonts w:ascii="Times New Roman" w:eastAsia="Times New Roman" w:hAnsi="Times New Roman"/>
                <w:color w:val="000000"/>
                <w:w w:val="97"/>
                <w:sz w:val="16"/>
                <w:lang w:val="ru-RU"/>
              </w:rPr>
              <w:t xml:space="preserve">Работа с текстом произведения: определение последовательности событий в произведении, </w:t>
            </w:r>
            <w:r w:rsidRPr="002873D8">
              <w:rPr>
                <w:lang w:val="ru-RU"/>
              </w:rPr>
              <w:br/>
            </w:r>
            <w:r w:rsidRPr="002873D8">
              <w:rPr>
                <w:rFonts w:ascii="Times New Roman" w:eastAsia="Times New Roman" w:hAnsi="Times New Roman"/>
                <w:color w:val="000000"/>
                <w:w w:val="97"/>
                <w:sz w:val="16"/>
                <w:lang w:val="ru-RU"/>
              </w:rPr>
              <w:t xml:space="preserve">конструирование (моделирование) плана произведения: деление текста на смысловые части, </w:t>
            </w:r>
            <w:r w:rsidRPr="002873D8">
              <w:rPr>
                <w:lang w:val="ru-RU"/>
              </w:rPr>
              <w:br/>
            </w:r>
            <w:r w:rsidRPr="002873D8">
              <w:rPr>
                <w:rFonts w:ascii="Times New Roman" w:eastAsia="Times New Roman" w:hAnsi="Times New Roman"/>
                <w:color w:val="000000"/>
                <w:w w:val="97"/>
                <w:sz w:val="16"/>
                <w:lang w:val="ru-RU"/>
              </w:rPr>
              <w:t xml:space="preserve">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 </w:t>
            </w:r>
            <w:r w:rsidRPr="002873D8">
              <w:rPr>
                <w:lang w:val="ru-RU"/>
              </w:rPr>
              <w:br/>
            </w:r>
            <w:r w:rsidRPr="002873D8">
              <w:rPr>
                <w:rFonts w:ascii="Times New Roman" w:eastAsia="Times New Roman" w:hAnsi="Times New Roman"/>
                <w:color w:val="000000"/>
                <w:w w:val="97"/>
                <w:sz w:val="16"/>
                <w:lang w:val="ru-RU"/>
              </w:rPr>
              <w:t>Упражнение на формулирование вопросов по фактическому содержанию прочитанного произведения;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0518BFDF" w14:textId="77777777" w:rsidR="002873D8" w:rsidRPr="002873D8" w:rsidRDefault="002873D8" w:rsidP="002873D8">
            <w:pPr>
              <w:autoSpaceDE w:val="0"/>
              <w:autoSpaceDN w:val="0"/>
              <w:spacing w:before="78" w:after="0" w:line="252" w:lineRule="auto"/>
              <w:ind w:left="72"/>
              <w:rPr>
                <w:lang w:val="ru-RU"/>
              </w:rPr>
            </w:pPr>
            <w:r w:rsidRPr="002873D8">
              <w:rPr>
                <w:rFonts w:ascii="Times New Roman" w:eastAsia="Times New Roman" w:hAnsi="Times New Roman"/>
                <w:color w:val="000000"/>
                <w:w w:val="97"/>
                <w:sz w:val="16"/>
                <w:lang w:val="ru-RU"/>
              </w:rPr>
              <w:t xml:space="preserve">Устный опрос; Самооценка с </w:t>
            </w:r>
            <w:r w:rsidRPr="002873D8">
              <w:rPr>
                <w:lang w:val="ru-RU"/>
              </w:rPr>
              <w:br/>
            </w:r>
            <w:r w:rsidRPr="002873D8">
              <w:rPr>
                <w:rFonts w:ascii="Times New Roman" w:eastAsia="Times New Roman" w:hAnsi="Times New Roman"/>
                <w:color w:val="000000"/>
                <w:w w:val="97"/>
                <w:sz w:val="16"/>
                <w:lang w:val="ru-RU"/>
              </w:rPr>
              <w:t xml:space="preserve">использованием«Оценочного </w:t>
            </w:r>
            <w:r w:rsidRPr="002873D8">
              <w:rPr>
                <w:lang w:val="ru-RU"/>
              </w:rPr>
              <w:br/>
            </w:r>
            <w:r w:rsidRPr="002873D8">
              <w:rPr>
                <w:rFonts w:ascii="Times New Roman" w:eastAsia="Times New Roman" w:hAnsi="Times New Roman"/>
                <w:color w:val="000000"/>
                <w:w w:val="97"/>
                <w:sz w:val="16"/>
                <w:lang w:val="ru-RU"/>
              </w:rP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218592CC"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учи.ру</w:t>
            </w:r>
          </w:p>
        </w:tc>
      </w:tr>
    </w:tbl>
    <w:tbl>
      <w:tblPr>
        <w:tblpPr w:leftFromText="180" w:rightFromText="180" w:vertAnchor="text" w:horzAnchor="margin" w:tblpY="7"/>
        <w:tblW w:w="0" w:type="auto"/>
        <w:tblLayout w:type="fixed"/>
        <w:tblLook w:val="04A0" w:firstRow="1" w:lastRow="0" w:firstColumn="1" w:lastColumn="0" w:noHBand="0" w:noVBand="1"/>
      </w:tblPr>
      <w:tblGrid>
        <w:gridCol w:w="468"/>
        <w:gridCol w:w="1598"/>
        <w:gridCol w:w="528"/>
        <w:gridCol w:w="1104"/>
        <w:gridCol w:w="1140"/>
        <w:gridCol w:w="866"/>
        <w:gridCol w:w="7180"/>
        <w:gridCol w:w="1236"/>
        <w:gridCol w:w="1382"/>
      </w:tblGrid>
      <w:tr w:rsidR="002873D8" w:rsidRPr="002873D8" w14:paraId="33852539" w14:textId="77777777" w:rsidTr="002873D8">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14:paraId="529322E9"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1.11.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14:paraId="71AF28AC" w14:textId="77777777" w:rsidR="002873D8" w:rsidRPr="002873D8" w:rsidRDefault="002873D8" w:rsidP="002873D8">
            <w:pPr>
              <w:autoSpaceDE w:val="0"/>
              <w:autoSpaceDN w:val="0"/>
              <w:spacing w:before="78" w:after="0" w:line="252" w:lineRule="auto"/>
              <w:ind w:left="72"/>
              <w:rPr>
                <w:lang w:val="ru-RU"/>
              </w:rPr>
            </w:pPr>
            <w:r w:rsidRPr="002873D8">
              <w:rPr>
                <w:rFonts w:ascii="Times New Roman" w:eastAsia="Times New Roman" w:hAnsi="Times New Roman"/>
                <w:b/>
                <w:color w:val="000000"/>
                <w:w w:val="97"/>
                <w:sz w:val="16"/>
                <w:lang w:val="ru-RU"/>
              </w:rPr>
              <w:t xml:space="preserve">Библиографическая культура (работа с детской книгой и </w:t>
            </w:r>
            <w:r w:rsidRPr="002873D8">
              <w:rPr>
                <w:lang w:val="ru-RU"/>
              </w:rPr>
              <w:br/>
            </w:r>
            <w:r w:rsidRPr="002873D8">
              <w:rPr>
                <w:rFonts w:ascii="Times New Roman" w:eastAsia="Times New Roman" w:hAnsi="Times New Roman"/>
                <w:b/>
                <w:color w:val="000000"/>
                <w:w w:val="97"/>
                <w:sz w:val="16"/>
                <w:lang w:val="ru-RU"/>
              </w:rPr>
              <w:t xml:space="preserve">справочной </w:t>
            </w:r>
            <w:r w:rsidRPr="002873D8">
              <w:rPr>
                <w:lang w:val="ru-RU"/>
              </w:rPr>
              <w:br/>
            </w:r>
            <w:r w:rsidRPr="002873D8">
              <w:rPr>
                <w:rFonts w:ascii="Times New Roman" w:eastAsia="Times New Roman" w:hAnsi="Times New Roman"/>
                <w:b/>
                <w:color w:val="000000"/>
                <w:w w:val="97"/>
                <w:sz w:val="16"/>
                <w:lang w:val="ru-RU"/>
              </w:rPr>
              <w:t>литературой)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7B83B21"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1C14984"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0F2E0F58"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50F53E5" w14:textId="77777777" w:rsidR="002873D8" w:rsidRPr="002873D8" w:rsidRDefault="002873D8" w:rsidP="002873D8">
            <w:pPr>
              <w:autoSpaceDE w:val="0"/>
              <w:autoSpaceDN w:val="0"/>
              <w:spacing w:before="78" w:after="0" w:line="230" w:lineRule="auto"/>
              <w:jc w:val="center"/>
            </w:pPr>
            <w:r w:rsidRPr="002873D8">
              <w:rPr>
                <w:rFonts w:ascii="Times New Roman" w:eastAsia="Times New Roman" w:hAnsi="Times New Roman"/>
                <w:color w:val="000000"/>
                <w:w w:val="97"/>
                <w:sz w:val="16"/>
              </w:rPr>
              <w:t>30.05.2023</w:t>
            </w:r>
          </w:p>
        </w:tc>
        <w:tc>
          <w:tcPr>
            <w:tcW w:w="718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12697B" w14:textId="77777777" w:rsidR="002873D8" w:rsidRPr="002873D8" w:rsidRDefault="002873D8" w:rsidP="002873D8">
            <w:pPr>
              <w:autoSpaceDE w:val="0"/>
              <w:autoSpaceDN w:val="0"/>
              <w:spacing w:before="78" w:after="0" w:line="230" w:lineRule="auto"/>
              <w:ind w:left="72"/>
              <w:rPr>
                <w:lang w:val="ru-RU"/>
              </w:rPr>
            </w:pPr>
            <w:r w:rsidRPr="002873D8">
              <w:rPr>
                <w:rFonts w:ascii="Times New Roman" w:eastAsia="Times New Roman" w:hAnsi="Times New Roman"/>
                <w:color w:val="000000"/>
                <w:w w:val="97"/>
                <w:sz w:val="16"/>
                <w:lang w:val="ru-RU"/>
              </w:rPr>
              <w:t>Беседа с библиотекарем на тему важности чтения для обучения и развития;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14:paraId="2565861A"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Устный опрос;</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654EF"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учи.ру</w:t>
            </w:r>
          </w:p>
        </w:tc>
      </w:tr>
      <w:tr w:rsidR="002873D8" w:rsidRPr="002873D8" w14:paraId="1CEBCD25" w14:textId="77777777" w:rsidTr="002873D8">
        <w:trPr>
          <w:trHeight w:hRule="exact" w:val="348"/>
        </w:trPr>
        <w:tc>
          <w:tcPr>
            <w:tcW w:w="2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5F1D1BA"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79079420"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2908"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14:paraId="32CA7B5F" w14:textId="77777777" w:rsidR="002873D8" w:rsidRPr="002873D8" w:rsidRDefault="002873D8" w:rsidP="002873D8"/>
        </w:tc>
      </w:tr>
      <w:tr w:rsidR="002873D8" w:rsidRPr="002873D8" w14:paraId="4F627E19" w14:textId="77777777" w:rsidTr="002873D8">
        <w:trPr>
          <w:trHeight w:hRule="exact" w:val="522"/>
        </w:trPr>
        <w:tc>
          <w:tcPr>
            <w:tcW w:w="206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D29D1EB" w14:textId="77777777" w:rsidR="002873D8" w:rsidRPr="002873D8" w:rsidRDefault="002873D8" w:rsidP="002873D8">
            <w:pPr>
              <w:autoSpaceDE w:val="0"/>
              <w:autoSpaceDN w:val="0"/>
              <w:spacing w:before="78" w:after="0" w:line="245" w:lineRule="auto"/>
              <w:ind w:left="72" w:right="144"/>
              <w:rPr>
                <w:lang w:val="ru-RU"/>
              </w:rPr>
            </w:pPr>
            <w:r w:rsidRPr="002873D8">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14:paraId="6866F72A" w14:textId="77777777" w:rsidR="002873D8" w:rsidRPr="002873D8" w:rsidRDefault="002873D8" w:rsidP="002873D8">
            <w:pPr>
              <w:autoSpaceDE w:val="0"/>
              <w:autoSpaceDN w:val="0"/>
              <w:spacing w:before="78" w:after="0" w:line="230" w:lineRule="auto"/>
              <w:ind w:left="72"/>
              <w:rPr>
                <w:lang w:val="ru-RU"/>
              </w:rPr>
            </w:pPr>
            <w:r w:rsidRPr="002873D8">
              <w:rPr>
                <w:rFonts w:ascii="Times New Roman" w:eastAsia="Times New Roman" w:hAnsi="Times New Roman"/>
                <w:color w:val="000000"/>
                <w:w w:val="97"/>
                <w:sz w:val="16"/>
                <w:lang w:val="ru-RU"/>
              </w:rPr>
              <w:t>105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124FB72"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14:paraId="12CF218E" w14:textId="77777777" w:rsidR="002873D8" w:rsidRPr="002873D8" w:rsidRDefault="002873D8" w:rsidP="002873D8">
            <w:pPr>
              <w:autoSpaceDE w:val="0"/>
              <w:autoSpaceDN w:val="0"/>
              <w:spacing w:before="78" w:after="0" w:line="230" w:lineRule="auto"/>
              <w:ind w:left="72"/>
            </w:pPr>
            <w:r w:rsidRPr="002873D8">
              <w:rPr>
                <w:rFonts w:ascii="Times New Roman" w:eastAsia="Times New Roman" w:hAnsi="Times New Roman"/>
                <w:color w:val="000000"/>
                <w:w w:val="97"/>
                <w:sz w:val="16"/>
              </w:rPr>
              <w:t>0</w:t>
            </w:r>
          </w:p>
        </w:tc>
        <w:tc>
          <w:tcPr>
            <w:tcW w:w="1066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14:paraId="2F46EF99" w14:textId="77777777" w:rsidR="002873D8" w:rsidRPr="002873D8" w:rsidRDefault="002873D8" w:rsidP="002873D8"/>
        </w:tc>
      </w:tr>
    </w:tbl>
    <w:p w14:paraId="470D0DC3" w14:textId="77777777" w:rsidR="002873D8" w:rsidRPr="002873D8" w:rsidRDefault="002873D8" w:rsidP="002873D8">
      <w:pPr>
        <w:autoSpaceDE w:val="0"/>
        <w:autoSpaceDN w:val="0"/>
        <w:spacing w:after="0" w:line="14" w:lineRule="exact"/>
      </w:pPr>
    </w:p>
    <w:p w14:paraId="5AD5C9E1" w14:textId="77777777" w:rsidR="002873D8" w:rsidRPr="002873D8" w:rsidRDefault="002873D8" w:rsidP="002873D8">
      <w:pPr>
        <w:sectPr w:rsidR="002873D8" w:rsidRPr="002873D8">
          <w:pgSz w:w="16840" w:h="11900"/>
          <w:pgMar w:top="284" w:right="640" w:bottom="808" w:left="666" w:header="720" w:footer="720" w:gutter="0"/>
          <w:cols w:space="720" w:equalWidth="0">
            <w:col w:w="15534" w:space="0"/>
          </w:cols>
          <w:docGrid w:linePitch="360"/>
        </w:sectPr>
      </w:pPr>
    </w:p>
    <w:p w14:paraId="56AEA6FC" w14:textId="77777777" w:rsidR="002873D8" w:rsidRPr="002873D8" w:rsidRDefault="002873D8" w:rsidP="002873D8">
      <w:pPr>
        <w:autoSpaceDE w:val="0"/>
        <w:autoSpaceDN w:val="0"/>
        <w:spacing w:after="66" w:line="220" w:lineRule="exact"/>
      </w:pPr>
    </w:p>
    <w:p w14:paraId="65C46703" w14:textId="77777777" w:rsidR="002873D8" w:rsidRPr="002873D8" w:rsidRDefault="002873D8" w:rsidP="002873D8">
      <w:pPr>
        <w:autoSpaceDE w:val="0"/>
        <w:autoSpaceDN w:val="0"/>
        <w:spacing w:after="0" w:line="14" w:lineRule="exact"/>
      </w:pPr>
    </w:p>
    <w:p w14:paraId="5D7A7955" w14:textId="1F1F5851" w:rsidR="002873D8" w:rsidRDefault="002873D8" w:rsidP="002873D8">
      <w:pPr>
        <w:pStyle w:val="ae"/>
        <w:widowControl w:val="0"/>
        <w:numPr>
          <w:ilvl w:val="0"/>
          <w:numId w:val="28"/>
        </w:numPr>
        <w:tabs>
          <w:tab w:val="left" w:pos="242"/>
        </w:tabs>
        <w:autoSpaceDE w:val="0"/>
        <w:autoSpaceDN w:val="0"/>
        <w:spacing w:before="93" w:after="0" w:line="240" w:lineRule="auto"/>
        <w:contextualSpacing w:val="0"/>
        <w:rPr>
          <w:b/>
          <w:sz w:val="18"/>
        </w:rPr>
      </w:pPr>
      <w:r>
        <w:rPr>
          <w:b/>
          <w:sz w:val="18"/>
        </w:rPr>
        <w:t>КЛАСС</w:t>
      </w:r>
    </w:p>
    <w:p w14:paraId="3E8D9456" w14:textId="77777777" w:rsidR="002873D8" w:rsidRDefault="002873D8" w:rsidP="002873D8">
      <w:pPr>
        <w:pStyle w:val="af"/>
        <w:spacing w:before="1"/>
        <w:rPr>
          <w:b/>
          <w:sz w:val="8"/>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6579"/>
        <w:gridCol w:w="564"/>
        <w:gridCol w:w="1801"/>
        <w:gridCol w:w="1837"/>
        <w:gridCol w:w="4214"/>
      </w:tblGrid>
      <w:tr w:rsidR="002873D8" w14:paraId="60E3C2DE" w14:textId="77777777" w:rsidTr="002873D8">
        <w:trPr>
          <w:trHeight w:val="333"/>
        </w:trPr>
        <w:tc>
          <w:tcPr>
            <w:tcW w:w="504" w:type="dxa"/>
            <w:vMerge w:val="restart"/>
          </w:tcPr>
          <w:p w14:paraId="58808BA5" w14:textId="77777777" w:rsidR="002873D8" w:rsidRDefault="002873D8" w:rsidP="002873D8">
            <w:pPr>
              <w:pStyle w:val="TableParagraph"/>
              <w:spacing w:before="74" w:line="266" w:lineRule="auto"/>
              <w:ind w:left="76" w:right="170"/>
              <w:rPr>
                <w:b/>
                <w:sz w:val="15"/>
              </w:rPr>
            </w:pPr>
            <w:r>
              <w:rPr>
                <w:b/>
                <w:w w:val="105"/>
                <w:sz w:val="15"/>
              </w:rPr>
              <w:t>№</w:t>
            </w:r>
            <w:r>
              <w:rPr>
                <w:b/>
                <w:spacing w:val="1"/>
                <w:w w:val="105"/>
                <w:sz w:val="15"/>
              </w:rPr>
              <w:t xml:space="preserve"> </w:t>
            </w:r>
            <w:r>
              <w:rPr>
                <w:b/>
                <w:spacing w:val="-1"/>
                <w:w w:val="105"/>
                <w:sz w:val="15"/>
              </w:rPr>
              <w:t>п/п</w:t>
            </w:r>
          </w:p>
        </w:tc>
        <w:tc>
          <w:tcPr>
            <w:tcW w:w="6579" w:type="dxa"/>
            <w:vMerge w:val="restart"/>
          </w:tcPr>
          <w:p w14:paraId="567A2211" w14:textId="77777777" w:rsidR="002873D8" w:rsidRDefault="002873D8" w:rsidP="002873D8">
            <w:pPr>
              <w:pStyle w:val="TableParagraph"/>
              <w:spacing w:before="74"/>
              <w:ind w:left="76"/>
              <w:rPr>
                <w:b/>
                <w:sz w:val="15"/>
              </w:rPr>
            </w:pPr>
            <w:r>
              <w:rPr>
                <w:b/>
                <w:w w:val="105"/>
                <w:sz w:val="15"/>
              </w:rPr>
              <w:t>Наименование</w:t>
            </w:r>
            <w:r>
              <w:rPr>
                <w:b/>
                <w:spacing w:val="-10"/>
                <w:w w:val="105"/>
                <w:sz w:val="15"/>
              </w:rPr>
              <w:t xml:space="preserve"> </w:t>
            </w:r>
            <w:r>
              <w:rPr>
                <w:b/>
                <w:w w:val="105"/>
                <w:sz w:val="15"/>
              </w:rPr>
              <w:t>разделов</w:t>
            </w:r>
            <w:r>
              <w:rPr>
                <w:b/>
                <w:spacing w:val="-10"/>
                <w:w w:val="105"/>
                <w:sz w:val="15"/>
              </w:rPr>
              <w:t xml:space="preserve"> </w:t>
            </w:r>
            <w:r>
              <w:rPr>
                <w:b/>
                <w:w w:val="105"/>
                <w:sz w:val="15"/>
              </w:rPr>
              <w:t>и</w:t>
            </w:r>
            <w:r>
              <w:rPr>
                <w:b/>
                <w:spacing w:val="-10"/>
                <w:w w:val="105"/>
                <w:sz w:val="15"/>
              </w:rPr>
              <w:t xml:space="preserve"> </w:t>
            </w:r>
            <w:r>
              <w:rPr>
                <w:b/>
                <w:w w:val="105"/>
                <w:sz w:val="15"/>
              </w:rPr>
              <w:t>тем</w:t>
            </w:r>
            <w:r>
              <w:rPr>
                <w:b/>
                <w:spacing w:val="-9"/>
                <w:w w:val="105"/>
                <w:sz w:val="15"/>
              </w:rPr>
              <w:t xml:space="preserve"> </w:t>
            </w:r>
            <w:r>
              <w:rPr>
                <w:b/>
                <w:w w:val="105"/>
                <w:sz w:val="15"/>
              </w:rPr>
              <w:t>программы</w:t>
            </w:r>
          </w:p>
        </w:tc>
        <w:tc>
          <w:tcPr>
            <w:tcW w:w="4202" w:type="dxa"/>
            <w:gridSpan w:val="3"/>
          </w:tcPr>
          <w:p w14:paraId="2679B9F3" w14:textId="77777777" w:rsidR="002873D8" w:rsidRDefault="002873D8" w:rsidP="002873D8">
            <w:pPr>
              <w:pStyle w:val="TableParagraph"/>
              <w:spacing w:before="74"/>
              <w:rPr>
                <w:b/>
                <w:sz w:val="15"/>
              </w:rPr>
            </w:pPr>
            <w:r>
              <w:rPr>
                <w:b/>
                <w:spacing w:val="-1"/>
                <w:w w:val="105"/>
                <w:sz w:val="15"/>
              </w:rPr>
              <w:t>Количество</w:t>
            </w:r>
            <w:r>
              <w:rPr>
                <w:b/>
                <w:spacing w:val="-6"/>
                <w:w w:val="105"/>
                <w:sz w:val="15"/>
              </w:rPr>
              <w:t xml:space="preserve"> </w:t>
            </w:r>
            <w:r>
              <w:rPr>
                <w:b/>
                <w:w w:val="105"/>
                <w:sz w:val="15"/>
              </w:rPr>
              <w:t>часов</w:t>
            </w:r>
          </w:p>
        </w:tc>
        <w:tc>
          <w:tcPr>
            <w:tcW w:w="4214" w:type="dxa"/>
            <w:vMerge w:val="restart"/>
          </w:tcPr>
          <w:p w14:paraId="26DF559A" w14:textId="77777777" w:rsidR="002873D8" w:rsidRDefault="002873D8" w:rsidP="002873D8">
            <w:pPr>
              <w:pStyle w:val="TableParagraph"/>
              <w:spacing w:before="74"/>
              <w:ind w:left="78"/>
              <w:rPr>
                <w:b/>
                <w:sz w:val="15"/>
              </w:rPr>
            </w:pPr>
            <w:r>
              <w:rPr>
                <w:b/>
                <w:spacing w:val="-1"/>
                <w:w w:val="105"/>
                <w:sz w:val="15"/>
              </w:rPr>
              <w:t>Электронные</w:t>
            </w:r>
            <w:r>
              <w:rPr>
                <w:b/>
                <w:spacing w:val="-8"/>
                <w:w w:val="105"/>
                <w:sz w:val="15"/>
              </w:rPr>
              <w:t xml:space="preserve"> </w:t>
            </w:r>
            <w:r>
              <w:rPr>
                <w:b/>
                <w:spacing w:val="-1"/>
                <w:w w:val="105"/>
                <w:sz w:val="15"/>
              </w:rPr>
              <w:t>(цифровые)</w:t>
            </w:r>
            <w:r>
              <w:rPr>
                <w:b/>
                <w:spacing w:val="-7"/>
                <w:w w:val="105"/>
                <w:sz w:val="15"/>
              </w:rPr>
              <w:t xml:space="preserve"> </w:t>
            </w:r>
            <w:r>
              <w:rPr>
                <w:b/>
                <w:spacing w:val="-1"/>
                <w:w w:val="105"/>
                <w:sz w:val="15"/>
              </w:rPr>
              <w:t>образовательные</w:t>
            </w:r>
            <w:r>
              <w:rPr>
                <w:b/>
                <w:spacing w:val="-7"/>
                <w:w w:val="105"/>
                <w:sz w:val="15"/>
              </w:rPr>
              <w:t xml:space="preserve"> </w:t>
            </w:r>
            <w:r>
              <w:rPr>
                <w:b/>
                <w:w w:val="105"/>
                <w:sz w:val="15"/>
              </w:rPr>
              <w:t>ресурсы</w:t>
            </w:r>
          </w:p>
        </w:tc>
      </w:tr>
      <w:tr w:rsidR="002873D8" w14:paraId="1033C446" w14:textId="77777777" w:rsidTr="002873D8">
        <w:trPr>
          <w:trHeight w:val="333"/>
        </w:trPr>
        <w:tc>
          <w:tcPr>
            <w:tcW w:w="504" w:type="dxa"/>
            <w:vMerge/>
            <w:tcBorders>
              <w:top w:val="nil"/>
            </w:tcBorders>
          </w:tcPr>
          <w:p w14:paraId="1CB7BB42" w14:textId="77777777" w:rsidR="002873D8" w:rsidRDefault="002873D8" w:rsidP="002873D8">
            <w:pPr>
              <w:rPr>
                <w:sz w:val="2"/>
                <w:szCs w:val="2"/>
              </w:rPr>
            </w:pPr>
          </w:p>
        </w:tc>
        <w:tc>
          <w:tcPr>
            <w:tcW w:w="6579" w:type="dxa"/>
            <w:vMerge/>
            <w:tcBorders>
              <w:top w:val="nil"/>
            </w:tcBorders>
          </w:tcPr>
          <w:p w14:paraId="4F978913" w14:textId="77777777" w:rsidR="002873D8" w:rsidRDefault="002873D8" w:rsidP="002873D8">
            <w:pPr>
              <w:rPr>
                <w:sz w:val="2"/>
                <w:szCs w:val="2"/>
              </w:rPr>
            </w:pPr>
          </w:p>
        </w:tc>
        <w:tc>
          <w:tcPr>
            <w:tcW w:w="564" w:type="dxa"/>
          </w:tcPr>
          <w:p w14:paraId="03727D4A" w14:textId="77777777" w:rsidR="002873D8" w:rsidRDefault="002873D8" w:rsidP="002873D8">
            <w:pPr>
              <w:pStyle w:val="TableParagraph"/>
              <w:spacing w:before="74"/>
              <w:rPr>
                <w:b/>
                <w:sz w:val="15"/>
              </w:rPr>
            </w:pPr>
            <w:r>
              <w:rPr>
                <w:b/>
                <w:w w:val="105"/>
                <w:sz w:val="15"/>
              </w:rPr>
              <w:t>всего</w:t>
            </w:r>
          </w:p>
        </w:tc>
        <w:tc>
          <w:tcPr>
            <w:tcW w:w="1801" w:type="dxa"/>
          </w:tcPr>
          <w:p w14:paraId="5A3D3C20" w14:textId="77777777" w:rsidR="002873D8" w:rsidRDefault="002873D8" w:rsidP="002873D8">
            <w:pPr>
              <w:pStyle w:val="TableParagraph"/>
              <w:spacing w:before="74"/>
              <w:rPr>
                <w:b/>
                <w:sz w:val="15"/>
              </w:rPr>
            </w:pPr>
            <w:r>
              <w:rPr>
                <w:b/>
                <w:spacing w:val="-1"/>
                <w:w w:val="105"/>
                <w:sz w:val="15"/>
              </w:rPr>
              <w:t>контрольные</w:t>
            </w:r>
            <w:r>
              <w:rPr>
                <w:b/>
                <w:spacing w:val="-7"/>
                <w:w w:val="105"/>
                <w:sz w:val="15"/>
              </w:rPr>
              <w:t xml:space="preserve"> </w:t>
            </w:r>
            <w:r>
              <w:rPr>
                <w:b/>
                <w:w w:val="105"/>
                <w:sz w:val="15"/>
              </w:rPr>
              <w:t>работы</w:t>
            </w:r>
          </w:p>
        </w:tc>
        <w:tc>
          <w:tcPr>
            <w:tcW w:w="1837" w:type="dxa"/>
          </w:tcPr>
          <w:p w14:paraId="7A3872F6" w14:textId="77777777" w:rsidR="002873D8" w:rsidRDefault="002873D8" w:rsidP="002873D8">
            <w:pPr>
              <w:pStyle w:val="TableParagraph"/>
              <w:spacing w:before="74"/>
              <w:rPr>
                <w:b/>
                <w:sz w:val="15"/>
              </w:rPr>
            </w:pPr>
            <w:r>
              <w:rPr>
                <w:b/>
                <w:spacing w:val="-1"/>
                <w:w w:val="105"/>
                <w:sz w:val="15"/>
              </w:rPr>
              <w:t>практические</w:t>
            </w:r>
            <w:r>
              <w:rPr>
                <w:b/>
                <w:spacing w:val="-7"/>
                <w:w w:val="105"/>
                <w:sz w:val="15"/>
              </w:rPr>
              <w:t xml:space="preserve"> </w:t>
            </w:r>
            <w:r>
              <w:rPr>
                <w:b/>
                <w:w w:val="105"/>
                <w:sz w:val="15"/>
              </w:rPr>
              <w:t>работы</w:t>
            </w:r>
          </w:p>
        </w:tc>
        <w:tc>
          <w:tcPr>
            <w:tcW w:w="4214" w:type="dxa"/>
            <w:vMerge/>
            <w:tcBorders>
              <w:top w:val="nil"/>
            </w:tcBorders>
          </w:tcPr>
          <w:p w14:paraId="629F3150" w14:textId="77777777" w:rsidR="002873D8" w:rsidRDefault="002873D8" w:rsidP="002873D8">
            <w:pPr>
              <w:rPr>
                <w:sz w:val="2"/>
                <w:szCs w:val="2"/>
              </w:rPr>
            </w:pPr>
          </w:p>
        </w:tc>
      </w:tr>
      <w:tr w:rsidR="002873D8" w14:paraId="28FB2107" w14:textId="77777777" w:rsidTr="002873D8">
        <w:trPr>
          <w:trHeight w:val="333"/>
        </w:trPr>
        <w:tc>
          <w:tcPr>
            <w:tcW w:w="504" w:type="dxa"/>
          </w:tcPr>
          <w:p w14:paraId="2CFD6EB9" w14:textId="77777777" w:rsidR="002873D8" w:rsidRDefault="002873D8" w:rsidP="002873D8">
            <w:pPr>
              <w:pStyle w:val="TableParagraph"/>
              <w:spacing w:before="74"/>
              <w:ind w:left="76"/>
              <w:rPr>
                <w:sz w:val="15"/>
              </w:rPr>
            </w:pPr>
            <w:r>
              <w:rPr>
                <w:w w:val="105"/>
                <w:sz w:val="15"/>
              </w:rPr>
              <w:t>1.1.</w:t>
            </w:r>
          </w:p>
        </w:tc>
        <w:tc>
          <w:tcPr>
            <w:tcW w:w="6579" w:type="dxa"/>
          </w:tcPr>
          <w:p w14:paraId="118D7904" w14:textId="77777777" w:rsidR="002873D8" w:rsidRDefault="002873D8" w:rsidP="002873D8">
            <w:pPr>
              <w:pStyle w:val="TableParagraph"/>
              <w:spacing w:before="74"/>
              <w:ind w:left="76"/>
              <w:rPr>
                <w:b/>
                <w:sz w:val="15"/>
              </w:rPr>
            </w:pPr>
            <w:r>
              <w:rPr>
                <w:b/>
                <w:w w:val="105"/>
                <w:sz w:val="15"/>
              </w:rPr>
              <w:t>О</w:t>
            </w:r>
            <w:r>
              <w:rPr>
                <w:b/>
                <w:spacing w:val="-6"/>
                <w:w w:val="105"/>
                <w:sz w:val="15"/>
              </w:rPr>
              <w:t xml:space="preserve"> </w:t>
            </w:r>
            <w:r>
              <w:rPr>
                <w:b/>
                <w:w w:val="105"/>
                <w:sz w:val="15"/>
              </w:rPr>
              <w:t>Родине</w:t>
            </w:r>
            <w:r>
              <w:rPr>
                <w:b/>
                <w:spacing w:val="-5"/>
                <w:w w:val="105"/>
                <w:sz w:val="15"/>
              </w:rPr>
              <w:t xml:space="preserve"> </w:t>
            </w:r>
            <w:r>
              <w:rPr>
                <w:b/>
                <w:w w:val="105"/>
                <w:sz w:val="15"/>
              </w:rPr>
              <w:t>и</w:t>
            </w:r>
            <w:r>
              <w:rPr>
                <w:b/>
                <w:spacing w:val="-5"/>
                <w:w w:val="105"/>
                <w:sz w:val="15"/>
              </w:rPr>
              <w:t xml:space="preserve"> </w:t>
            </w:r>
            <w:r>
              <w:rPr>
                <w:b/>
                <w:w w:val="105"/>
                <w:sz w:val="15"/>
              </w:rPr>
              <w:t>её</w:t>
            </w:r>
            <w:r>
              <w:rPr>
                <w:b/>
                <w:spacing w:val="-5"/>
                <w:w w:val="105"/>
                <w:sz w:val="15"/>
              </w:rPr>
              <w:t xml:space="preserve"> </w:t>
            </w:r>
            <w:r>
              <w:rPr>
                <w:b/>
                <w:w w:val="105"/>
                <w:sz w:val="15"/>
              </w:rPr>
              <w:t>истории</w:t>
            </w:r>
          </w:p>
        </w:tc>
        <w:tc>
          <w:tcPr>
            <w:tcW w:w="564" w:type="dxa"/>
          </w:tcPr>
          <w:p w14:paraId="7B683EB4" w14:textId="77777777" w:rsidR="002873D8" w:rsidRDefault="002873D8" w:rsidP="002873D8">
            <w:pPr>
              <w:pStyle w:val="TableParagraph"/>
              <w:spacing w:before="74"/>
              <w:rPr>
                <w:sz w:val="15"/>
              </w:rPr>
            </w:pPr>
            <w:r>
              <w:rPr>
                <w:w w:val="104"/>
                <w:sz w:val="15"/>
              </w:rPr>
              <w:t>5</w:t>
            </w:r>
          </w:p>
        </w:tc>
        <w:tc>
          <w:tcPr>
            <w:tcW w:w="1801" w:type="dxa"/>
          </w:tcPr>
          <w:p w14:paraId="693A7EB1" w14:textId="77777777" w:rsidR="002873D8" w:rsidRDefault="002873D8" w:rsidP="002873D8">
            <w:pPr>
              <w:pStyle w:val="TableParagraph"/>
              <w:spacing w:before="74"/>
              <w:rPr>
                <w:sz w:val="15"/>
              </w:rPr>
            </w:pPr>
            <w:r>
              <w:rPr>
                <w:w w:val="104"/>
                <w:sz w:val="15"/>
              </w:rPr>
              <w:t>1</w:t>
            </w:r>
          </w:p>
        </w:tc>
        <w:tc>
          <w:tcPr>
            <w:tcW w:w="1837" w:type="dxa"/>
          </w:tcPr>
          <w:p w14:paraId="041B3D85" w14:textId="77777777" w:rsidR="002873D8" w:rsidRDefault="002873D8" w:rsidP="002873D8">
            <w:pPr>
              <w:pStyle w:val="TableParagraph"/>
              <w:spacing w:before="74"/>
              <w:rPr>
                <w:sz w:val="15"/>
              </w:rPr>
            </w:pPr>
            <w:r>
              <w:rPr>
                <w:w w:val="104"/>
                <w:sz w:val="15"/>
              </w:rPr>
              <w:t>0</w:t>
            </w:r>
          </w:p>
        </w:tc>
        <w:tc>
          <w:tcPr>
            <w:tcW w:w="4214" w:type="dxa"/>
          </w:tcPr>
          <w:p w14:paraId="2413DC67" w14:textId="77777777" w:rsidR="002873D8" w:rsidRDefault="00A3294A" w:rsidP="002873D8">
            <w:pPr>
              <w:pStyle w:val="TableParagraph"/>
              <w:spacing w:before="74"/>
              <w:ind w:left="78"/>
              <w:rPr>
                <w:sz w:val="15"/>
              </w:rPr>
            </w:pPr>
            <w:hyperlink r:id="rId9">
              <w:r w:rsidR="002873D8">
                <w:rPr>
                  <w:w w:val="105"/>
                  <w:sz w:val="15"/>
                </w:rPr>
                <w:t>http://pedsovet.su</w:t>
              </w:r>
            </w:hyperlink>
          </w:p>
        </w:tc>
      </w:tr>
      <w:tr w:rsidR="002873D8" w14:paraId="44728895" w14:textId="77777777" w:rsidTr="002873D8">
        <w:trPr>
          <w:trHeight w:val="333"/>
        </w:trPr>
        <w:tc>
          <w:tcPr>
            <w:tcW w:w="504" w:type="dxa"/>
          </w:tcPr>
          <w:p w14:paraId="452ED991" w14:textId="77777777" w:rsidR="002873D8" w:rsidRDefault="002873D8" w:rsidP="002873D8">
            <w:pPr>
              <w:pStyle w:val="TableParagraph"/>
              <w:spacing w:before="74"/>
              <w:ind w:left="76"/>
              <w:rPr>
                <w:sz w:val="15"/>
              </w:rPr>
            </w:pPr>
            <w:r>
              <w:rPr>
                <w:w w:val="105"/>
                <w:sz w:val="15"/>
              </w:rPr>
              <w:t>1.2.</w:t>
            </w:r>
          </w:p>
        </w:tc>
        <w:tc>
          <w:tcPr>
            <w:tcW w:w="6579" w:type="dxa"/>
          </w:tcPr>
          <w:p w14:paraId="315D6937" w14:textId="77777777" w:rsidR="002873D8" w:rsidRDefault="002873D8" w:rsidP="002873D8">
            <w:pPr>
              <w:pStyle w:val="TableParagraph"/>
              <w:spacing w:before="74"/>
              <w:ind w:left="76"/>
              <w:rPr>
                <w:b/>
                <w:sz w:val="15"/>
              </w:rPr>
            </w:pPr>
            <w:r>
              <w:rPr>
                <w:b/>
                <w:spacing w:val="-1"/>
                <w:w w:val="105"/>
                <w:sz w:val="15"/>
              </w:rPr>
              <w:t>Фольклор</w:t>
            </w:r>
            <w:r>
              <w:rPr>
                <w:b/>
                <w:spacing w:val="-8"/>
                <w:w w:val="105"/>
                <w:sz w:val="15"/>
              </w:rPr>
              <w:t xml:space="preserve"> </w:t>
            </w:r>
            <w:r>
              <w:rPr>
                <w:b/>
                <w:spacing w:val="-1"/>
                <w:w w:val="105"/>
                <w:sz w:val="15"/>
              </w:rPr>
              <w:t>(устное</w:t>
            </w:r>
            <w:r>
              <w:rPr>
                <w:b/>
                <w:spacing w:val="-9"/>
                <w:w w:val="105"/>
                <w:sz w:val="15"/>
              </w:rPr>
              <w:t xml:space="preserve"> </w:t>
            </w:r>
            <w:r>
              <w:rPr>
                <w:b/>
                <w:w w:val="105"/>
                <w:sz w:val="15"/>
              </w:rPr>
              <w:t>народное</w:t>
            </w:r>
            <w:r>
              <w:rPr>
                <w:b/>
                <w:spacing w:val="-8"/>
                <w:w w:val="105"/>
                <w:sz w:val="15"/>
              </w:rPr>
              <w:t xml:space="preserve"> </w:t>
            </w:r>
            <w:r>
              <w:rPr>
                <w:b/>
                <w:w w:val="105"/>
                <w:sz w:val="15"/>
              </w:rPr>
              <w:t>творчество)</w:t>
            </w:r>
          </w:p>
        </w:tc>
        <w:tc>
          <w:tcPr>
            <w:tcW w:w="564" w:type="dxa"/>
          </w:tcPr>
          <w:p w14:paraId="679A3F24" w14:textId="77777777" w:rsidR="002873D8" w:rsidRDefault="002873D8" w:rsidP="002873D8">
            <w:pPr>
              <w:pStyle w:val="TableParagraph"/>
              <w:spacing w:before="74"/>
              <w:rPr>
                <w:sz w:val="15"/>
              </w:rPr>
            </w:pPr>
            <w:r>
              <w:rPr>
                <w:w w:val="105"/>
                <w:sz w:val="15"/>
              </w:rPr>
              <w:t>12</w:t>
            </w:r>
          </w:p>
        </w:tc>
        <w:tc>
          <w:tcPr>
            <w:tcW w:w="1801" w:type="dxa"/>
          </w:tcPr>
          <w:p w14:paraId="237531F4" w14:textId="77777777" w:rsidR="002873D8" w:rsidRDefault="002873D8" w:rsidP="002873D8">
            <w:pPr>
              <w:pStyle w:val="TableParagraph"/>
              <w:spacing w:before="74"/>
              <w:rPr>
                <w:sz w:val="15"/>
              </w:rPr>
            </w:pPr>
            <w:r>
              <w:rPr>
                <w:w w:val="104"/>
                <w:sz w:val="15"/>
              </w:rPr>
              <w:t>2</w:t>
            </w:r>
          </w:p>
        </w:tc>
        <w:tc>
          <w:tcPr>
            <w:tcW w:w="1837" w:type="dxa"/>
          </w:tcPr>
          <w:p w14:paraId="620A2A5E" w14:textId="77777777" w:rsidR="002873D8" w:rsidRDefault="002873D8" w:rsidP="002873D8">
            <w:pPr>
              <w:pStyle w:val="TableParagraph"/>
              <w:spacing w:before="74"/>
              <w:rPr>
                <w:sz w:val="15"/>
              </w:rPr>
            </w:pPr>
            <w:r>
              <w:rPr>
                <w:w w:val="104"/>
                <w:sz w:val="15"/>
              </w:rPr>
              <w:t>0</w:t>
            </w:r>
          </w:p>
        </w:tc>
        <w:tc>
          <w:tcPr>
            <w:tcW w:w="4214" w:type="dxa"/>
          </w:tcPr>
          <w:p w14:paraId="3B0831FD" w14:textId="77777777" w:rsidR="002873D8" w:rsidRDefault="00A3294A" w:rsidP="002873D8">
            <w:pPr>
              <w:pStyle w:val="TableParagraph"/>
              <w:spacing w:before="74"/>
              <w:ind w:left="78"/>
              <w:rPr>
                <w:sz w:val="15"/>
              </w:rPr>
            </w:pPr>
            <w:hyperlink r:id="rId10">
              <w:r w:rsidR="002873D8">
                <w:rPr>
                  <w:w w:val="105"/>
                  <w:sz w:val="15"/>
                </w:rPr>
                <w:t>http://pedsovet.su</w:t>
              </w:r>
            </w:hyperlink>
          </w:p>
        </w:tc>
      </w:tr>
      <w:tr w:rsidR="002873D8" w14:paraId="7FA0FCBD" w14:textId="77777777" w:rsidTr="002873D8">
        <w:trPr>
          <w:trHeight w:val="333"/>
        </w:trPr>
        <w:tc>
          <w:tcPr>
            <w:tcW w:w="504" w:type="dxa"/>
          </w:tcPr>
          <w:p w14:paraId="78EE9584" w14:textId="77777777" w:rsidR="002873D8" w:rsidRDefault="002873D8" w:rsidP="002873D8">
            <w:pPr>
              <w:pStyle w:val="TableParagraph"/>
              <w:spacing w:before="74"/>
              <w:ind w:left="76"/>
              <w:rPr>
                <w:sz w:val="15"/>
              </w:rPr>
            </w:pPr>
            <w:r>
              <w:rPr>
                <w:w w:val="105"/>
                <w:sz w:val="15"/>
              </w:rPr>
              <w:t>1.3.</w:t>
            </w:r>
          </w:p>
        </w:tc>
        <w:tc>
          <w:tcPr>
            <w:tcW w:w="6579" w:type="dxa"/>
          </w:tcPr>
          <w:p w14:paraId="73EADD8A" w14:textId="77777777" w:rsidR="002873D8" w:rsidRDefault="002873D8" w:rsidP="002873D8">
            <w:pPr>
              <w:pStyle w:val="TableParagraph"/>
              <w:spacing w:before="74"/>
              <w:ind w:left="76"/>
              <w:rPr>
                <w:b/>
                <w:sz w:val="15"/>
              </w:rPr>
            </w:pPr>
            <w:r>
              <w:rPr>
                <w:b/>
                <w:spacing w:val="-1"/>
                <w:w w:val="105"/>
                <w:sz w:val="15"/>
              </w:rPr>
              <w:t>Творчество</w:t>
            </w:r>
            <w:r>
              <w:rPr>
                <w:b/>
                <w:spacing w:val="-6"/>
                <w:w w:val="105"/>
                <w:sz w:val="15"/>
              </w:rPr>
              <w:t xml:space="preserve"> </w:t>
            </w:r>
            <w:r>
              <w:rPr>
                <w:b/>
                <w:spacing w:val="-1"/>
                <w:w w:val="105"/>
                <w:sz w:val="15"/>
              </w:rPr>
              <w:t>А.С.Пушкина</w:t>
            </w:r>
          </w:p>
        </w:tc>
        <w:tc>
          <w:tcPr>
            <w:tcW w:w="564" w:type="dxa"/>
          </w:tcPr>
          <w:p w14:paraId="1441E940" w14:textId="77777777" w:rsidR="002873D8" w:rsidRDefault="002873D8" w:rsidP="002873D8">
            <w:pPr>
              <w:pStyle w:val="TableParagraph"/>
              <w:spacing w:before="74"/>
              <w:rPr>
                <w:sz w:val="15"/>
              </w:rPr>
            </w:pPr>
            <w:r>
              <w:rPr>
                <w:w w:val="104"/>
                <w:sz w:val="15"/>
              </w:rPr>
              <w:t>7</w:t>
            </w:r>
          </w:p>
        </w:tc>
        <w:tc>
          <w:tcPr>
            <w:tcW w:w="1801" w:type="dxa"/>
          </w:tcPr>
          <w:p w14:paraId="3F9E084D" w14:textId="77777777" w:rsidR="002873D8" w:rsidRDefault="002873D8" w:rsidP="002873D8">
            <w:pPr>
              <w:pStyle w:val="TableParagraph"/>
              <w:spacing w:before="74"/>
              <w:rPr>
                <w:sz w:val="15"/>
              </w:rPr>
            </w:pPr>
            <w:r>
              <w:rPr>
                <w:w w:val="104"/>
                <w:sz w:val="15"/>
              </w:rPr>
              <w:t>1</w:t>
            </w:r>
          </w:p>
        </w:tc>
        <w:tc>
          <w:tcPr>
            <w:tcW w:w="1837" w:type="dxa"/>
          </w:tcPr>
          <w:p w14:paraId="2CB159D3" w14:textId="77777777" w:rsidR="002873D8" w:rsidRDefault="002873D8" w:rsidP="002873D8">
            <w:pPr>
              <w:pStyle w:val="TableParagraph"/>
              <w:spacing w:before="74"/>
              <w:rPr>
                <w:sz w:val="15"/>
              </w:rPr>
            </w:pPr>
            <w:r>
              <w:rPr>
                <w:w w:val="104"/>
                <w:sz w:val="15"/>
              </w:rPr>
              <w:t>0</w:t>
            </w:r>
          </w:p>
        </w:tc>
        <w:tc>
          <w:tcPr>
            <w:tcW w:w="4214" w:type="dxa"/>
          </w:tcPr>
          <w:p w14:paraId="2ACFC40D" w14:textId="77777777" w:rsidR="002873D8" w:rsidRDefault="00A3294A" w:rsidP="002873D8">
            <w:pPr>
              <w:pStyle w:val="TableParagraph"/>
              <w:spacing w:before="74"/>
              <w:ind w:left="78"/>
              <w:rPr>
                <w:sz w:val="15"/>
              </w:rPr>
            </w:pPr>
            <w:hyperlink r:id="rId11">
              <w:r w:rsidR="002873D8">
                <w:rPr>
                  <w:w w:val="105"/>
                  <w:sz w:val="15"/>
                </w:rPr>
                <w:t>http://pedsovet.su</w:t>
              </w:r>
            </w:hyperlink>
          </w:p>
        </w:tc>
      </w:tr>
      <w:tr w:rsidR="002873D8" w14:paraId="2D98790C" w14:textId="77777777" w:rsidTr="002873D8">
        <w:trPr>
          <w:trHeight w:val="333"/>
        </w:trPr>
        <w:tc>
          <w:tcPr>
            <w:tcW w:w="504" w:type="dxa"/>
          </w:tcPr>
          <w:p w14:paraId="5E0CCC94" w14:textId="77777777" w:rsidR="002873D8" w:rsidRDefault="002873D8" w:rsidP="002873D8">
            <w:pPr>
              <w:pStyle w:val="TableParagraph"/>
              <w:spacing w:before="74"/>
              <w:ind w:left="76"/>
              <w:rPr>
                <w:sz w:val="15"/>
              </w:rPr>
            </w:pPr>
            <w:r>
              <w:rPr>
                <w:w w:val="105"/>
                <w:sz w:val="15"/>
              </w:rPr>
              <w:t>1.4.</w:t>
            </w:r>
          </w:p>
        </w:tc>
        <w:tc>
          <w:tcPr>
            <w:tcW w:w="6579" w:type="dxa"/>
          </w:tcPr>
          <w:p w14:paraId="2C113597" w14:textId="77777777" w:rsidR="002873D8" w:rsidRDefault="002873D8" w:rsidP="002873D8">
            <w:pPr>
              <w:pStyle w:val="TableParagraph"/>
              <w:spacing w:before="74"/>
              <w:ind w:left="76"/>
              <w:rPr>
                <w:b/>
                <w:sz w:val="15"/>
              </w:rPr>
            </w:pPr>
            <w:r>
              <w:rPr>
                <w:b/>
                <w:spacing w:val="-1"/>
                <w:w w:val="105"/>
                <w:sz w:val="15"/>
              </w:rPr>
              <w:t>Творчество</w:t>
            </w:r>
            <w:r>
              <w:rPr>
                <w:b/>
                <w:spacing w:val="-6"/>
                <w:w w:val="105"/>
                <w:sz w:val="15"/>
              </w:rPr>
              <w:t xml:space="preserve"> </w:t>
            </w:r>
            <w:r>
              <w:rPr>
                <w:b/>
                <w:spacing w:val="-1"/>
                <w:w w:val="105"/>
                <w:sz w:val="15"/>
              </w:rPr>
              <w:t>И.А.Крылова</w:t>
            </w:r>
          </w:p>
        </w:tc>
        <w:tc>
          <w:tcPr>
            <w:tcW w:w="564" w:type="dxa"/>
          </w:tcPr>
          <w:p w14:paraId="2B41A3F2" w14:textId="77777777" w:rsidR="002873D8" w:rsidRDefault="002873D8" w:rsidP="002873D8">
            <w:pPr>
              <w:pStyle w:val="TableParagraph"/>
              <w:spacing w:before="74"/>
              <w:rPr>
                <w:sz w:val="15"/>
              </w:rPr>
            </w:pPr>
            <w:r>
              <w:rPr>
                <w:w w:val="104"/>
                <w:sz w:val="15"/>
              </w:rPr>
              <w:t>3</w:t>
            </w:r>
          </w:p>
        </w:tc>
        <w:tc>
          <w:tcPr>
            <w:tcW w:w="1801" w:type="dxa"/>
          </w:tcPr>
          <w:p w14:paraId="103B3656" w14:textId="77777777" w:rsidR="002873D8" w:rsidRDefault="002873D8" w:rsidP="002873D8">
            <w:pPr>
              <w:pStyle w:val="TableParagraph"/>
              <w:spacing w:before="74"/>
              <w:rPr>
                <w:sz w:val="15"/>
              </w:rPr>
            </w:pPr>
            <w:r>
              <w:rPr>
                <w:w w:val="104"/>
                <w:sz w:val="15"/>
              </w:rPr>
              <w:t>0</w:t>
            </w:r>
          </w:p>
        </w:tc>
        <w:tc>
          <w:tcPr>
            <w:tcW w:w="1837" w:type="dxa"/>
          </w:tcPr>
          <w:p w14:paraId="4AA0364B" w14:textId="77777777" w:rsidR="002873D8" w:rsidRDefault="002873D8" w:rsidP="002873D8">
            <w:pPr>
              <w:pStyle w:val="TableParagraph"/>
              <w:spacing w:before="74"/>
              <w:rPr>
                <w:sz w:val="15"/>
              </w:rPr>
            </w:pPr>
            <w:r>
              <w:rPr>
                <w:w w:val="104"/>
                <w:sz w:val="15"/>
              </w:rPr>
              <w:t>0</w:t>
            </w:r>
          </w:p>
        </w:tc>
        <w:tc>
          <w:tcPr>
            <w:tcW w:w="4214" w:type="dxa"/>
          </w:tcPr>
          <w:p w14:paraId="7F4FA5CC" w14:textId="77777777" w:rsidR="002873D8" w:rsidRDefault="00A3294A" w:rsidP="002873D8">
            <w:pPr>
              <w:pStyle w:val="TableParagraph"/>
              <w:spacing w:before="74"/>
              <w:ind w:left="78"/>
              <w:rPr>
                <w:sz w:val="15"/>
              </w:rPr>
            </w:pPr>
            <w:hyperlink r:id="rId12">
              <w:r w:rsidR="002873D8">
                <w:rPr>
                  <w:w w:val="105"/>
                  <w:sz w:val="15"/>
                </w:rPr>
                <w:t>http://pedsovet.su</w:t>
              </w:r>
            </w:hyperlink>
          </w:p>
        </w:tc>
      </w:tr>
      <w:tr w:rsidR="002873D8" w14:paraId="6ABE98F6" w14:textId="77777777" w:rsidTr="002873D8">
        <w:trPr>
          <w:trHeight w:val="333"/>
        </w:trPr>
        <w:tc>
          <w:tcPr>
            <w:tcW w:w="504" w:type="dxa"/>
          </w:tcPr>
          <w:p w14:paraId="4D68979A" w14:textId="77777777" w:rsidR="002873D8" w:rsidRDefault="002873D8" w:rsidP="002873D8">
            <w:pPr>
              <w:pStyle w:val="TableParagraph"/>
              <w:spacing w:before="74"/>
              <w:ind w:left="76"/>
              <w:rPr>
                <w:sz w:val="15"/>
              </w:rPr>
            </w:pPr>
            <w:r>
              <w:rPr>
                <w:w w:val="105"/>
                <w:sz w:val="15"/>
              </w:rPr>
              <w:t>1.5.</w:t>
            </w:r>
          </w:p>
        </w:tc>
        <w:tc>
          <w:tcPr>
            <w:tcW w:w="6579" w:type="dxa"/>
          </w:tcPr>
          <w:p w14:paraId="408CCB68" w14:textId="77777777" w:rsidR="002873D8" w:rsidRDefault="002873D8" w:rsidP="002873D8">
            <w:pPr>
              <w:pStyle w:val="TableParagraph"/>
              <w:spacing w:before="74"/>
              <w:ind w:left="76"/>
              <w:rPr>
                <w:b/>
                <w:sz w:val="15"/>
              </w:rPr>
            </w:pPr>
            <w:r>
              <w:rPr>
                <w:b/>
                <w:sz w:val="15"/>
              </w:rPr>
              <w:t>Картины</w:t>
            </w:r>
            <w:r>
              <w:rPr>
                <w:b/>
                <w:spacing w:val="15"/>
                <w:sz w:val="15"/>
              </w:rPr>
              <w:t xml:space="preserve"> </w:t>
            </w:r>
            <w:r>
              <w:rPr>
                <w:b/>
                <w:sz w:val="15"/>
              </w:rPr>
              <w:t>природы</w:t>
            </w:r>
            <w:r>
              <w:rPr>
                <w:b/>
                <w:spacing w:val="16"/>
                <w:sz w:val="15"/>
              </w:rPr>
              <w:t xml:space="preserve"> </w:t>
            </w:r>
            <w:r>
              <w:rPr>
                <w:b/>
                <w:sz w:val="15"/>
              </w:rPr>
              <w:t>в</w:t>
            </w:r>
            <w:r>
              <w:rPr>
                <w:b/>
                <w:spacing w:val="16"/>
                <w:sz w:val="15"/>
              </w:rPr>
              <w:t xml:space="preserve"> </w:t>
            </w:r>
            <w:r>
              <w:rPr>
                <w:b/>
                <w:sz w:val="15"/>
              </w:rPr>
              <w:t>произведениях</w:t>
            </w:r>
            <w:r>
              <w:rPr>
                <w:b/>
                <w:spacing w:val="16"/>
                <w:sz w:val="15"/>
              </w:rPr>
              <w:t xml:space="preserve"> </w:t>
            </w:r>
            <w:r>
              <w:rPr>
                <w:b/>
                <w:sz w:val="15"/>
              </w:rPr>
              <w:t>поэтов</w:t>
            </w:r>
            <w:r>
              <w:rPr>
                <w:b/>
                <w:spacing w:val="16"/>
                <w:sz w:val="15"/>
              </w:rPr>
              <w:t xml:space="preserve"> </w:t>
            </w:r>
            <w:r>
              <w:rPr>
                <w:b/>
                <w:sz w:val="15"/>
              </w:rPr>
              <w:t>и</w:t>
            </w:r>
            <w:r>
              <w:rPr>
                <w:b/>
                <w:spacing w:val="16"/>
                <w:sz w:val="15"/>
              </w:rPr>
              <w:t xml:space="preserve"> </w:t>
            </w:r>
            <w:r>
              <w:rPr>
                <w:b/>
                <w:sz w:val="15"/>
              </w:rPr>
              <w:t>писателей</w:t>
            </w:r>
            <w:r>
              <w:rPr>
                <w:b/>
                <w:spacing w:val="-7"/>
                <w:sz w:val="15"/>
              </w:rPr>
              <w:t xml:space="preserve"> </w:t>
            </w:r>
            <w:r>
              <w:rPr>
                <w:b/>
                <w:sz w:val="15"/>
              </w:rPr>
              <w:t>ХIХ</w:t>
            </w:r>
            <w:r>
              <w:rPr>
                <w:b/>
                <w:spacing w:val="16"/>
                <w:sz w:val="15"/>
              </w:rPr>
              <w:t xml:space="preserve"> </w:t>
            </w:r>
            <w:r>
              <w:rPr>
                <w:b/>
                <w:sz w:val="15"/>
              </w:rPr>
              <w:t>века</w:t>
            </w:r>
          </w:p>
        </w:tc>
        <w:tc>
          <w:tcPr>
            <w:tcW w:w="564" w:type="dxa"/>
          </w:tcPr>
          <w:p w14:paraId="74643429" w14:textId="77777777" w:rsidR="002873D8" w:rsidRDefault="002873D8" w:rsidP="002873D8">
            <w:pPr>
              <w:pStyle w:val="TableParagraph"/>
              <w:spacing w:before="74"/>
              <w:rPr>
                <w:sz w:val="15"/>
              </w:rPr>
            </w:pPr>
            <w:r>
              <w:rPr>
                <w:w w:val="104"/>
                <w:sz w:val="15"/>
              </w:rPr>
              <w:t>6</w:t>
            </w:r>
          </w:p>
        </w:tc>
        <w:tc>
          <w:tcPr>
            <w:tcW w:w="1801" w:type="dxa"/>
          </w:tcPr>
          <w:p w14:paraId="433211DD" w14:textId="77777777" w:rsidR="002873D8" w:rsidRDefault="002873D8" w:rsidP="002873D8">
            <w:pPr>
              <w:pStyle w:val="TableParagraph"/>
              <w:spacing w:before="74"/>
              <w:rPr>
                <w:sz w:val="15"/>
              </w:rPr>
            </w:pPr>
            <w:r>
              <w:rPr>
                <w:w w:val="104"/>
                <w:sz w:val="15"/>
              </w:rPr>
              <w:t>1</w:t>
            </w:r>
          </w:p>
        </w:tc>
        <w:tc>
          <w:tcPr>
            <w:tcW w:w="1837" w:type="dxa"/>
          </w:tcPr>
          <w:p w14:paraId="72E4269F" w14:textId="77777777" w:rsidR="002873D8" w:rsidRDefault="002873D8" w:rsidP="002873D8">
            <w:pPr>
              <w:pStyle w:val="TableParagraph"/>
              <w:spacing w:before="74"/>
              <w:rPr>
                <w:sz w:val="15"/>
              </w:rPr>
            </w:pPr>
            <w:r>
              <w:rPr>
                <w:w w:val="104"/>
                <w:sz w:val="15"/>
              </w:rPr>
              <w:t>0</w:t>
            </w:r>
          </w:p>
        </w:tc>
        <w:tc>
          <w:tcPr>
            <w:tcW w:w="4214" w:type="dxa"/>
          </w:tcPr>
          <w:p w14:paraId="35AA8BB6" w14:textId="77777777" w:rsidR="002873D8" w:rsidRDefault="00A3294A" w:rsidP="002873D8">
            <w:pPr>
              <w:pStyle w:val="TableParagraph"/>
              <w:spacing w:before="74"/>
              <w:ind w:left="78"/>
              <w:rPr>
                <w:sz w:val="15"/>
              </w:rPr>
            </w:pPr>
            <w:hyperlink r:id="rId13">
              <w:r w:rsidR="002873D8">
                <w:rPr>
                  <w:w w:val="105"/>
                  <w:sz w:val="15"/>
                </w:rPr>
                <w:t>http://pedsovet.su</w:t>
              </w:r>
            </w:hyperlink>
          </w:p>
        </w:tc>
      </w:tr>
      <w:tr w:rsidR="002873D8" w14:paraId="313AC8A8" w14:textId="77777777" w:rsidTr="002873D8">
        <w:trPr>
          <w:trHeight w:val="333"/>
        </w:trPr>
        <w:tc>
          <w:tcPr>
            <w:tcW w:w="504" w:type="dxa"/>
          </w:tcPr>
          <w:p w14:paraId="2CFEF906" w14:textId="77777777" w:rsidR="002873D8" w:rsidRDefault="002873D8" w:rsidP="002873D8">
            <w:pPr>
              <w:pStyle w:val="TableParagraph"/>
              <w:spacing w:before="74"/>
              <w:ind w:left="76"/>
              <w:rPr>
                <w:sz w:val="15"/>
              </w:rPr>
            </w:pPr>
            <w:r>
              <w:rPr>
                <w:w w:val="105"/>
                <w:sz w:val="15"/>
              </w:rPr>
              <w:t>1.6.</w:t>
            </w:r>
          </w:p>
        </w:tc>
        <w:tc>
          <w:tcPr>
            <w:tcW w:w="6579" w:type="dxa"/>
          </w:tcPr>
          <w:p w14:paraId="4CA424FC" w14:textId="77777777" w:rsidR="002873D8" w:rsidRDefault="002873D8" w:rsidP="002873D8">
            <w:pPr>
              <w:pStyle w:val="TableParagraph"/>
              <w:spacing w:before="74"/>
              <w:ind w:left="76"/>
              <w:rPr>
                <w:b/>
                <w:sz w:val="15"/>
              </w:rPr>
            </w:pPr>
            <w:r>
              <w:rPr>
                <w:b/>
                <w:spacing w:val="-1"/>
                <w:w w:val="105"/>
                <w:sz w:val="15"/>
              </w:rPr>
              <w:t>Творчество</w:t>
            </w:r>
            <w:r>
              <w:rPr>
                <w:b/>
                <w:spacing w:val="-5"/>
                <w:w w:val="105"/>
                <w:sz w:val="15"/>
              </w:rPr>
              <w:t xml:space="preserve"> </w:t>
            </w:r>
            <w:r>
              <w:rPr>
                <w:b/>
                <w:spacing w:val="-1"/>
                <w:w w:val="105"/>
                <w:sz w:val="15"/>
              </w:rPr>
              <w:t>Л.Н.Толстого</w:t>
            </w:r>
          </w:p>
        </w:tc>
        <w:tc>
          <w:tcPr>
            <w:tcW w:w="564" w:type="dxa"/>
          </w:tcPr>
          <w:p w14:paraId="502BAE2A" w14:textId="77777777" w:rsidR="002873D8" w:rsidRDefault="002873D8" w:rsidP="002873D8">
            <w:pPr>
              <w:pStyle w:val="TableParagraph"/>
              <w:spacing w:before="74"/>
              <w:rPr>
                <w:sz w:val="15"/>
              </w:rPr>
            </w:pPr>
            <w:r>
              <w:rPr>
                <w:w w:val="104"/>
                <w:sz w:val="15"/>
              </w:rPr>
              <w:t>8</w:t>
            </w:r>
          </w:p>
        </w:tc>
        <w:tc>
          <w:tcPr>
            <w:tcW w:w="1801" w:type="dxa"/>
          </w:tcPr>
          <w:p w14:paraId="36C55A33" w14:textId="77777777" w:rsidR="002873D8" w:rsidRDefault="002873D8" w:rsidP="002873D8">
            <w:pPr>
              <w:pStyle w:val="TableParagraph"/>
              <w:spacing w:before="74"/>
              <w:rPr>
                <w:sz w:val="15"/>
              </w:rPr>
            </w:pPr>
            <w:r>
              <w:rPr>
                <w:w w:val="104"/>
                <w:sz w:val="15"/>
              </w:rPr>
              <w:t>1</w:t>
            </w:r>
          </w:p>
        </w:tc>
        <w:tc>
          <w:tcPr>
            <w:tcW w:w="1837" w:type="dxa"/>
          </w:tcPr>
          <w:p w14:paraId="4C22214E" w14:textId="77777777" w:rsidR="002873D8" w:rsidRDefault="002873D8" w:rsidP="002873D8">
            <w:pPr>
              <w:pStyle w:val="TableParagraph"/>
              <w:spacing w:before="74"/>
              <w:rPr>
                <w:sz w:val="15"/>
              </w:rPr>
            </w:pPr>
            <w:r>
              <w:rPr>
                <w:w w:val="104"/>
                <w:sz w:val="15"/>
              </w:rPr>
              <w:t>0</w:t>
            </w:r>
          </w:p>
        </w:tc>
        <w:tc>
          <w:tcPr>
            <w:tcW w:w="4214" w:type="dxa"/>
          </w:tcPr>
          <w:p w14:paraId="546491D0" w14:textId="77777777" w:rsidR="002873D8" w:rsidRDefault="00A3294A" w:rsidP="002873D8">
            <w:pPr>
              <w:pStyle w:val="TableParagraph"/>
              <w:spacing w:before="74"/>
              <w:ind w:left="78"/>
              <w:rPr>
                <w:sz w:val="15"/>
              </w:rPr>
            </w:pPr>
            <w:hyperlink r:id="rId14">
              <w:r w:rsidR="002873D8">
                <w:rPr>
                  <w:w w:val="105"/>
                  <w:sz w:val="15"/>
                </w:rPr>
                <w:t>http://pedsovet.su</w:t>
              </w:r>
            </w:hyperlink>
          </w:p>
        </w:tc>
      </w:tr>
      <w:tr w:rsidR="002873D8" w14:paraId="487E372B" w14:textId="77777777" w:rsidTr="002873D8">
        <w:trPr>
          <w:trHeight w:val="333"/>
        </w:trPr>
        <w:tc>
          <w:tcPr>
            <w:tcW w:w="504" w:type="dxa"/>
          </w:tcPr>
          <w:p w14:paraId="3730A4AE" w14:textId="77777777" w:rsidR="002873D8" w:rsidRDefault="002873D8" w:rsidP="002873D8">
            <w:pPr>
              <w:pStyle w:val="TableParagraph"/>
              <w:spacing w:before="74"/>
              <w:ind w:left="76"/>
              <w:rPr>
                <w:sz w:val="15"/>
              </w:rPr>
            </w:pPr>
            <w:r>
              <w:rPr>
                <w:w w:val="105"/>
                <w:sz w:val="15"/>
              </w:rPr>
              <w:t>1.7.</w:t>
            </w:r>
          </w:p>
        </w:tc>
        <w:tc>
          <w:tcPr>
            <w:tcW w:w="6579" w:type="dxa"/>
          </w:tcPr>
          <w:p w14:paraId="602A8445" w14:textId="77777777" w:rsidR="002873D8" w:rsidRDefault="002873D8" w:rsidP="002873D8">
            <w:pPr>
              <w:pStyle w:val="TableParagraph"/>
              <w:spacing w:before="74"/>
              <w:ind w:left="76"/>
              <w:rPr>
                <w:b/>
                <w:sz w:val="15"/>
              </w:rPr>
            </w:pPr>
            <w:r>
              <w:rPr>
                <w:b/>
                <w:spacing w:val="-1"/>
                <w:w w:val="105"/>
                <w:sz w:val="15"/>
              </w:rPr>
              <w:t>Литературная</w:t>
            </w:r>
            <w:r>
              <w:rPr>
                <w:b/>
                <w:spacing w:val="-7"/>
                <w:w w:val="105"/>
                <w:sz w:val="15"/>
              </w:rPr>
              <w:t xml:space="preserve"> </w:t>
            </w:r>
            <w:r>
              <w:rPr>
                <w:b/>
                <w:w w:val="105"/>
                <w:sz w:val="15"/>
              </w:rPr>
              <w:t>сказка</w:t>
            </w:r>
          </w:p>
        </w:tc>
        <w:tc>
          <w:tcPr>
            <w:tcW w:w="564" w:type="dxa"/>
          </w:tcPr>
          <w:p w14:paraId="5A213BD5" w14:textId="77777777" w:rsidR="002873D8" w:rsidRDefault="002873D8" w:rsidP="002873D8">
            <w:pPr>
              <w:pStyle w:val="TableParagraph"/>
              <w:spacing w:before="74"/>
              <w:rPr>
                <w:sz w:val="15"/>
              </w:rPr>
            </w:pPr>
            <w:r>
              <w:rPr>
                <w:w w:val="104"/>
                <w:sz w:val="15"/>
              </w:rPr>
              <w:t>7</w:t>
            </w:r>
          </w:p>
        </w:tc>
        <w:tc>
          <w:tcPr>
            <w:tcW w:w="1801" w:type="dxa"/>
          </w:tcPr>
          <w:p w14:paraId="48014261" w14:textId="77777777" w:rsidR="002873D8" w:rsidRDefault="002873D8" w:rsidP="002873D8">
            <w:pPr>
              <w:pStyle w:val="TableParagraph"/>
              <w:spacing w:before="74"/>
              <w:rPr>
                <w:sz w:val="15"/>
              </w:rPr>
            </w:pPr>
            <w:r>
              <w:rPr>
                <w:w w:val="104"/>
                <w:sz w:val="15"/>
              </w:rPr>
              <w:t>1</w:t>
            </w:r>
          </w:p>
        </w:tc>
        <w:tc>
          <w:tcPr>
            <w:tcW w:w="1837" w:type="dxa"/>
          </w:tcPr>
          <w:p w14:paraId="735C6192" w14:textId="77777777" w:rsidR="002873D8" w:rsidRDefault="002873D8" w:rsidP="002873D8">
            <w:pPr>
              <w:pStyle w:val="TableParagraph"/>
              <w:spacing w:before="74"/>
              <w:rPr>
                <w:sz w:val="15"/>
              </w:rPr>
            </w:pPr>
            <w:r>
              <w:rPr>
                <w:w w:val="104"/>
                <w:sz w:val="15"/>
              </w:rPr>
              <w:t>0</w:t>
            </w:r>
          </w:p>
        </w:tc>
        <w:tc>
          <w:tcPr>
            <w:tcW w:w="4214" w:type="dxa"/>
          </w:tcPr>
          <w:p w14:paraId="3A18122E" w14:textId="77777777" w:rsidR="002873D8" w:rsidRDefault="00A3294A" w:rsidP="002873D8">
            <w:pPr>
              <w:pStyle w:val="TableParagraph"/>
              <w:spacing w:before="74"/>
              <w:ind w:left="78"/>
              <w:rPr>
                <w:sz w:val="15"/>
              </w:rPr>
            </w:pPr>
            <w:hyperlink r:id="rId15">
              <w:r w:rsidR="002873D8">
                <w:rPr>
                  <w:w w:val="105"/>
                  <w:sz w:val="15"/>
                </w:rPr>
                <w:t>http://pedsovet.su</w:t>
              </w:r>
            </w:hyperlink>
          </w:p>
        </w:tc>
      </w:tr>
      <w:tr w:rsidR="002873D8" w14:paraId="19FAEDD1" w14:textId="77777777" w:rsidTr="002873D8">
        <w:trPr>
          <w:trHeight w:val="333"/>
        </w:trPr>
        <w:tc>
          <w:tcPr>
            <w:tcW w:w="504" w:type="dxa"/>
          </w:tcPr>
          <w:p w14:paraId="2D1738E6" w14:textId="77777777" w:rsidR="002873D8" w:rsidRDefault="002873D8" w:rsidP="002873D8">
            <w:pPr>
              <w:pStyle w:val="TableParagraph"/>
              <w:spacing w:before="74"/>
              <w:ind w:left="76"/>
              <w:rPr>
                <w:sz w:val="15"/>
              </w:rPr>
            </w:pPr>
            <w:r>
              <w:rPr>
                <w:w w:val="105"/>
                <w:sz w:val="15"/>
              </w:rPr>
              <w:t>1.8.</w:t>
            </w:r>
          </w:p>
        </w:tc>
        <w:tc>
          <w:tcPr>
            <w:tcW w:w="6579" w:type="dxa"/>
          </w:tcPr>
          <w:p w14:paraId="6EEEA5F2" w14:textId="77777777" w:rsidR="002873D8" w:rsidRDefault="002873D8" w:rsidP="002873D8">
            <w:pPr>
              <w:pStyle w:val="TableParagraph"/>
              <w:spacing w:before="74"/>
              <w:ind w:left="76"/>
              <w:rPr>
                <w:b/>
                <w:sz w:val="15"/>
              </w:rPr>
            </w:pPr>
            <w:r>
              <w:rPr>
                <w:b/>
                <w:w w:val="105"/>
                <w:sz w:val="15"/>
              </w:rPr>
              <w:t>Картины</w:t>
            </w:r>
            <w:r>
              <w:rPr>
                <w:b/>
                <w:spacing w:val="-9"/>
                <w:w w:val="105"/>
                <w:sz w:val="15"/>
              </w:rPr>
              <w:t xml:space="preserve"> </w:t>
            </w:r>
            <w:r>
              <w:rPr>
                <w:b/>
                <w:w w:val="105"/>
                <w:sz w:val="15"/>
              </w:rPr>
              <w:t>природы</w:t>
            </w:r>
            <w:r>
              <w:rPr>
                <w:b/>
                <w:spacing w:val="-9"/>
                <w:w w:val="105"/>
                <w:sz w:val="15"/>
              </w:rPr>
              <w:t xml:space="preserve"> </w:t>
            </w:r>
            <w:r>
              <w:rPr>
                <w:b/>
                <w:w w:val="105"/>
                <w:sz w:val="15"/>
              </w:rPr>
              <w:t>в</w:t>
            </w:r>
            <w:r>
              <w:rPr>
                <w:b/>
                <w:spacing w:val="-9"/>
                <w:w w:val="105"/>
                <w:sz w:val="15"/>
              </w:rPr>
              <w:t xml:space="preserve"> </w:t>
            </w:r>
            <w:r>
              <w:rPr>
                <w:b/>
                <w:w w:val="105"/>
                <w:sz w:val="15"/>
              </w:rPr>
              <w:t>произведениях</w:t>
            </w:r>
            <w:r>
              <w:rPr>
                <w:b/>
                <w:spacing w:val="-9"/>
                <w:w w:val="105"/>
                <w:sz w:val="15"/>
              </w:rPr>
              <w:t xml:space="preserve"> </w:t>
            </w:r>
            <w:r>
              <w:rPr>
                <w:b/>
                <w:w w:val="105"/>
                <w:sz w:val="15"/>
              </w:rPr>
              <w:t>поэтов</w:t>
            </w:r>
            <w:r>
              <w:rPr>
                <w:b/>
                <w:spacing w:val="-8"/>
                <w:w w:val="105"/>
                <w:sz w:val="15"/>
              </w:rPr>
              <w:t xml:space="preserve"> </w:t>
            </w:r>
            <w:r>
              <w:rPr>
                <w:b/>
                <w:w w:val="105"/>
                <w:sz w:val="15"/>
              </w:rPr>
              <w:t>и</w:t>
            </w:r>
            <w:r>
              <w:rPr>
                <w:b/>
                <w:spacing w:val="-9"/>
                <w:w w:val="105"/>
                <w:sz w:val="15"/>
              </w:rPr>
              <w:t xml:space="preserve"> </w:t>
            </w:r>
            <w:r>
              <w:rPr>
                <w:b/>
                <w:w w:val="105"/>
                <w:sz w:val="15"/>
              </w:rPr>
              <w:t>писателей</w:t>
            </w:r>
            <w:r>
              <w:rPr>
                <w:b/>
                <w:spacing w:val="-9"/>
                <w:w w:val="105"/>
                <w:sz w:val="15"/>
              </w:rPr>
              <w:t xml:space="preserve"> </w:t>
            </w:r>
            <w:r>
              <w:rPr>
                <w:b/>
                <w:w w:val="105"/>
                <w:sz w:val="15"/>
              </w:rPr>
              <w:t>XX</w:t>
            </w:r>
            <w:r>
              <w:rPr>
                <w:b/>
                <w:spacing w:val="-9"/>
                <w:w w:val="105"/>
                <w:sz w:val="15"/>
              </w:rPr>
              <w:t xml:space="preserve"> </w:t>
            </w:r>
            <w:r>
              <w:rPr>
                <w:b/>
                <w:w w:val="105"/>
                <w:sz w:val="15"/>
              </w:rPr>
              <w:t>века</w:t>
            </w:r>
          </w:p>
        </w:tc>
        <w:tc>
          <w:tcPr>
            <w:tcW w:w="564" w:type="dxa"/>
          </w:tcPr>
          <w:p w14:paraId="54611F50" w14:textId="77777777" w:rsidR="002873D8" w:rsidRDefault="002873D8" w:rsidP="002873D8">
            <w:pPr>
              <w:pStyle w:val="TableParagraph"/>
              <w:spacing w:before="74"/>
              <w:rPr>
                <w:sz w:val="15"/>
              </w:rPr>
            </w:pPr>
            <w:r>
              <w:rPr>
                <w:w w:val="104"/>
                <w:sz w:val="15"/>
              </w:rPr>
              <w:t>8</w:t>
            </w:r>
          </w:p>
        </w:tc>
        <w:tc>
          <w:tcPr>
            <w:tcW w:w="1801" w:type="dxa"/>
          </w:tcPr>
          <w:p w14:paraId="2CFB1735" w14:textId="77777777" w:rsidR="002873D8" w:rsidRDefault="002873D8" w:rsidP="002873D8">
            <w:pPr>
              <w:pStyle w:val="TableParagraph"/>
              <w:spacing w:before="74"/>
              <w:rPr>
                <w:sz w:val="15"/>
              </w:rPr>
            </w:pPr>
            <w:r>
              <w:rPr>
                <w:w w:val="104"/>
                <w:sz w:val="15"/>
              </w:rPr>
              <w:t>1</w:t>
            </w:r>
          </w:p>
        </w:tc>
        <w:tc>
          <w:tcPr>
            <w:tcW w:w="1837" w:type="dxa"/>
          </w:tcPr>
          <w:p w14:paraId="37B6093F" w14:textId="77777777" w:rsidR="002873D8" w:rsidRDefault="002873D8" w:rsidP="002873D8">
            <w:pPr>
              <w:pStyle w:val="TableParagraph"/>
              <w:spacing w:before="74"/>
              <w:rPr>
                <w:sz w:val="15"/>
              </w:rPr>
            </w:pPr>
            <w:r>
              <w:rPr>
                <w:w w:val="104"/>
                <w:sz w:val="15"/>
              </w:rPr>
              <w:t>0</w:t>
            </w:r>
          </w:p>
        </w:tc>
        <w:tc>
          <w:tcPr>
            <w:tcW w:w="4214" w:type="dxa"/>
          </w:tcPr>
          <w:p w14:paraId="5D8D8A2E" w14:textId="77777777" w:rsidR="002873D8" w:rsidRDefault="00A3294A" w:rsidP="002873D8">
            <w:pPr>
              <w:pStyle w:val="TableParagraph"/>
              <w:spacing w:before="74"/>
              <w:ind w:left="78"/>
              <w:rPr>
                <w:sz w:val="15"/>
              </w:rPr>
            </w:pPr>
            <w:hyperlink r:id="rId16">
              <w:r w:rsidR="002873D8">
                <w:rPr>
                  <w:w w:val="105"/>
                  <w:sz w:val="15"/>
                </w:rPr>
                <w:t>http://pedsovet.su</w:t>
              </w:r>
            </w:hyperlink>
          </w:p>
        </w:tc>
      </w:tr>
      <w:tr w:rsidR="002873D8" w14:paraId="2B72FB91" w14:textId="77777777" w:rsidTr="002873D8">
        <w:trPr>
          <w:trHeight w:val="333"/>
        </w:trPr>
        <w:tc>
          <w:tcPr>
            <w:tcW w:w="504" w:type="dxa"/>
          </w:tcPr>
          <w:p w14:paraId="4A821C01" w14:textId="77777777" w:rsidR="002873D8" w:rsidRDefault="002873D8" w:rsidP="002873D8">
            <w:pPr>
              <w:pStyle w:val="TableParagraph"/>
              <w:spacing w:before="74"/>
              <w:ind w:left="76"/>
              <w:rPr>
                <w:sz w:val="15"/>
              </w:rPr>
            </w:pPr>
            <w:r>
              <w:rPr>
                <w:w w:val="105"/>
                <w:sz w:val="15"/>
              </w:rPr>
              <w:t>1.9.</w:t>
            </w:r>
          </w:p>
        </w:tc>
        <w:tc>
          <w:tcPr>
            <w:tcW w:w="6579" w:type="dxa"/>
          </w:tcPr>
          <w:p w14:paraId="7C792B3A" w14:textId="77777777" w:rsidR="002873D8" w:rsidRDefault="002873D8" w:rsidP="002873D8">
            <w:pPr>
              <w:pStyle w:val="TableParagraph"/>
              <w:spacing w:before="74"/>
              <w:ind w:left="76"/>
              <w:rPr>
                <w:b/>
                <w:sz w:val="15"/>
              </w:rPr>
            </w:pPr>
            <w:r>
              <w:rPr>
                <w:b/>
                <w:spacing w:val="-1"/>
                <w:w w:val="105"/>
                <w:sz w:val="15"/>
              </w:rPr>
              <w:t>Произведения</w:t>
            </w:r>
            <w:r>
              <w:rPr>
                <w:b/>
                <w:spacing w:val="-8"/>
                <w:w w:val="105"/>
                <w:sz w:val="15"/>
              </w:rPr>
              <w:t xml:space="preserve"> </w:t>
            </w:r>
            <w:r>
              <w:rPr>
                <w:b/>
                <w:spacing w:val="-1"/>
                <w:w w:val="105"/>
                <w:sz w:val="15"/>
              </w:rPr>
              <w:t>о</w:t>
            </w:r>
            <w:r>
              <w:rPr>
                <w:b/>
                <w:spacing w:val="-7"/>
                <w:w w:val="105"/>
                <w:sz w:val="15"/>
              </w:rPr>
              <w:t xml:space="preserve"> </w:t>
            </w:r>
            <w:r>
              <w:rPr>
                <w:b/>
                <w:spacing w:val="-1"/>
                <w:w w:val="105"/>
                <w:sz w:val="15"/>
              </w:rPr>
              <w:t>взаимоотношениях</w:t>
            </w:r>
            <w:r>
              <w:rPr>
                <w:b/>
                <w:spacing w:val="-7"/>
                <w:w w:val="105"/>
                <w:sz w:val="15"/>
              </w:rPr>
              <w:t xml:space="preserve"> </w:t>
            </w:r>
            <w:r>
              <w:rPr>
                <w:b/>
                <w:w w:val="105"/>
                <w:sz w:val="15"/>
              </w:rPr>
              <w:t>человека</w:t>
            </w:r>
            <w:r>
              <w:rPr>
                <w:b/>
                <w:spacing w:val="-7"/>
                <w:w w:val="105"/>
                <w:sz w:val="15"/>
              </w:rPr>
              <w:t xml:space="preserve"> </w:t>
            </w:r>
            <w:r>
              <w:rPr>
                <w:b/>
                <w:w w:val="105"/>
                <w:sz w:val="15"/>
              </w:rPr>
              <w:t>и</w:t>
            </w:r>
            <w:r>
              <w:rPr>
                <w:b/>
                <w:spacing w:val="-7"/>
                <w:w w:val="105"/>
                <w:sz w:val="15"/>
              </w:rPr>
              <w:t xml:space="preserve"> </w:t>
            </w:r>
            <w:r>
              <w:rPr>
                <w:b/>
                <w:w w:val="105"/>
                <w:sz w:val="15"/>
              </w:rPr>
              <w:t>животных</w:t>
            </w:r>
          </w:p>
        </w:tc>
        <w:tc>
          <w:tcPr>
            <w:tcW w:w="564" w:type="dxa"/>
          </w:tcPr>
          <w:p w14:paraId="4F7C3A3E" w14:textId="77777777" w:rsidR="002873D8" w:rsidRDefault="002873D8" w:rsidP="002873D8">
            <w:pPr>
              <w:pStyle w:val="TableParagraph"/>
              <w:spacing w:before="74"/>
              <w:rPr>
                <w:sz w:val="15"/>
              </w:rPr>
            </w:pPr>
            <w:r>
              <w:rPr>
                <w:w w:val="105"/>
                <w:sz w:val="15"/>
              </w:rPr>
              <w:t>12</w:t>
            </w:r>
          </w:p>
        </w:tc>
        <w:tc>
          <w:tcPr>
            <w:tcW w:w="1801" w:type="dxa"/>
          </w:tcPr>
          <w:p w14:paraId="6BD34532" w14:textId="77777777" w:rsidR="002873D8" w:rsidRDefault="002873D8" w:rsidP="002873D8">
            <w:pPr>
              <w:pStyle w:val="TableParagraph"/>
              <w:spacing w:before="74"/>
              <w:rPr>
                <w:sz w:val="15"/>
              </w:rPr>
            </w:pPr>
            <w:r>
              <w:rPr>
                <w:w w:val="104"/>
                <w:sz w:val="15"/>
              </w:rPr>
              <w:t>2</w:t>
            </w:r>
          </w:p>
        </w:tc>
        <w:tc>
          <w:tcPr>
            <w:tcW w:w="1837" w:type="dxa"/>
          </w:tcPr>
          <w:p w14:paraId="231285DA" w14:textId="77777777" w:rsidR="002873D8" w:rsidRDefault="002873D8" w:rsidP="002873D8">
            <w:pPr>
              <w:pStyle w:val="TableParagraph"/>
              <w:spacing w:before="74"/>
              <w:rPr>
                <w:sz w:val="15"/>
              </w:rPr>
            </w:pPr>
            <w:r>
              <w:rPr>
                <w:w w:val="104"/>
                <w:sz w:val="15"/>
              </w:rPr>
              <w:t>0</w:t>
            </w:r>
          </w:p>
        </w:tc>
        <w:tc>
          <w:tcPr>
            <w:tcW w:w="4214" w:type="dxa"/>
          </w:tcPr>
          <w:p w14:paraId="18A5CB3F" w14:textId="77777777" w:rsidR="002873D8" w:rsidRDefault="00A3294A" w:rsidP="002873D8">
            <w:pPr>
              <w:pStyle w:val="TableParagraph"/>
              <w:spacing w:before="74"/>
              <w:ind w:left="78"/>
              <w:rPr>
                <w:sz w:val="15"/>
              </w:rPr>
            </w:pPr>
            <w:hyperlink r:id="rId17">
              <w:r w:rsidR="002873D8">
                <w:rPr>
                  <w:w w:val="105"/>
                  <w:sz w:val="15"/>
                </w:rPr>
                <w:t>http://pedsovet.su</w:t>
              </w:r>
            </w:hyperlink>
          </w:p>
        </w:tc>
      </w:tr>
      <w:tr w:rsidR="002873D8" w14:paraId="26CDC0BD" w14:textId="77777777" w:rsidTr="002873D8">
        <w:trPr>
          <w:trHeight w:val="333"/>
        </w:trPr>
        <w:tc>
          <w:tcPr>
            <w:tcW w:w="504" w:type="dxa"/>
          </w:tcPr>
          <w:p w14:paraId="7529AEAF" w14:textId="77777777" w:rsidR="002873D8" w:rsidRDefault="002873D8" w:rsidP="002873D8">
            <w:pPr>
              <w:pStyle w:val="TableParagraph"/>
              <w:spacing w:before="74"/>
              <w:ind w:left="76"/>
              <w:rPr>
                <w:sz w:val="15"/>
              </w:rPr>
            </w:pPr>
            <w:r>
              <w:rPr>
                <w:w w:val="105"/>
                <w:sz w:val="15"/>
              </w:rPr>
              <w:t>1.10.</w:t>
            </w:r>
          </w:p>
        </w:tc>
        <w:tc>
          <w:tcPr>
            <w:tcW w:w="6579" w:type="dxa"/>
          </w:tcPr>
          <w:p w14:paraId="5B1F5494" w14:textId="77777777" w:rsidR="002873D8" w:rsidRDefault="002873D8" w:rsidP="002873D8">
            <w:pPr>
              <w:pStyle w:val="TableParagraph"/>
              <w:spacing w:before="74"/>
              <w:ind w:left="76"/>
              <w:rPr>
                <w:b/>
                <w:sz w:val="15"/>
              </w:rPr>
            </w:pPr>
            <w:r>
              <w:rPr>
                <w:b/>
                <w:w w:val="105"/>
                <w:sz w:val="15"/>
              </w:rPr>
              <w:t>Произведения</w:t>
            </w:r>
            <w:r>
              <w:rPr>
                <w:b/>
                <w:spacing w:val="-10"/>
                <w:w w:val="105"/>
                <w:sz w:val="15"/>
              </w:rPr>
              <w:t xml:space="preserve"> </w:t>
            </w:r>
            <w:r>
              <w:rPr>
                <w:b/>
                <w:w w:val="105"/>
                <w:sz w:val="15"/>
              </w:rPr>
              <w:t>о</w:t>
            </w:r>
            <w:r>
              <w:rPr>
                <w:b/>
                <w:spacing w:val="-9"/>
                <w:w w:val="105"/>
                <w:sz w:val="15"/>
              </w:rPr>
              <w:t xml:space="preserve"> </w:t>
            </w:r>
            <w:r>
              <w:rPr>
                <w:b/>
                <w:w w:val="105"/>
                <w:sz w:val="15"/>
              </w:rPr>
              <w:t>детях</w:t>
            </w:r>
          </w:p>
        </w:tc>
        <w:tc>
          <w:tcPr>
            <w:tcW w:w="564" w:type="dxa"/>
          </w:tcPr>
          <w:p w14:paraId="5BFC85E9" w14:textId="77777777" w:rsidR="002873D8" w:rsidRDefault="002873D8" w:rsidP="002873D8">
            <w:pPr>
              <w:pStyle w:val="TableParagraph"/>
              <w:spacing w:before="74"/>
              <w:rPr>
                <w:sz w:val="15"/>
              </w:rPr>
            </w:pPr>
            <w:r>
              <w:rPr>
                <w:w w:val="105"/>
                <w:sz w:val="15"/>
              </w:rPr>
              <w:t>13</w:t>
            </w:r>
          </w:p>
        </w:tc>
        <w:tc>
          <w:tcPr>
            <w:tcW w:w="1801" w:type="dxa"/>
          </w:tcPr>
          <w:p w14:paraId="01AA14D0" w14:textId="77777777" w:rsidR="002873D8" w:rsidRDefault="002873D8" w:rsidP="002873D8">
            <w:pPr>
              <w:pStyle w:val="TableParagraph"/>
              <w:spacing w:before="74"/>
              <w:rPr>
                <w:sz w:val="15"/>
              </w:rPr>
            </w:pPr>
            <w:r>
              <w:rPr>
                <w:w w:val="104"/>
                <w:sz w:val="15"/>
              </w:rPr>
              <w:t>2</w:t>
            </w:r>
          </w:p>
        </w:tc>
        <w:tc>
          <w:tcPr>
            <w:tcW w:w="1837" w:type="dxa"/>
          </w:tcPr>
          <w:p w14:paraId="74ED28E1" w14:textId="77777777" w:rsidR="002873D8" w:rsidRDefault="002873D8" w:rsidP="002873D8">
            <w:pPr>
              <w:pStyle w:val="TableParagraph"/>
              <w:spacing w:before="74"/>
              <w:rPr>
                <w:sz w:val="15"/>
              </w:rPr>
            </w:pPr>
            <w:r>
              <w:rPr>
                <w:w w:val="104"/>
                <w:sz w:val="15"/>
              </w:rPr>
              <w:t>0</w:t>
            </w:r>
          </w:p>
        </w:tc>
        <w:tc>
          <w:tcPr>
            <w:tcW w:w="4214" w:type="dxa"/>
          </w:tcPr>
          <w:p w14:paraId="49463E38" w14:textId="77777777" w:rsidR="002873D8" w:rsidRDefault="00A3294A" w:rsidP="002873D8">
            <w:pPr>
              <w:pStyle w:val="TableParagraph"/>
              <w:spacing w:before="74"/>
              <w:ind w:left="78"/>
              <w:rPr>
                <w:sz w:val="15"/>
              </w:rPr>
            </w:pPr>
            <w:hyperlink r:id="rId18">
              <w:r w:rsidR="002873D8">
                <w:rPr>
                  <w:w w:val="105"/>
                  <w:sz w:val="15"/>
                </w:rPr>
                <w:t>http://pedsovet.su</w:t>
              </w:r>
            </w:hyperlink>
          </w:p>
        </w:tc>
      </w:tr>
      <w:tr w:rsidR="002873D8" w14:paraId="2A0AB3CD" w14:textId="77777777" w:rsidTr="002873D8">
        <w:trPr>
          <w:trHeight w:val="333"/>
        </w:trPr>
        <w:tc>
          <w:tcPr>
            <w:tcW w:w="504" w:type="dxa"/>
          </w:tcPr>
          <w:p w14:paraId="3E67D6B2" w14:textId="77777777" w:rsidR="002873D8" w:rsidRDefault="002873D8" w:rsidP="002873D8">
            <w:pPr>
              <w:pStyle w:val="TableParagraph"/>
              <w:spacing w:before="74"/>
              <w:ind w:left="76"/>
              <w:rPr>
                <w:sz w:val="15"/>
              </w:rPr>
            </w:pPr>
            <w:r>
              <w:rPr>
                <w:w w:val="105"/>
                <w:sz w:val="15"/>
              </w:rPr>
              <w:t>1.11.</w:t>
            </w:r>
          </w:p>
        </w:tc>
        <w:tc>
          <w:tcPr>
            <w:tcW w:w="6579" w:type="dxa"/>
          </w:tcPr>
          <w:p w14:paraId="30A441CF" w14:textId="77777777" w:rsidR="002873D8" w:rsidRDefault="002873D8" w:rsidP="002873D8">
            <w:pPr>
              <w:pStyle w:val="TableParagraph"/>
              <w:spacing w:before="74"/>
              <w:ind w:left="76"/>
              <w:rPr>
                <w:b/>
                <w:sz w:val="15"/>
              </w:rPr>
            </w:pPr>
            <w:r>
              <w:rPr>
                <w:b/>
                <w:spacing w:val="-1"/>
                <w:w w:val="105"/>
                <w:sz w:val="15"/>
              </w:rPr>
              <w:t>Юмористические</w:t>
            </w:r>
            <w:r>
              <w:rPr>
                <w:b/>
                <w:spacing w:val="-8"/>
                <w:w w:val="105"/>
                <w:sz w:val="15"/>
              </w:rPr>
              <w:t xml:space="preserve"> </w:t>
            </w:r>
            <w:r>
              <w:rPr>
                <w:b/>
                <w:spacing w:val="-1"/>
                <w:w w:val="105"/>
                <w:sz w:val="15"/>
              </w:rPr>
              <w:t>произведения</w:t>
            </w:r>
          </w:p>
        </w:tc>
        <w:tc>
          <w:tcPr>
            <w:tcW w:w="564" w:type="dxa"/>
          </w:tcPr>
          <w:p w14:paraId="287D5F31" w14:textId="77777777" w:rsidR="002873D8" w:rsidRDefault="002873D8" w:rsidP="002873D8">
            <w:pPr>
              <w:pStyle w:val="TableParagraph"/>
              <w:spacing w:before="74"/>
              <w:rPr>
                <w:sz w:val="15"/>
              </w:rPr>
            </w:pPr>
            <w:r>
              <w:rPr>
                <w:w w:val="104"/>
                <w:sz w:val="15"/>
              </w:rPr>
              <w:t>5</w:t>
            </w:r>
          </w:p>
        </w:tc>
        <w:tc>
          <w:tcPr>
            <w:tcW w:w="1801" w:type="dxa"/>
          </w:tcPr>
          <w:p w14:paraId="6CB9AF18" w14:textId="77777777" w:rsidR="002873D8" w:rsidRDefault="002873D8" w:rsidP="002873D8">
            <w:pPr>
              <w:pStyle w:val="TableParagraph"/>
              <w:spacing w:before="74"/>
              <w:rPr>
                <w:sz w:val="15"/>
              </w:rPr>
            </w:pPr>
            <w:r>
              <w:rPr>
                <w:w w:val="104"/>
                <w:sz w:val="15"/>
              </w:rPr>
              <w:t>1</w:t>
            </w:r>
          </w:p>
        </w:tc>
        <w:tc>
          <w:tcPr>
            <w:tcW w:w="1837" w:type="dxa"/>
          </w:tcPr>
          <w:p w14:paraId="2A7F12D2" w14:textId="77777777" w:rsidR="002873D8" w:rsidRDefault="002873D8" w:rsidP="002873D8">
            <w:pPr>
              <w:pStyle w:val="TableParagraph"/>
              <w:spacing w:before="74"/>
              <w:rPr>
                <w:sz w:val="15"/>
              </w:rPr>
            </w:pPr>
            <w:r>
              <w:rPr>
                <w:w w:val="104"/>
                <w:sz w:val="15"/>
              </w:rPr>
              <w:t>0</w:t>
            </w:r>
          </w:p>
        </w:tc>
        <w:tc>
          <w:tcPr>
            <w:tcW w:w="4214" w:type="dxa"/>
          </w:tcPr>
          <w:p w14:paraId="6801D9BA" w14:textId="77777777" w:rsidR="002873D8" w:rsidRDefault="00A3294A" w:rsidP="002873D8">
            <w:pPr>
              <w:pStyle w:val="TableParagraph"/>
              <w:spacing w:before="74"/>
              <w:ind w:left="78"/>
              <w:rPr>
                <w:sz w:val="15"/>
              </w:rPr>
            </w:pPr>
            <w:hyperlink r:id="rId19">
              <w:r w:rsidR="002873D8">
                <w:rPr>
                  <w:w w:val="105"/>
                  <w:sz w:val="15"/>
                </w:rPr>
                <w:t>http://pedsovet.su</w:t>
              </w:r>
            </w:hyperlink>
          </w:p>
        </w:tc>
      </w:tr>
      <w:tr w:rsidR="002873D8" w14:paraId="63D13384" w14:textId="77777777" w:rsidTr="002873D8">
        <w:trPr>
          <w:trHeight w:val="333"/>
        </w:trPr>
        <w:tc>
          <w:tcPr>
            <w:tcW w:w="504" w:type="dxa"/>
          </w:tcPr>
          <w:p w14:paraId="77A08348" w14:textId="77777777" w:rsidR="002873D8" w:rsidRDefault="002873D8" w:rsidP="002873D8">
            <w:pPr>
              <w:pStyle w:val="TableParagraph"/>
              <w:spacing w:before="74"/>
              <w:ind w:left="76"/>
              <w:rPr>
                <w:sz w:val="15"/>
              </w:rPr>
            </w:pPr>
            <w:r>
              <w:rPr>
                <w:w w:val="105"/>
                <w:sz w:val="15"/>
              </w:rPr>
              <w:t>1.12.</w:t>
            </w:r>
          </w:p>
        </w:tc>
        <w:tc>
          <w:tcPr>
            <w:tcW w:w="6579" w:type="dxa"/>
          </w:tcPr>
          <w:p w14:paraId="63D949C1" w14:textId="77777777" w:rsidR="002873D8" w:rsidRDefault="002873D8" w:rsidP="002873D8">
            <w:pPr>
              <w:pStyle w:val="TableParagraph"/>
              <w:spacing w:before="74"/>
              <w:ind w:left="76"/>
              <w:rPr>
                <w:b/>
                <w:sz w:val="15"/>
              </w:rPr>
            </w:pPr>
            <w:r>
              <w:rPr>
                <w:b/>
                <w:spacing w:val="-1"/>
                <w:w w:val="105"/>
                <w:sz w:val="15"/>
              </w:rPr>
              <w:t>Зарубежная</w:t>
            </w:r>
            <w:r>
              <w:rPr>
                <w:b/>
                <w:spacing w:val="-9"/>
                <w:w w:val="105"/>
                <w:sz w:val="15"/>
              </w:rPr>
              <w:t xml:space="preserve"> </w:t>
            </w:r>
            <w:r>
              <w:rPr>
                <w:b/>
                <w:w w:val="105"/>
                <w:sz w:val="15"/>
              </w:rPr>
              <w:t>литература</w:t>
            </w:r>
          </w:p>
        </w:tc>
        <w:tc>
          <w:tcPr>
            <w:tcW w:w="564" w:type="dxa"/>
          </w:tcPr>
          <w:p w14:paraId="21EF60D5" w14:textId="77777777" w:rsidR="002873D8" w:rsidRDefault="002873D8" w:rsidP="002873D8">
            <w:pPr>
              <w:pStyle w:val="TableParagraph"/>
              <w:spacing w:before="74"/>
              <w:rPr>
                <w:sz w:val="15"/>
              </w:rPr>
            </w:pPr>
            <w:r>
              <w:rPr>
                <w:w w:val="104"/>
                <w:sz w:val="15"/>
              </w:rPr>
              <w:t>7</w:t>
            </w:r>
          </w:p>
        </w:tc>
        <w:tc>
          <w:tcPr>
            <w:tcW w:w="1801" w:type="dxa"/>
          </w:tcPr>
          <w:p w14:paraId="77629E8C" w14:textId="77777777" w:rsidR="002873D8" w:rsidRDefault="002873D8" w:rsidP="002873D8">
            <w:pPr>
              <w:pStyle w:val="TableParagraph"/>
              <w:spacing w:before="74"/>
              <w:rPr>
                <w:sz w:val="15"/>
              </w:rPr>
            </w:pPr>
            <w:r>
              <w:rPr>
                <w:w w:val="104"/>
                <w:sz w:val="15"/>
              </w:rPr>
              <w:t>1</w:t>
            </w:r>
          </w:p>
        </w:tc>
        <w:tc>
          <w:tcPr>
            <w:tcW w:w="1837" w:type="dxa"/>
          </w:tcPr>
          <w:p w14:paraId="1D695287" w14:textId="77777777" w:rsidR="002873D8" w:rsidRDefault="002873D8" w:rsidP="002873D8">
            <w:pPr>
              <w:pStyle w:val="TableParagraph"/>
              <w:spacing w:before="74"/>
              <w:rPr>
                <w:sz w:val="15"/>
              </w:rPr>
            </w:pPr>
            <w:r>
              <w:rPr>
                <w:w w:val="104"/>
                <w:sz w:val="15"/>
              </w:rPr>
              <w:t>0</w:t>
            </w:r>
          </w:p>
        </w:tc>
        <w:tc>
          <w:tcPr>
            <w:tcW w:w="4214" w:type="dxa"/>
          </w:tcPr>
          <w:p w14:paraId="6C8FCDA5" w14:textId="77777777" w:rsidR="002873D8" w:rsidRDefault="00A3294A" w:rsidP="002873D8">
            <w:pPr>
              <w:pStyle w:val="TableParagraph"/>
              <w:spacing w:before="74"/>
              <w:ind w:left="78"/>
              <w:rPr>
                <w:sz w:val="15"/>
              </w:rPr>
            </w:pPr>
            <w:hyperlink r:id="rId20">
              <w:r w:rsidR="002873D8">
                <w:rPr>
                  <w:w w:val="105"/>
                  <w:sz w:val="15"/>
                </w:rPr>
                <w:t>http://pedsovet.su</w:t>
              </w:r>
            </w:hyperlink>
          </w:p>
        </w:tc>
      </w:tr>
      <w:tr w:rsidR="002873D8" w14:paraId="1CF1D9CC" w14:textId="77777777" w:rsidTr="002873D8">
        <w:trPr>
          <w:trHeight w:val="333"/>
        </w:trPr>
        <w:tc>
          <w:tcPr>
            <w:tcW w:w="504" w:type="dxa"/>
          </w:tcPr>
          <w:p w14:paraId="6BB24377" w14:textId="77777777" w:rsidR="002873D8" w:rsidRDefault="002873D8" w:rsidP="002873D8">
            <w:pPr>
              <w:pStyle w:val="TableParagraph"/>
              <w:spacing w:before="74"/>
              <w:ind w:left="76"/>
              <w:rPr>
                <w:sz w:val="15"/>
              </w:rPr>
            </w:pPr>
            <w:r>
              <w:rPr>
                <w:w w:val="105"/>
                <w:sz w:val="15"/>
              </w:rPr>
              <w:t>1.13.</w:t>
            </w:r>
          </w:p>
        </w:tc>
        <w:tc>
          <w:tcPr>
            <w:tcW w:w="6579" w:type="dxa"/>
          </w:tcPr>
          <w:p w14:paraId="30D31761" w14:textId="77777777" w:rsidR="002873D8" w:rsidRDefault="002873D8" w:rsidP="002873D8">
            <w:pPr>
              <w:pStyle w:val="TableParagraph"/>
              <w:spacing w:before="74"/>
              <w:ind w:left="76"/>
              <w:rPr>
                <w:b/>
                <w:sz w:val="15"/>
              </w:rPr>
            </w:pPr>
            <w:r>
              <w:rPr>
                <w:b/>
                <w:spacing w:val="-1"/>
                <w:w w:val="105"/>
                <w:sz w:val="15"/>
              </w:rPr>
              <w:t>Библиографическая</w:t>
            </w:r>
            <w:r>
              <w:rPr>
                <w:b/>
                <w:spacing w:val="-9"/>
                <w:w w:val="105"/>
                <w:sz w:val="15"/>
              </w:rPr>
              <w:t xml:space="preserve"> </w:t>
            </w:r>
            <w:r>
              <w:rPr>
                <w:b/>
                <w:spacing w:val="-1"/>
                <w:w w:val="105"/>
                <w:sz w:val="15"/>
              </w:rPr>
              <w:t>культура</w:t>
            </w:r>
            <w:r>
              <w:rPr>
                <w:b/>
                <w:spacing w:val="-8"/>
                <w:w w:val="105"/>
                <w:sz w:val="15"/>
              </w:rPr>
              <w:t xml:space="preserve"> </w:t>
            </w:r>
            <w:r>
              <w:rPr>
                <w:b/>
                <w:w w:val="105"/>
                <w:sz w:val="15"/>
              </w:rPr>
              <w:t>(работа</w:t>
            </w:r>
            <w:r>
              <w:rPr>
                <w:b/>
                <w:spacing w:val="-8"/>
                <w:w w:val="105"/>
                <w:sz w:val="15"/>
              </w:rPr>
              <w:t xml:space="preserve"> </w:t>
            </w:r>
            <w:r>
              <w:rPr>
                <w:b/>
                <w:w w:val="105"/>
                <w:sz w:val="15"/>
              </w:rPr>
              <w:t>с</w:t>
            </w:r>
            <w:r>
              <w:rPr>
                <w:b/>
                <w:spacing w:val="-9"/>
                <w:w w:val="105"/>
                <w:sz w:val="15"/>
              </w:rPr>
              <w:t xml:space="preserve"> </w:t>
            </w:r>
            <w:r>
              <w:rPr>
                <w:b/>
                <w:w w:val="105"/>
                <w:sz w:val="15"/>
              </w:rPr>
              <w:t>детской</w:t>
            </w:r>
            <w:r>
              <w:rPr>
                <w:b/>
                <w:spacing w:val="-8"/>
                <w:w w:val="105"/>
                <w:sz w:val="15"/>
              </w:rPr>
              <w:t xml:space="preserve"> </w:t>
            </w:r>
            <w:r>
              <w:rPr>
                <w:b/>
                <w:w w:val="105"/>
                <w:sz w:val="15"/>
              </w:rPr>
              <w:t>книгой</w:t>
            </w:r>
            <w:r>
              <w:rPr>
                <w:b/>
                <w:spacing w:val="-8"/>
                <w:w w:val="105"/>
                <w:sz w:val="15"/>
              </w:rPr>
              <w:t xml:space="preserve"> </w:t>
            </w:r>
            <w:r>
              <w:rPr>
                <w:b/>
                <w:w w:val="105"/>
                <w:sz w:val="15"/>
              </w:rPr>
              <w:t>и</w:t>
            </w:r>
            <w:r>
              <w:rPr>
                <w:b/>
                <w:spacing w:val="-8"/>
                <w:w w:val="105"/>
                <w:sz w:val="15"/>
              </w:rPr>
              <w:t xml:space="preserve"> </w:t>
            </w:r>
            <w:r>
              <w:rPr>
                <w:b/>
                <w:w w:val="105"/>
                <w:sz w:val="15"/>
              </w:rPr>
              <w:t>справочной</w:t>
            </w:r>
            <w:r>
              <w:rPr>
                <w:b/>
                <w:spacing w:val="-9"/>
                <w:w w:val="105"/>
                <w:sz w:val="15"/>
              </w:rPr>
              <w:t xml:space="preserve"> </w:t>
            </w:r>
            <w:r>
              <w:rPr>
                <w:b/>
                <w:w w:val="105"/>
                <w:sz w:val="15"/>
              </w:rPr>
              <w:t>литературой)</w:t>
            </w:r>
          </w:p>
        </w:tc>
        <w:tc>
          <w:tcPr>
            <w:tcW w:w="564" w:type="dxa"/>
          </w:tcPr>
          <w:p w14:paraId="2D34B47D" w14:textId="77777777" w:rsidR="002873D8" w:rsidRDefault="002873D8" w:rsidP="002873D8">
            <w:pPr>
              <w:pStyle w:val="TableParagraph"/>
              <w:spacing w:before="74"/>
              <w:rPr>
                <w:sz w:val="15"/>
              </w:rPr>
            </w:pPr>
            <w:r>
              <w:rPr>
                <w:w w:val="104"/>
                <w:sz w:val="15"/>
              </w:rPr>
              <w:t>3</w:t>
            </w:r>
          </w:p>
        </w:tc>
        <w:tc>
          <w:tcPr>
            <w:tcW w:w="1801" w:type="dxa"/>
          </w:tcPr>
          <w:p w14:paraId="59FCE77D" w14:textId="77777777" w:rsidR="002873D8" w:rsidRDefault="002873D8" w:rsidP="002873D8">
            <w:pPr>
              <w:pStyle w:val="TableParagraph"/>
              <w:spacing w:before="74"/>
              <w:rPr>
                <w:sz w:val="15"/>
              </w:rPr>
            </w:pPr>
            <w:r>
              <w:rPr>
                <w:w w:val="104"/>
                <w:sz w:val="15"/>
              </w:rPr>
              <w:t>0</w:t>
            </w:r>
          </w:p>
        </w:tc>
        <w:tc>
          <w:tcPr>
            <w:tcW w:w="1837" w:type="dxa"/>
          </w:tcPr>
          <w:p w14:paraId="56499C92" w14:textId="77777777" w:rsidR="002873D8" w:rsidRDefault="002873D8" w:rsidP="002873D8">
            <w:pPr>
              <w:pStyle w:val="TableParagraph"/>
              <w:spacing w:before="74"/>
              <w:rPr>
                <w:sz w:val="15"/>
              </w:rPr>
            </w:pPr>
            <w:r>
              <w:rPr>
                <w:w w:val="104"/>
                <w:sz w:val="15"/>
              </w:rPr>
              <w:t>0</w:t>
            </w:r>
          </w:p>
        </w:tc>
        <w:tc>
          <w:tcPr>
            <w:tcW w:w="4214" w:type="dxa"/>
          </w:tcPr>
          <w:p w14:paraId="61087809" w14:textId="77777777" w:rsidR="002873D8" w:rsidRDefault="00A3294A" w:rsidP="002873D8">
            <w:pPr>
              <w:pStyle w:val="TableParagraph"/>
              <w:spacing w:before="74"/>
              <w:ind w:left="78"/>
              <w:rPr>
                <w:sz w:val="15"/>
              </w:rPr>
            </w:pPr>
            <w:hyperlink r:id="rId21">
              <w:r w:rsidR="002873D8">
                <w:rPr>
                  <w:w w:val="105"/>
                  <w:sz w:val="15"/>
                </w:rPr>
                <w:t>http://pedsovet.su</w:t>
              </w:r>
            </w:hyperlink>
          </w:p>
        </w:tc>
      </w:tr>
      <w:tr w:rsidR="002873D8" w14:paraId="2F1848E2" w14:textId="77777777" w:rsidTr="002873D8">
        <w:trPr>
          <w:trHeight w:val="333"/>
        </w:trPr>
        <w:tc>
          <w:tcPr>
            <w:tcW w:w="7083" w:type="dxa"/>
            <w:gridSpan w:val="2"/>
          </w:tcPr>
          <w:p w14:paraId="053D2980" w14:textId="77777777" w:rsidR="002873D8" w:rsidRDefault="002873D8" w:rsidP="002873D8">
            <w:pPr>
              <w:pStyle w:val="TableParagraph"/>
              <w:spacing w:before="74"/>
              <w:ind w:left="76"/>
              <w:rPr>
                <w:sz w:val="15"/>
              </w:rPr>
            </w:pPr>
            <w:r>
              <w:rPr>
                <w:w w:val="105"/>
                <w:sz w:val="15"/>
              </w:rPr>
              <w:t>Резервное</w:t>
            </w:r>
            <w:r>
              <w:rPr>
                <w:spacing w:val="-9"/>
                <w:w w:val="105"/>
                <w:sz w:val="15"/>
              </w:rPr>
              <w:t xml:space="preserve"> </w:t>
            </w:r>
            <w:r>
              <w:rPr>
                <w:w w:val="105"/>
                <w:sz w:val="15"/>
              </w:rPr>
              <w:t>время</w:t>
            </w:r>
          </w:p>
        </w:tc>
        <w:tc>
          <w:tcPr>
            <w:tcW w:w="564" w:type="dxa"/>
          </w:tcPr>
          <w:p w14:paraId="166DC46E" w14:textId="77777777" w:rsidR="002873D8" w:rsidRDefault="002873D8" w:rsidP="002873D8">
            <w:pPr>
              <w:pStyle w:val="TableParagraph"/>
              <w:spacing w:before="74"/>
              <w:rPr>
                <w:sz w:val="15"/>
              </w:rPr>
            </w:pPr>
            <w:r>
              <w:rPr>
                <w:w w:val="105"/>
                <w:sz w:val="15"/>
              </w:rPr>
              <w:t>40</w:t>
            </w:r>
          </w:p>
        </w:tc>
        <w:tc>
          <w:tcPr>
            <w:tcW w:w="7852" w:type="dxa"/>
            <w:gridSpan w:val="3"/>
          </w:tcPr>
          <w:p w14:paraId="0C157AE5" w14:textId="77777777" w:rsidR="002873D8" w:rsidRDefault="002873D8" w:rsidP="002873D8">
            <w:pPr>
              <w:pStyle w:val="TableParagraph"/>
              <w:spacing w:before="0"/>
              <w:ind w:left="0"/>
              <w:rPr>
                <w:sz w:val="14"/>
              </w:rPr>
            </w:pPr>
          </w:p>
        </w:tc>
      </w:tr>
      <w:tr w:rsidR="002873D8" w14:paraId="5F8B5286" w14:textId="77777777" w:rsidTr="002873D8">
        <w:trPr>
          <w:trHeight w:val="333"/>
        </w:trPr>
        <w:tc>
          <w:tcPr>
            <w:tcW w:w="7083" w:type="dxa"/>
            <w:gridSpan w:val="2"/>
          </w:tcPr>
          <w:p w14:paraId="51B0C797" w14:textId="77777777" w:rsidR="002873D8" w:rsidRDefault="002873D8" w:rsidP="002873D8">
            <w:pPr>
              <w:pStyle w:val="TableParagraph"/>
              <w:spacing w:before="74"/>
              <w:ind w:left="76"/>
              <w:rPr>
                <w:sz w:val="15"/>
              </w:rPr>
            </w:pPr>
            <w:r>
              <w:rPr>
                <w:spacing w:val="-1"/>
                <w:w w:val="105"/>
                <w:sz w:val="15"/>
              </w:rPr>
              <w:t>ОБЩЕЕ</w:t>
            </w:r>
            <w:r>
              <w:rPr>
                <w:spacing w:val="-9"/>
                <w:w w:val="105"/>
                <w:sz w:val="15"/>
              </w:rPr>
              <w:t xml:space="preserve"> </w:t>
            </w:r>
            <w:r>
              <w:rPr>
                <w:spacing w:val="-1"/>
                <w:w w:val="105"/>
                <w:sz w:val="15"/>
              </w:rPr>
              <w:t>КОЛИЧЕСТВО</w:t>
            </w:r>
            <w:r>
              <w:rPr>
                <w:spacing w:val="-8"/>
                <w:w w:val="105"/>
                <w:sz w:val="15"/>
              </w:rPr>
              <w:t xml:space="preserve"> </w:t>
            </w:r>
            <w:r>
              <w:rPr>
                <w:w w:val="105"/>
                <w:sz w:val="15"/>
              </w:rPr>
              <w:t>ЧАСОВ</w:t>
            </w:r>
            <w:r>
              <w:rPr>
                <w:spacing w:val="-9"/>
                <w:w w:val="105"/>
                <w:sz w:val="15"/>
              </w:rPr>
              <w:t xml:space="preserve"> </w:t>
            </w:r>
            <w:r>
              <w:rPr>
                <w:w w:val="105"/>
                <w:sz w:val="15"/>
              </w:rPr>
              <w:t>ПО</w:t>
            </w:r>
            <w:r>
              <w:rPr>
                <w:spacing w:val="-8"/>
                <w:w w:val="105"/>
                <w:sz w:val="15"/>
              </w:rPr>
              <w:t xml:space="preserve"> </w:t>
            </w:r>
            <w:r>
              <w:rPr>
                <w:w w:val="105"/>
                <w:sz w:val="15"/>
              </w:rPr>
              <w:t>ПРОГРАММЕ</w:t>
            </w:r>
          </w:p>
        </w:tc>
        <w:tc>
          <w:tcPr>
            <w:tcW w:w="564" w:type="dxa"/>
          </w:tcPr>
          <w:p w14:paraId="05E5BC42" w14:textId="77777777" w:rsidR="002873D8" w:rsidRDefault="002873D8" w:rsidP="002873D8">
            <w:pPr>
              <w:pStyle w:val="TableParagraph"/>
              <w:spacing w:before="74"/>
              <w:rPr>
                <w:sz w:val="15"/>
              </w:rPr>
            </w:pPr>
            <w:r>
              <w:rPr>
                <w:w w:val="105"/>
                <w:sz w:val="15"/>
              </w:rPr>
              <w:t>136</w:t>
            </w:r>
          </w:p>
        </w:tc>
        <w:tc>
          <w:tcPr>
            <w:tcW w:w="1801" w:type="dxa"/>
          </w:tcPr>
          <w:p w14:paraId="5973DFA1" w14:textId="77777777" w:rsidR="002873D8" w:rsidRDefault="002873D8" w:rsidP="002873D8">
            <w:pPr>
              <w:pStyle w:val="TableParagraph"/>
              <w:spacing w:before="74"/>
              <w:rPr>
                <w:sz w:val="15"/>
              </w:rPr>
            </w:pPr>
            <w:r>
              <w:rPr>
                <w:w w:val="105"/>
                <w:sz w:val="15"/>
              </w:rPr>
              <w:t>14</w:t>
            </w:r>
          </w:p>
        </w:tc>
        <w:tc>
          <w:tcPr>
            <w:tcW w:w="1837" w:type="dxa"/>
          </w:tcPr>
          <w:p w14:paraId="4D571168" w14:textId="77777777" w:rsidR="002873D8" w:rsidRDefault="002873D8" w:rsidP="002873D8">
            <w:pPr>
              <w:pStyle w:val="TableParagraph"/>
              <w:spacing w:before="74"/>
              <w:rPr>
                <w:sz w:val="15"/>
              </w:rPr>
            </w:pPr>
            <w:r>
              <w:rPr>
                <w:w w:val="104"/>
                <w:sz w:val="15"/>
              </w:rPr>
              <w:t>0</w:t>
            </w:r>
          </w:p>
        </w:tc>
        <w:tc>
          <w:tcPr>
            <w:tcW w:w="4214" w:type="dxa"/>
          </w:tcPr>
          <w:p w14:paraId="2043AE88" w14:textId="77777777" w:rsidR="002873D8" w:rsidRDefault="002873D8" w:rsidP="002873D8">
            <w:pPr>
              <w:pStyle w:val="TableParagraph"/>
              <w:spacing w:before="0"/>
              <w:ind w:left="0"/>
              <w:rPr>
                <w:sz w:val="14"/>
              </w:rPr>
            </w:pPr>
          </w:p>
        </w:tc>
      </w:tr>
    </w:tbl>
    <w:p w14:paraId="7EE9C494" w14:textId="77777777" w:rsidR="002873D8" w:rsidRDefault="002873D8" w:rsidP="002873D8">
      <w:pPr>
        <w:pStyle w:val="af"/>
        <w:spacing w:before="7"/>
        <w:rPr>
          <w:b/>
          <w:sz w:val="15"/>
        </w:rPr>
      </w:pPr>
    </w:p>
    <w:p w14:paraId="6927632A" w14:textId="314FB067" w:rsidR="002873D8" w:rsidRPr="002873D8" w:rsidRDefault="002873D8" w:rsidP="002873D8">
      <w:pPr>
        <w:widowControl w:val="0"/>
        <w:tabs>
          <w:tab w:val="left" w:pos="242"/>
        </w:tabs>
        <w:autoSpaceDE w:val="0"/>
        <w:autoSpaceDN w:val="0"/>
        <w:spacing w:before="1" w:after="0" w:line="240" w:lineRule="auto"/>
        <w:ind w:left="105"/>
        <w:rPr>
          <w:b/>
          <w:sz w:val="18"/>
        </w:rPr>
      </w:pPr>
      <w:r>
        <w:rPr>
          <w:b/>
          <w:sz w:val="18"/>
          <w:lang w:val="ru-RU"/>
        </w:rPr>
        <w:t>4</w:t>
      </w:r>
      <w:r w:rsidRPr="002873D8">
        <w:rPr>
          <w:b/>
          <w:sz w:val="18"/>
        </w:rPr>
        <w:t>КЛАСС</w:t>
      </w:r>
    </w:p>
    <w:p w14:paraId="271436C6" w14:textId="77777777" w:rsidR="002873D8" w:rsidRDefault="002873D8" w:rsidP="002873D8">
      <w:pPr>
        <w:pStyle w:val="af"/>
        <w:spacing w:before="1"/>
        <w:rPr>
          <w:b/>
          <w:sz w:val="8"/>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6555"/>
        <w:gridCol w:w="576"/>
        <w:gridCol w:w="1801"/>
        <w:gridCol w:w="1849"/>
        <w:gridCol w:w="4214"/>
      </w:tblGrid>
      <w:tr w:rsidR="002873D8" w14:paraId="6FCF5ED7" w14:textId="77777777" w:rsidTr="002873D8">
        <w:trPr>
          <w:trHeight w:val="333"/>
        </w:trPr>
        <w:tc>
          <w:tcPr>
            <w:tcW w:w="504" w:type="dxa"/>
            <w:vMerge w:val="restart"/>
          </w:tcPr>
          <w:p w14:paraId="4D860EB7" w14:textId="77777777" w:rsidR="002873D8" w:rsidRDefault="002873D8" w:rsidP="002873D8">
            <w:pPr>
              <w:pStyle w:val="TableParagraph"/>
              <w:spacing w:before="74" w:line="266" w:lineRule="auto"/>
              <w:ind w:left="76" w:right="170"/>
              <w:rPr>
                <w:b/>
                <w:sz w:val="15"/>
              </w:rPr>
            </w:pPr>
            <w:r>
              <w:rPr>
                <w:b/>
                <w:w w:val="105"/>
                <w:sz w:val="15"/>
              </w:rPr>
              <w:t>№</w:t>
            </w:r>
            <w:r>
              <w:rPr>
                <w:b/>
                <w:spacing w:val="1"/>
                <w:w w:val="105"/>
                <w:sz w:val="15"/>
              </w:rPr>
              <w:t xml:space="preserve"> </w:t>
            </w:r>
            <w:r>
              <w:rPr>
                <w:b/>
                <w:spacing w:val="-1"/>
                <w:w w:val="105"/>
                <w:sz w:val="15"/>
              </w:rPr>
              <w:t>п/п</w:t>
            </w:r>
          </w:p>
        </w:tc>
        <w:tc>
          <w:tcPr>
            <w:tcW w:w="6555" w:type="dxa"/>
            <w:vMerge w:val="restart"/>
          </w:tcPr>
          <w:p w14:paraId="2AEF5295" w14:textId="77777777" w:rsidR="002873D8" w:rsidRDefault="002873D8" w:rsidP="002873D8">
            <w:pPr>
              <w:pStyle w:val="TableParagraph"/>
              <w:spacing w:before="74"/>
              <w:ind w:left="76"/>
              <w:rPr>
                <w:b/>
                <w:sz w:val="15"/>
              </w:rPr>
            </w:pPr>
            <w:r>
              <w:rPr>
                <w:b/>
                <w:w w:val="105"/>
                <w:sz w:val="15"/>
              </w:rPr>
              <w:t>Наименование</w:t>
            </w:r>
            <w:r>
              <w:rPr>
                <w:b/>
                <w:spacing w:val="-10"/>
                <w:w w:val="105"/>
                <w:sz w:val="15"/>
              </w:rPr>
              <w:t xml:space="preserve"> </w:t>
            </w:r>
            <w:r>
              <w:rPr>
                <w:b/>
                <w:w w:val="105"/>
                <w:sz w:val="15"/>
              </w:rPr>
              <w:t>разделов</w:t>
            </w:r>
            <w:r>
              <w:rPr>
                <w:b/>
                <w:spacing w:val="-10"/>
                <w:w w:val="105"/>
                <w:sz w:val="15"/>
              </w:rPr>
              <w:t xml:space="preserve"> </w:t>
            </w:r>
            <w:r>
              <w:rPr>
                <w:b/>
                <w:w w:val="105"/>
                <w:sz w:val="15"/>
              </w:rPr>
              <w:t>и</w:t>
            </w:r>
            <w:r>
              <w:rPr>
                <w:b/>
                <w:spacing w:val="-10"/>
                <w:w w:val="105"/>
                <w:sz w:val="15"/>
              </w:rPr>
              <w:t xml:space="preserve"> </w:t>
            </w:r>
            <w:r>
              <w:rPr>
                <w:b/>
                <w:w w:val="105"/>
                <w:sz w:val="15"/>
              </w:rPr>
              <w:t>тем</w:t>
            </w:r>
            <w:r>
              <w:rPr>
                <w:b/>
                <w:spacing w:val="-9"/>
                <w:w w:val="105"/>
                <w:sz w:val="15"/>
              </w:rPr>
              <w:t xml:space="preserve"> </w:t>
            </w:r>
            <w:r>
              <w:rPr>
                <w:b/>
                <w:w w:val="105"/>
                <w:sz w:val="15"/>
              </w:rPr>
              <w:t>программы</w:t>
            </w:r>
          </w:p>
        </w:tc>
        <w:tc>
          <w:tcPr>
            <w:tcW w:w="4226" w:type="dxa"/>
            <w:gridSpan w:val="3"/>
          </w:tcPr>
          <w:p w14:paraId="3A3FD846" w14:textId="77777777" w:rsidR="002873D8" w:rsidRDefault="002873D8" w:rsidP="002873D8">
            <w:pPr>
              <w:pStyle w:val="TableParagraph"/>
              <w:spacing w:before="74"/>
              <w:rPr>
                <w:b/>
                <w:sz w:val="15"/>
              </w:rPr>
            </w:pPr>
            <w:r>
              <w:rPr>
                <w:b/>
                <w:spacing w:val="-1"/>
                <w:w w:val="105"/>
                <w:sz w:val="15"/>
              </w:rPr>
              <w:t>Количество</w:t>
            </w:r>
            <w:r>
              <w:rPr>
                <w:b/>
                <w:spacing w:val="-6"/>
                <w:w w:val="105"/>
                <w:sz w:val="15"/>
              </w:rPr>
              <w:t xml:space="preserve"> </w:t>
            </w:r>
            <w:r>
              <w:rPr>
                <w:b/>
                <w:w w:val="105"/>
                <w:sz w:val="15"/>
              </w:rPr>
              <w:t>часов</w:t>
            </w:r>
          </w:p>
        </w:tc>
        <w:tc>
          <w:tcPr>
            <w:tcW w:w="4214" w:type="dxa"/>
            <w:vMerge w:val="restart"/>
          </w:tcPr>
          <w:p w14:paraId="3E58CD79" w14:textId="77777777" w:rsidR="002873D8" w:rsidRDefault="002873D8" w:rsidP="002873D8">
            <w:pPr>
              <w:pStyle w:val="TableParagraph"/>
              <w:spacing w:before="74"/>
              <w:ind w:left="78"/>
              <w:rPr>
                <w:b/>
                <w:sz w:val="15"/>
              </w:rPr>
            </w:pPr>
            <w:r>
              <w:rPr>
                <w:b/>
                <w:spacing w:val="-1"/>
                <w:w w:val="105"/>
                <w:sz w:val="15"/>
              </w:rPr>
              <w:t>Электронные</w:t>
            </w:r>
            <w:r>
              <w:rPr>
                <w:b/>
                <w:spacing w:val="-8"/>
                <w:w w:val="105"/>
                <w:sz w:val="15"/>
              </w:rPr>
              <w:t xml:space="preserve"> </w:t>
            </w:r>
            <w:r>
              <w:rPr>
                <w:b/>
                <w:spacing w:val="-1"/>
                <w:w w:val="105"/>
                <w:sz w:val="15"/>
              </w:rPr>
              <w:t>(цифровые)</w:t>
            </w:r>
            <w:r>
              <w:rPr>
                <w:b/>
                <w:spacing w:val="-7"/>
                <w:w w:val="105"/>
                <w:sz w:val="15"/>
              </w:rPr>
              <w:t xml:space="preserve"> </w:t>
            </w:r>
            <w:r>
              <w:rPr>
                <w:b/>
                <w:spacing w:val="-1"/>
                <w:w w:val="105"/>
                <w:sz w:val="15"/>
              </w:rPr>
              <w:t>образовательные</w:t>
            </w:r>
            <w:r>
              <w:rPr>
                <w:b/>
                <w:spacing w:val="-7"/>
                <w:w w:val="105"/>
                <w:sz w:val="15"/>
              </w:rPr>
              <w:t xml:space="preserve"> </w:t>
            </w:r>
            <w:r>
              <w:rPr>
                <w:b/>
                <w:w w:val="105"/>
                <w:sz w:val="15"/>
              </w:rPr>
              <w:t>ресурсы</w:t>
            </w:r>
          </w:p>
        </w:tc>
      </w:tr>
      <w:tr w:rsidR="002873D8" w14:paraId="36B5B5C4" w14:textId="77777777" w:rsidTr="002873D8">
        <w:trPr>
          <w:trHeight w:val="333"/>
        </w:trPr>
        <w:tc>
          <w:tcPr>
            <w:tcW w:w="504" w:type="dxa"/>
            <w:vMerge/>
            <w:tcBorders>
              <w:top w:val="nil"/>
            </w:tcBorders>
          </w:tcPr>
          <w:p w14:paraId="01764DAE" w14:textId="77777777" w:rsidR="002873D8" w:rsidRDefault="002873D8" w:rsidP="002873D8">
            <w:pPr>
              <w:rPr>
                <w:sz w:val="2"/>
                <w:szCs w:val="2"/>
              </w:rPr>
            </w:pPr>
          </w:p>
        </w:tc>
        <w:tc>
          <w:tcPr>
            <w:tcW w:w="6555" w:type="dxa"/>
            <w:vMerge/>
            <w:tcBorders>
              <w:top w:val="nil"/>
            </w:tcBorders>
          </w:tcPr>
          <w:p w14:paraId="328EAB28" w14:textId="77777777" w:rsidR="002873D8" w:rsidRDefault="002873D8" w:rsidP="002873D8">
            <w:pPr>
              <w:rPr>
                <w:sz w:val="2"/>
                <w:szCs w:val="2"/>
              </w:rPr>
            </w:pPr>
          </w:p>
        </w:tc>
        <w:tc>
          <w:tcPr>
            <w:tcW w:w="576" w:type="dxa"/>
          </w:tcPr>
          <w:p w14:paraId="2648F80C" w14:textId="77777777" w:rsidR="002873D8" w:rsidRDefault="002873D8" w:rsidP="002873D8">
            <w:pPr>
              <w:pStyle w:val="TableParagraph"/>
              <w:spacing w:before="74"/>
              <w:rPr>
                <w:b/>
                <w:sz w:val="15"/>
              </w:rPr>
            </w:pPr>
            <w:r>
              <w:rPr>
                <w:b/>
                <w:w w:val="105"/>
                <w:sz w:val="15"/>
              </w:rPr>
              <w:t>всего</w:t>
            </w:r>
          </w:p>
        </w:tc>
        <w:tc>
          <w:tcPr>
            <w:tcW w:w="1801" w:type="dxa"/>
          </w:tcPr>
          <w:p w14:paraId="5860B385" w14:textId="77777777" w:rsidR="002873D8" w:rsidRDefault="002873D8" w:rsidP="002873D8">
            <w:pPr>
              <w:pStyle w:val="TableParagraph"/>
              <w:spacing w:before="74"/>
              <w:rPr>
                <w:b/>
                <w:sz w:val="15"/>
              </w:rPr>
            </w:pPr>
            <w:r>
              <w:rPr>
                <w:b/>
                <w:spacing w:val="-1"/>
                <w:w w:val="105"/>
                <w:sz w:val="15"/>
              </w:rPr>
              <w:t>контрольные</w:t>
            </w:r>
            <w:r>
              <w:rPr>
                <w:b/>
                <w:spacing w:val="-7"/>
                <w:w w:val="105"/>
                <w:sz w:val="15"/>
              </w:rPr>
              <w:t xml:space="preserve"> </w:t>
            </w:r>
            <w:r>
              <w:rPr>
                <w:b/>
                <w:w w:val="105"/>
                <w:sz w:val="15"/>
              </w:rPr>
              <w:t>работы</w:t>
            </w:r>
          </w:p>
        </w:tc>
        <w:tc>
          <w:tcPr>
            <w:tcW w:w="1849" w:type="dxa"/>
          </w:tcPr>
          <w:p w14:paraId="10D3DEA2" w14:textId="77777777" w:rsidR="002873D8" w:rsidRDefault="002873D8" w:rsidP="002873D8">
            <w:pPr>
              <w:pStyle w:val="TableParagraph"/>
              <w:spacing w:before="74"/>
              <w:rPr>
                <w:b/>
                <w:sz w:val="15"/>
              </w:rPr>
            </w:pPr>
            <w:r>
              <w:rPr>
                <w:b/>
                <w:spacing w:val="-1"/>
                <w:w w:val="105"/>
                <w:sz w:val="15"/>
              </w:rPr>
              <w:t>практические</w:t>
            </w:r>
            <w:r>
              <w:rPr>
                <w:b/>
                <w:spacing w:val="-7"/>
                <w:w w:val="105"/>
                <w:sz w:val="15"/>
              </w:rPr>
              <w:t xml:space="preserve"> </w:t>
            </w:r>
            <w:r>
              <w:rPr>
                <w:b/>
                <w:w w:val="105"/>
                <w:sz w:val="15"/>
              </w:rPr>
              <w:t>работы</w:t>
            </w:r>
          </w:p>
        </w:tc>
        <w:tc>
          <w:tcPr>
            <w:tcW w:w="4214" w:type="dxa"/>
            <w:vMerge/>
            <w:tcBorders>
              <w:top w:val="nil"/>
            </w:tcBorders>
          </w:tcPr>
          <w:p w14:paraId="2B109876" w14:textId="77777777" w:rsidR="002873D8" w:rsidRDefault="002873D8" w:rsidP="002873D8">
            <w:pPr>
              <w:rPr>
                <w:sz w:val="2"/>
                <w:szCs w:val="2"/>
              </w:rPr>
            </w:pPr>
          </w:p>
        </w:tc>
      </w:tr>
      <w:tr w:rsidR="002873D8" w:rsidRPr="007D252F" w14:paraId="7C810FD9" w14:textId="77777777" w:rsidTr="002873D8">
        <w:trPr>
          <w:trHeight w:val="525"/>
        </w:trPr>
        <w:tc>
          <w:tcPr>
            <w:tcW w:w="504" w:type="dxa"/>
          </w:tcPr>
          <w:p w14:paraId="740B044E" w14:textId="77777777" w:rsidR="002873D8" w:rsidRDefault="002873D8" w:rsidP="002873D8">
            <w:pPr>
              <w:pStyle w:val="TableParagraph"/>
              <w:spacing w:before="74"/>
              <w:ind w:left="76"/>
              <w:rPr>
                <w:sz w:val="15"/>
              </w:rPr>
            </w:pPr>
            <w:r>
              <w:rPr>
                <w:w w:val="105"/>
                <w:sz w:val="15"/>
              </w:rPr>
              <w:t>1.1.</w:t>
            </w:r>
          </w:p>
        </w:tc>
        <w:tc>
          <w:tcPr>
            <w:tcW w:w="6555" w:type="dxa"/>
          </w:tcPr>
          <w:p w14:paraId="65B117F3" w14:textId="77777777" w:rsidR="002873D8" w:rsidRDefault="002873D8" w:rsidP="002873D8">
            <w:pPr>
              <w:pStyle w:val="TableParagraph"/>
              <w:spacing w:before="74"/>
              <w:ind w:left="76"/>
              <w:rPr>
                <w:b/>
                <w:sz w:val="15"/>
              </w:rPr>
            </w:pPr>
            <w:r>
              <w:rPr>
                <w:b/>
                <w:spacing w:val="-1"/>
                <w:w w:val="105"/>
                <w:sz w:val="15"/>
              </w:rPr>
              <w:t>О</w:t>
            </w:r>
            <w:r>
              <w:rPr>
                <w:b/>
                <w:spacing w:val="-7"/>
                <w:w w:val="105"/>
                <w:sz w:val="15"/>
              </w:rPr>
              <w:t xml:space="preserve"> </w:t>
            </w:r>
            <w:r>
              <w:rPr>
                <w:b/>
                <w:spacing w:val="-1"/>
                <w:w w:val="105"/>
                <w:sz w:val="15"/>
              </w:rPr>
              <w:t>Родине,</w:t>
            </w:r>
            <w:r>
              <w:rPr>
                <w:b/>
                <w:spacing w:val="-7"/>
                <w:w w:val="105"/>
                <w:sz w:val="15"/>
              </w:rPr>
              <w:t xml:space="preserve"> </w:t>
            </w:r>
            <w:r>
              <w:rPr>
                <w:b/>
                <w:spacing w:val="-1"/>
                <w:w w:val="105"/>
                <w:sz w:val="15"/>
              </w:rPr>
              <w:t>героические</w:t>
            </w:r>
            <w:r>
              <w:rPr>
                <w:b/>
                <w:spacing w:val="-7"/>
                <w:w w:val="105"/>
                <w:sz w:val="15"/>
              </w:rPr>
              <w:t xml:space="preserve"> </w:t>
            </w:r>
            <w:r>
              <w:rPr>
                <w:b/>
                <w:w w:val="105"/>
                <w:sz w:val="15"/>
              </w:rPr>
              <w:t>страницы</w:t>
            </w:r>
            <w:r>
              <w:rPr>
                <w:b/>
                <w:spacing w:val="-7"/>
                <w:w w:val="105"/>
                <w:sz w:val="15"/>
              </w:rPr>
              <w:t xml:space="preserve"> </w:t>
            </w:r>
            <w:r>
              <w:rPr>
                <w:b/>
                <w:w w:val="105"/>
                <w:sz w:val="15"/>
              </w:rPr>
              <w:t>истории</w:t>
            </w:r>
          </w:p>
        </w:tc>
        <w:tc>
          <w:tcPr>
            <w:tcW w:w="576" w:type="dxa"/>
          </w:tcPr>
          <w:p w14:paraId="55F0A99B" w14:textId="77777777" w:rsidR="002873D8" w:rsidRDefault="002873D8" w:rsidP="002873D8">
            <w:pPr>
              <w:pStyle w:val="TableParagraph"/>
              <w:spacing w:before="74"/>
              <w:rPr>
                <w:sz w:val="15"/>
              </w:rPr>
            </w:pPr>
            <w:r>
              <w:rPr>
                <w:w w:val="105"/>
                <w:sz w:val="15"/>
              </w:rPr>
              <w:t>10</w:t>
            </w:r>
          </w:p>
        </w:tc>
        <w:tc>
          <w:tcPr>
            <w:tcW w:w="1801" w:type="dxa"/>
          </w:tcPr>
          <w:p w14:paraId="0CA78178" w14:textId="77777777" w:rsidR="002873D8" w:rsidRDefault="002873D8" w:rsidP="002873D8">
            <w:pPr>
              <w:pStyle w:val="TableParagraph"/>
              <w:spacing w:before="74"/>
              <w:rPr>
                <w:sz w:val="15"/>
              </w:rPr>
            </w:pPr>
            <w:r>
              <w:rPr>
                <w:w w:val="104"/>
                <w:sz w:val="15"/>
              </w:rPr>
              <w:t>1</w:t>
            </w:r>
          </w:p>
        </w:tc>
        <w:tc>
          <w:tcPr>
            <w:tcW w:w="1849" w:type="dxa"/>
          </w:tcPr>
          <w:p w14:paraId="111E8A20" w14:textId="77777777" w:rsidR="002873D8" w:rsidRDefault="002873D8" w:rsidP="002873D8">
            <w:pPr>
              <w:pStyle w:val="TableParagraph"/>
              <w:spacing w:before="74"/>
              <w:rPr>
                <w:sz w:val="15"/>
              </w:rPr>
            </w:pPr>
            <w:r>
              <w:rPr>
                <w:w w:val="104"/>
                <w:sz w:val="15"/>
              </w:rPr>
              <w:t>0</w:t>
            </w:r>
          </w:p>
        </w:tc>
        <w:tc>
          <w:tcPr>
            <w:tcW w:w="4214" w:type="dxa"/>
          </w:tcPr>
          <w:p w14:paraId="5BA5A392" w14:textId="77777777" w:rsidR="002873D8" w:rsidRDefault="00A3294A" w:rsidP="002873D8">
            <w:pPr>
              <w:pStyle w:val="TableParagraph"/>
              <w:spacing w:before="74" w:line="266" w:lineRule="auto"/>
              <w:ind w:left="78" w:right="2225"/>
              <w:rPr>
                <w:sz w:val="15"/>
              </w:rPr>
            </w:pPr>
            <w:hyperlink r:id="rId22">
              <w:r w:rsidR="002873D8">
                <w:rPr>
                  <w:spacing w:val="-1"/>
                  <w:w w:val="105"/>
                  <w:sz w:val="15"/>
                </w:rPr>
                <w:t>http://school-collektion.edu/ru</w:t>
              </w:r>
            </w:hyperlink>
            <w:r w:rsidR="002873D8">
              <w:rPr>
                <w:spacing w:val="-37"/>
                <w:w w:val="105"/>
                <w:sz w:val="15"/>
              </w:rPr>
              <w:t xml:space="preserve"> </w:t>
            </w:r>
            <w:hyperlink r:id="rId23">
              <w:r w:rsidR="002873D8">
                <w:rPr>
                  <w:spacing w:val="-1"/>
                  <w:w w:val="105"/>
                  <w:sz w:val="15"/>
                </w:rPr>
                <w:t>http://school-collektion.edu/ru</w:t>
              </w:r>
            </w:hyperlink>
          </w:p>
        </w:tc>
      </w:tr>
      <w:tr w:rsidR="002873D8" w:rsidRPr="007D252F" w14:paraId="37E05291" w14:textId="77777777" w:rsidTr="002873D8">
        <w:trPr>
          <w:trHeight w:val="333"/>
        </w:trPr>
        <w:tc>
          <w:tcPr>
            <w:tcW w:w="504" w:type="dxa"/>
          </w:tcPr>
          <w:p w14:paraId="7E49E2AD" w14:textId="77777777" w:rsidR="002873D8" w:rsidRDefault="002873D8" w:rsidP="002873D8">
            <w:pPr>
              <w:pStyle w:val="TableParagraph"/>
              <w:spacing w:before="74"/>
              <w:ind w:left="76"/>
              <w:rPr>
                <w:sz w:val="15"/>
              </w:rPr>
            </w:pPr>
            <w:r>
              <w:rPr>
                <w:w w:val="105"/>
                <w:sz w:val="15"/>
              </w:rPr>
              <w:t>1.2.</w:t>
            </w:r>
          </w:p>
        </w:tc>
        <w:tc>
          <w:tcPr>
            <w:tcW w:w="6555" w:type="dxa"/>
          </w:tcPr>
          <w:p w14:paraId="738A07F2" w14:textId="77777777" w:rsidR="002873D8" w:rsidRDefault="002873D8" w:rsidP="002873D8">
            <w:pPr>
              <w:pStyle w:val="TableParagraph"/>
              <w:spacing w:before="74"/>
              <w:ind w:left="76"/>
              <w:rPr>
                <w:b/>
                <w:sz w:val="15"/>
              </w:rPr>
            </w:pPr>
            <w:r>
              <w:rPr>
                <w:b/>
                <w:spacing w:val="-1"/>
                <w:w w:val="105"/>
                <w:sz w:val="15"/>
              </w:rPr>
              <w:t>Фольклор</w:t>
            </w:r>
            <w:r>
              <w:rPr>
                <w:b/>
                <w:spacing w:val="-8"/>
                <w:w w:val="105"/>
                <w:sz w:val="15"/>
              </w:rPr>
              <w:t xml:space="preserve"> </w:t>
            </w:r>
            <w:r>
              <w:rPr>
                <w:b/>
                <w:spacing w:val="-1"/>
                <w:w w:val="105"/>
                <w:sz w:val="15"/>
              </w:rPr>
              <w:t>(устное</w:t>
            </w:r>
            <w:r>
              <w:rPr>
                <w:b/>
                <w:spacing w:val="-9"/>
                <w:w w:val="105"/>
                <w:sz w:val="15"/>
              </w:rPr>
              <w:t xml:space="preserve"> </w:t>
            </w:r>
            <w:r>
              <w:rPr>
                <w:b/>
                <w:w w:val="105"/>
                <w:sz w:val="15"/>
              </w:rPr>
              <w:t>народное</w:t>
            </w:r>
            <w:r>
              <w:rPr>
                <w:b/>
                <w:spacing w:val="-8"/>
                <w:w w:val="105"/>
                <w:sz w:val="15"/>
              </w:rPr>
              <w:t xml:space="preserve"> </w:t>
            </w:r>
            <w:r>
              <w:rPr>
                <w:b/>
                <w:w w:val="105"/>
                <w:sz w:val="15"/>
              </w:rPr>
              <w:t>творчество)</w:t>
            </w:r>
          </w:p>
        </w:tc>
        <w:tc>
          <w:tcPr>
            <w:tcW w:w="576" w:type="dxa"/>
          </w:tcPr>
          <w:p w14:paraId="115FCDEC" w14:textId="77777777" w:rsidR="002873D8" w:rsidRDefault="002873D8" w:rsidP="002873D8">
            <w:pPr>
              <w:pStyle w:val="TableParagraph"/>
              <w:spacing w:before="74"/>
              <w:rPr>
                <w:sz w:val="15"/>
              </w:rPr>
            </w:pPr>
            <w:r>
              <w:rPr>
                <w:w w:val="104"/>
                <w:sz w:val="15"/>
              </w:rPr>
              <w:t>9</w:t>
            </w:r>
          </w:p>
        </w:tc>
        <w:tc>
          <w:tcPr>
            <w:tcW w:w="1801" w:type="dxa"/>
          </w:tcPr>
          <w:p w14:paraId="236B85B7" w14:textId="77777777" w:rsidR="002873D8" w:rsidRDefault="002873D8" w:rsidP="002873D8">
            <w:pPr>
              <w:pStyle w:val="TableParagraph"/>
              <w:spacing w:before="74"/>
              <w:rPr>
                <w:sz w:val="15"/>
              </w:rPr>
            </w:pPr>
            <w:r>
              <w:rPr>
                <w:w w:val="104"/>
                <w:sz w:val="15"/>
              </w:rPr>
              <w:t>1</w:t>
            </w:r>
          </w:p>
        </w:tc>
        <w:tc>
          <w:tcPr>
            <w:tcW w:w="1849" w:type="dxa"/>
          </w:tcPr>
          <w:p w14:paraId="6EF5930C" w14:textId="77777777" w:rsidR="002873D8" w:rsidRDefault="002873D8" w:rsidP="002873D8">
            <w:pPr>
              <w:pStyle w:val="TableParagraph"/>
              <w:spacing w:before="74"/>
              <w:rPr>
                <w:sz w:val="15"/>
              </w:rPr>
            </w:pPr>
            <w:r>
              <w:rPr>
                <w:w w:val="104"/>
                <w:sz w:val="15"/>
              </w:rPr>
              <w:t>0</w:t>
            </w:r>
          </w:p>
        </w:tc>
        <w:tc>
          <w:tcPr>
            <w:tcW w:w="4214" w:type="dxa"/>
          </w:tcPr>
          <w:p w14:paraId="5E171DD5" w14:textId="77777777" w:rsidR="002873D8" w:rsidRDefault="00A3294A" w:rsidP="002873D8">
            <w:pPr>
              <w:pStyle w:val="TableParagraph"/>
              <w:spacing w:before="74"/>
              <w:ind w:left="78"/>
              <w:rPr>
                <w:sz w:val="15"/>
              </w:rPr>
            </w:pPr>
            <w:hyperlink r:id="rId24">
              <w:r w:rsidR="002873D8">
                <w:rPr>
                  <w:w w:val="105"/>
                  <w:sz w:val="15"/>
                </w:rPr>
                <w:t>http://school-collektion.edu/ru</w:t>
              </w:r>
            </w:hyperlink>
          </w:p>
        </w:tc>
      </w:tr>
      <w:tr w:rsidR="002873D8" w:rsidRPr="007D252F" w14:paraId="407985D6" w14:textId="77777777" w:rsidTr="002873D8">
        <w:trPr>
          <w:trHeight w:val="333"/>
        </w:trPr>
        <w:tc>
          <w:tcPr>
            <w:tcW w:w="504" w:type="dxa"/>
          </w:tcPr>
          <w:p w14:paraId="33CC4484" w14:textId="77777777" w:rsidR="002873D8" w:rsidRDefault="002873D8" w:rsidP="002873D8">
            <w:pPr>
              <w:pStyle w:val="TableParagraph"/>
              <w:spacing w:before="74"/>
              <w:ind w:left="76"/>
              <w:rPr>
                <w:sz w:val="15"/>
              </w:rPr>
            </w:pPr>
            <w:r>
              <w:rPr>
                <w:w w:val="105"/>
                <w:sz w:val="15"/>
              </w:rPr>
              <w:t>1.3.</w:t>
            </w:r>
          </w:p>
        </w:tc>
        <w:tc>
          <w:tcPr>
            <w:tcW w:w="6555" w:type="dxa"/>
          </w:tcPr>
          <w:p w14:paraId="3E6D4C80" w14:textId="77777777" w:rsidR="002873D8" w:rsidRDefault="002873D8" w:rsidP="002873D8">
            <w:pPr>
              <w:pStyle w:val="TableParagraph"/>
              <w:spacing w:before="74"/>
              <w:ind w:left="76"/>
              <w:rPr>
                <w:b/>
                <w:sz w:val="15"/>
              </w:rPr>
            </w:pPr>
            <w:r>
              <w:rPr>
                <w:b/>
                <w:spacing w:val="-1"/>
                <w:w w:val="105"/>
                <w:sz w:val="15"/>
              </w:rPr>
              <w:t>Творчество</w:t>
            </w:r>
            <w:r>
              <w:rPr>
                <w:b/>
                <w:spacing w:val="-6"/>
                <w:w w:val="105"/>
                <w:sz w:val="15"/>
              </w:rPr>
              <w:t xml:space="preserve"> </w:t>
            </w:r>
            <w:r>
              <w:rPr>
                <w:b/>
                <w:spacing w:val="-1"/>
                <w:w w:val="105"/>
                <w:sz w:val="15"/>
              </w:rPr>
              <w:t>А.С.Пушкина</w:t>
            </w:r>
          </w:p>
        </w:tc>
        <w:tc>
          <w:tcPr>
            <w:tcW w:w="576" w:type="dxa"/>
          </w:tcPr>
          <w:p w14:paraId="021CAE75" w14:textId="77777777" w:rsidR="002873D8" w:rsidRDefault="002873D8" w:rsidP="002873D8">
            <w:pPr>
              <w:pStyle w:val="TableParagraph"/>
              <w:spacing w:before="74"/>
              <w:rPr>
                <w:sz w:val="15"/>
              </w:rPr>
            </w:pPr>
            <w:r>
              <w:rPr>
                <w:w w:val="105"/>
                <w:sz w:val="15"/>
              </w:rPr>
              <w:t>10</w:t>
            </w:r>
          </w:p>
        </w:tc>
        <w:tc>
          <w:tcPr>
            <w:tcW w:w="1801" w:type="dxa"/>
          </w:tcPr>
          <w:p w14:paraId="215D7DD2" w14:textId="77777777" w:rsidR="002873D8" w:rsidRDefault="002873D8" w:rsidP="002873D8">
            <w:pPr>
              <w:pStyle w:val="TableParagraph"/>
              <w:spacing w:before="74"/>
              <w:rPr>
                <w:sz w:val="15"/>
              </w:rPr>
            </w:pPr>
            <w:r>
              <w:rPr>
                <w:w w:val="104"/>
                <w:sz w:val="15"/>
              </w:rPr>
              <w:t>1</w:t>
            </w:r>
          </w:p>
        </w:tc>
        <w:tc>
          <w:tcPr>
            <w:tcW w:w="1849" w:type="dxa"/>
          </w:tcPr>
          <w:p w14:paraId="1AB0A76D" w14:textId="77777777" w:rsidR="002873D8" w:rsidRDefault="002873D8" w:rsidP="002873D8">
            <w:pPr>
              <w:pStyle w:val="TableParagraph"/>
              <w:spacing w:before="74"/>
              <w:rPr>
                <w:sz w:val="15"/>
              </w:rPr>
            </w:pPr>
            <w:r>
              <w:rPr>
                <w:w w:val="104"/>
                <w:sz w:val="15"/>
              </w:rPr>
              <w:t>0</w:t>
            </w:r>
          </w:p>
        </w:tc>
        <w:tc>
          <w:tcPr>
            <w:tcW w:w="4214" w:type="dxa"/>
          </w:tcPr>
          <w:p w14:paraId="0613CBAE" w14:textId="77777777" w:rsidR="002873D8" w:rsidRDefault="00A3294A" w:rsidP="002873D8">
            <w:pPr>
              <w:pStyle w:val="TableParagraph"/>
              <w:spacing w:before="74"/>
              <w:ind w:left="78"/>
              <w:rPr>
                <w:sz w:val="15"/>
              </w:rPr>
            </w:pPr>
            <w:hyperlink r:id="rId25">
              <w:r w:rsidR="002873D8">
                <w:rPr>
                  <w:w w:val="105"/>
                  <w:sz w:val="15"/>
                </w:rPr>
                <w:t>http://school-collektion.edu/ru</w:t>
              </w:r>
            </w:hyperlink>
          </w:p>
        </w:tc>
      </w:tr>
      <w:tr w:rsidR="002873D8" w:rsidRPr="007D252F" w14:paraId="308F3895" w14:textId="77777777" w:rsidTr="002873D8">
        <w:trPr>
          <w:trHeight w:val="333"/>
        </w:trPr>
        <w:tc>
          <w:tcPr>
            <w:tcW w:w="504" w:type="dxa"/>
          </w:tcPr>
          <w:p w14:paraId="1110425B" w14:textId="77777777" w:rsidR="002873D8" w:rsidRDefault="002873D8" w:rsidP="002873D8">
            <w:pPr>
              <w:pStyle w:val="TableParagraph"/>
              <w:spacing w:before="74"/>
              <w:ind w:left="76"/>
              <w:rPr>
                <w:sz w:val="15"/>
              </w:rPr>
            </w:pPr>
            <w:r>
              <w:rPr>
                <w:w w:val="105"/>
                <w:sz w:val="15"/>
              </w:rPr>
              <w:t>1.4.</w:t>
            </w:r>
          </w:p>
        </w:tc>
        <w:tc>
          <w:tcPr>
            <w:tcW w:w="6555" w:type="dxa"/>
          </w:tcPr>
          <w:p w14:paraId="37CE47D8" w14:textId="77777777" w:rsidR="002873D8" w:rsidRDefault="002873D8" w:rsidP="002873D8">
            <w:pPr>
              <w:pStyle w:val="TableParagraph"/>
              <w:spacing w:before="74"/>
              <w:ind w:left="76"/>
              <w:rPr>
                <w:b/>
                <w:sz w:val="15"/>
              </w:rPr>
            </w:pPr>
            <w:r>
              <w:rPr>
                <w:b/>
                <w:spacing w:val="-1"/>
                <w:w w:val="105"/>
                <w:sz w:val="15"/>
              </w:rPr>
              <w:t>Творчество</w:t>
            </w:r>
            <w:r>
              <w:rPr>
                <w:b/>
                <w:spacing w:val="-6"/>
                <w:w w:val="105"/>
                <w:sz w:val="15"/>
              </w:rPr>
              <w:t xml:space="preserve"> </w:t>
            </w:r>
            <w:r>
              <w:rPr>
                <w:b/>
                <w:spacing w:val="-1"/>
                <w:w w:val="105"/>
                <w:sz w:val="15"/>
              </w:rPr>
              <w:t>И.А.Крылова</w:t>
            </w:r>
          </w:p>
        </w:tc>
        <w:tc>
          <w:tcPr>
            <w:tcW w:w="576" w:type="dxa"/>
          </w:tcPr>
          <w:p w14:paraId="7FA6F871" w14:textId="77777777" w:rsidR="002873D8" w:rsidRDefault="002873D8" w:rsidP="002873D8">
            <w:pPr>
              <w:pStyle w:val="TableParagraph"/>
              <w:spacing w:before="74"/>
              <w:rPr>
                <w:sz w:val="15"/>
              </w:rPr>
            </w:pPr>
            <w:r>
              <w:rPr>
                <w:w w:val="104"/>
                <w:sz w:val="15"/>
              </w:rPr>
              <w:t>4</w:t>
            </w:r>
          </w:p>
        </w:tc>
        <w:tc>
          <w:tcPr>
            <w:tcW w:w="1801" w:type="dxa"/>
          </w:tcPr>
          <w:p w14:paraId="4395F220" w14:textId="77777777" w:rsidR="002873D8" w:rsidRDefault="002873D8" w:rsidP="002873D8">
            <w:pPr>
              <w:pStyle w:val="TableParagraph"/>
              <w:spacing w:before="74"/>
              <w:rPr>
                <w:sz w:val="15"/>
              </w:rPr>
            </w:pPr>
            <w:r>
              <w:rPr>
                <w:w w:val="104"/>
                <w:sz w:val="15"/>
              </w:rPr>
              <w:t>1</w:t>
            </w:r>
          </w:p>
        </w:tc>
        <w:tc>
          <w:tcPr>
            <w:tcW w:w="1849" w:type="dxa"/>
          </w:tcPr>
          <w:p w14:paraId="6A767ED4" w14:textId="77777777" w:rsidR="002873D8" w:rsidRDefault="002873D8" w:rsidP="002873D8">
            <w:pPr>
              <w:pStyle w:val="TableParagraph"/>
              <w:spacing w:before="74"/>
              <w:rPr>
                <w:sz w:val="15"/>
              </w:rPr>
            </w:pPr>
            <w:r>
              <w:rPr>
                <w:w w:val="104"/>
                <w:sz w:val="15"/>
              </w:rPr>
              <w:t>0</w:t>
            </w:r>
          </w:p>
        </w:tc>
        <w:tc>
          <w:tcPr>
            <w:tcW w:w="4214" w:type="dxa"/>
          </w:tcPr>
          <w:p w14:paraId="5EEC769C" w14:textId="77777777" w:rsidR="002873D8" w:rsidRDefault="00A3294A" w:rsidP="002873D8">
            <w:pPr>
              <w:pStyle w:val="TableParagraph"/>
              <w:spacing w:before="74"/>
              <w:ind w:left="78"/>
              <w:rPr>
                <w:sz w:val="15"/>
              </w:rPr>
            </w:pPr>
            <w:hyperlink r:id="rId26">
              <w:r w:rsidR="002873D8">
                <w:rPr>
                  <w:w w:val="105"/>
                  <w:sz w:val="15"/>
                </w:rPr>
                <w:t>http://school-collektion.edu/ru</w:t>
              </w:r>
            </w:hyperlink>
          </w:p>
        </w:tc>
      </w:tr>
      <w:tr w:rsidR="002873D8" w:rsidRPr="007D252F" w14:paraId="318EA744" w14:textId="77777777" w:rsidTr="002873D8">
        <w:trPr>
          <w:trHeight w:val="333"/>
        </w:trPr>
        <w:tc>
          <w:tcPr>
            <w:tcW w:w="504" w:type="dxa"/>
          </w:tcPr>
          <w:p w14:paraId="017A73EA" w14:textId="77777777" w:rsidR="002873D8" w:rsidRDefault="002873D8" w:rsidP="002873D8">
            <w:pPr>
              <w:pStyle w:val="TableParagraph"/>
              <w:spacing w:before="74"/>
              <w:ind w:left="76"/>
              <w:rPr>
                <w:sz w:val="15"/>
              </w:rPr>
            </w:pPr>
            <w:r>
              <w:rPr>
                <w:w w:val="105"/>
                <w:sz w:val="15"/>
              </w:rPr>
              <w:t>1.5.</w:t>
            </w:r>
          </w:p>
        </w:tc>
        <w:tc>
          <w:tcPr>
            <w:tcW w:w="6555" w:type="dxa"/>
          </w:tcPr>
          <w:p w14:paraId="51BD8BEF" w14:textId="77777777" w:rsidR="002873D8" w:rsidRDefault="002873D8" w:rsidP="002873D8">
            <w:pPr>
              <w:pStyle w:val="TableParagraph"/>
              <w:spacing w:before="74"/>
              <w:ind w:left="76"/>
              <w:rPr>
                <w:b/>
                <w:sz w:val="15"/>
              </w:rPr>
            </w:pPr>
            <w:r>
              <w:rPr>
                <w:b/>
                <w:w w:val="105"/>
                <w:sz w:val="15"/>
              </w:rPr>
              <w:t>Творчество</w:t>
            </w:r>
            <w:r>
              <w:rPr>
                <w:b/>
                <w:spacing w:val="-10"/>
                <w:w w:val="105"/>
                <w:sz w:val="15"/>
              </w:rPr>
              <w:t xml:space="preserve"> </w:t>
            </w:r>
            <w:r>
              <w:rPr>
                <w:b/>
                <w:w w:val="105"/>
                <w:sz w:val="15"/>
              </w:rPr>
              <w:t>М.</w:t>
            </w:r>
            <w:r>
              <w:rPr>
                <w:b/>
                <w:spacing w:val="-9"/>
                <w:w w:val="105"/>
                <w:sz w:val="15"/>
              </w:rPr>
              <w:t xml:space="preserve"> </w:t>
            </w:r>
            <w:r>
              <w:rPr>
                <w:b/>
                <w:w w:val="105"/>
                <w:sz w:val="15"/>
              </w:rPr>
              <w:t>Ю.</w:t>
            </w:r>
            <w:r>
              <w:rPr>
                <w:b/>
                <w:spacing w:val="-9"/>
                <w:w w:val="105"/>
                <w:sz w:val="15"/>
              </w:rPr>
              <w:t xml:space="preserve"> </w:t>
            </w:r>
            <w:r>
              <w:rPr>
                <w:b/>
                <w:w w:val="105"/>
                <w:sz w:val="15"/>
              </w:rPr>
              <w:t>Лермонтова</w:t>
            </w:r>
          </w:p>
        </w:tc>
        <w:tc>
          <w:tcPr>
            <w:tcW w:w="576" w:type="dxa"/>
          </w:tcPr>
          <w:p w14:paraId="6FAE24F1" w14:textId="77777777" w:rsidR="002873D8" w:rsidRDefault="002873D8" w:rsidP="002873D8">
            <w:pPr>
              <w:pStyle w:val="TableParagraph"/>
              <w:spacing w:before="74"/>
              <w:rPr>
                <w:sz w:val="15"/>
              </w:rPr>
            </w:pPr>
            <w:r>
              <w:rPr>
                <w:w w:val="104"/>
                <w:sz w:val="15"/>
              </w:rPr>
              <w:t>4</w:t>
            </w:r>
          </w:p>
        </w:tc>
        <w:tc>
          <w:tcPr>
            <w:tcW w:w="1801" w:type="dxa"/>
          </w:tcPr>
          <w:p w14:paraId="06CC240C" w14:textId="77777777" w:rsidR="002873D8" w:rsidRDefault="002873D8" w:rsidP="002873D8">
            <w:pPr>
              <w:pStyle w:val="TableParagraph"/>
              <w:spacing w:before="74"/>
              <w:rPr>
                <w:sz w:val="15"/>
              </w:rPr>
            </w:pPr>
            <w:r>
              <w:rPr>
                <w:w w:val="104"/>
                <w:sz w:val="15"/>
              </w:rPr>
              <w:t>1</w:t>
            </w:r>
          </w:p>
        </w:tc>
        <w:tc>
          <w:tcPr>
            <w:tcW w:w="1849" w:type="dxa"/>
          </w:tcPr>
          <w:p w14:paraId="608F8273" w14:textId="77777777" w:rsidR="002873D8" w:rsidRDefault="002873D8" w:rsidP="002873D8">
            <w:pPr>
              <w:pStyle w:val="TableParagraph"/>
              <w:spacing w:before="74"/>
              <w:rPr>
                <w:sz w:val="15"/>
              </w:rPr>
            </w:pPr>
            <w:r>
              <w:rPr>
                <w:w w:val="104"/>
                <w:sz w:val="15"/>
              </w:rPr>
              <w:t>0</w:t>
            </w:r>
          </w:p>
        </w:tc>
        <w:tc>
          <w:tcPr>
            <w:tcW w:w="4214" w:type="dxa"/>
          </w:tcPr>
          <w:p w14:paraId="7C8C686A" w14:textId="77777777" w:rsidR="002873D8" w:rsidRDefault="00A3294A" w:rsidP="002873D8">
            <w:pPr>
              <w:pStyle w:val="TableParagraph"/>
              <w:spacing w:before="74"/>
              <w:ind w:left="78"/>
              <w:rPr>
                <w:sz w:val="15"/>
              </w:rPr>
            </w:pPr>
            <w:hyperlink r:id="rId27">
              <w:r w:rsidR="002873D8">
                <w:rPr>
                  <w:w w:val="105"/>
                  <w:sz w:val="15"/>
                </w:rPr>
                <w:t>http://school-collektion.edu/ru</w:t>
              </w:r>
            </w:hyperlink>
          </w:p>
        </w:tc>
      </w:tr>
    </w:tbl>
    <w:p w14:paraId="48B39FD0" w14:textId="77777777" w:rsidR="002873D8" w:rsidRPr="002873D8" w:rsidRDefault="002873D8" w:rsidP="002873D8">
      <w:pPr>
        <w:rPr>
          <w:sz w:val="15"/>
          <w:lang w:val="ru-RU"/>
        </w:rPr>
        <w:sectPr w:rsidR="002873D8" w:rsidRPr="002873D8">
          <w:pgSz w:w="16840" w:h="11900" w:orient="landscape"/>
          <w:pgMar w:top="5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6555"/>
        <w:gridCol w:w="576"/>
        <w:gridCol w:w="1801"/>
        <w:gridCol w:w="1849"/>
        <w:gridCol w:w="4214"/>
      </w:tblGrid>
      <w:tr w:rsidR="002873D8" w:rsidRPr="007D252F" w14:paraId="4672131C" w14:textId="77777777" w:rsidTr="002873D8">
        <w:trPr>
          <w:trHeight w:val="333"/>
        </w:trPr>
        <w:tc>
          <w:tcPr>
            <w:tcW w:w="504" w:type="dxa"/>
          </w:tcPr>
          <w:p w14:paraId="2E06CCAD" w14:textId="77777777" w:rsidR="002873D8" w:rsidRDefault="002873D8" w:rsidP="002873D8">
            <w:pPr>
              <w:pStyle w:val="TableParagraph"/>
              <w:spacing w:before="64"/>
              <w:ind w:left="76"/>
              <w:rPr>
                <w:sz w:val="15"/>
              </w:rPr>
            </w:pPr>
            <w:r>
              <w:rPr>
                <w:w w:val="105"/>
                <w:sz w:val="15"/>
              </w:rPr>
              <w:lastRenderedPageBreak/>
              <w:t>1.6.</w:t>
            </w:r>
          </w:p>
        </w:tc>
        <w:tc>
          <w:tcPr>
            <w:tcW w:w="6555" w:type="dxa"/>
          </w:tcPr>
          <w:p w14:paraId="55E6C1B8" w14:textId="77777777" w:rsidR="002873D8" w:rsidRDefault="002873D8" w:rsidP="002873D8">
            <w:pPr>
              <w:pStyle w:val="TableParagraph"/>
              <w:spacing w:before="64"/>
              <w:ind w:left="76"/>
              <w:rPr>
                <w:b/>
                <w:sz w:val="15"/>
              </w:rPr>
            </w:pPr>
            <w:r>
              <w:rPr>
                <w:b/>
                <w:spacing w:val="-1"/>
                <w:w w:val="105"/>
                <w:sz w:val="15"/>
              </w:rPr>
              <w:t>Литературная</w:t>
            </w:r>
            <w:r>
              <w:rPr>
                <w:b/>
                <w:spacing w:val="-7"/>
                <w:w w:val="105"/>
                <w:sz w:val="15"/>
              </w:rPr>
              <w:t xml:space="preserve"> </w:t>
            </w:r>
            <w:r>
              <w:rPr>
                <w:b/>
                <w:w w:val="105"/>
                <w:sz w:val="15"/>
              </w:rPr>
              <w:t>сказка</w:t>
            </w:r>
          </w:p>
        </w:tc>
        <w:tc>
          <w:tcPr>
            <w:tcW w:w="576" w:type="dxa"/>
          </w:tcPr>
          <w:p w14:paraId="10A28484" w14:textId="77777777" w:rsidR="002873D8" w:rsidRDefault="002873D8" w:rsidP="002873D8">
            <w:pPr>
              <w:pStyle w:val="TableParagraph"/>
              <w:spacing w:before="64"/>
              <w:rPr>
                <w:sz w:val="15"/>
              </w:rPr>
            </w:pPr>
            <w:r>
              <w:rPr>
                <w:w w:val="104"/>
                <w:sz w:val="15"/>
              </w:rPr>
              <w:t>7</w:t>
            </w:r>
          </w:p>
        </w:tc>
        <w:tc>
          <w:tcPr>
            <w:tcW w:w="1801" w:type="dxa"/>
          </w:tcPr>
          <w:p w14:paraId="45C2792B" w14:textId="77777777" w:rsidR="002873D8" w:rsidRDefault="002873D8" w:rsidP="002873D8">
            <w:pPr>
              <w:pStyle w:val="TableParagraph"/>
              <w:spacing w:before="64"/>
              <w:rPr>
                <w:sz w:val="15"/>
              </w:rPr>
            </w:pPr>
            <w:r>
              <w:rPr>
                <w:w w:val="104"/>
                <w:sz w:val="15"/>
              </w:rPr>
              <w:t>1</w:t>
            </w:r>
          </w:p>
        </w:tc>
        <w:tc>
          <w:tcPr>
            <w:tcW w:w="1849" w:type="dxa"/>
          </w:tcPr>
          <w:p w14:paraId="50AF4FD2" w14:textId="77777777" w:rsidR="002873D8" w:rsidRDefault="002873D8" w:rsidP="002873D8">
            <w:pPr>
              <w:pStyle w:val="TableParagraph"/>
              <w:spacing w:before="64"/>
              <w:rPr>
                <w:sz w:val="15"/>
              </w:rPr>
            </w:pPr>
            <w:r>
              <w:rPr>
                <w:w w:val="104"/>
                <w:sz w:val="15"/>
              </w:rPr>
              <w:t>0</w:t>
            </w:r>
          </w:p>
        </w:tc>
        <w:tc>
          <w:tcPr>
            <w:tcW w:w="4214" w:type="dxa"/>
          </w:tcPr>
          <w:p w14:paraId="70960606" w14:textId="77777777" w:rsidR="002873D8" w:rsidRDefault="00A3294A" w:rsidP="002873D8">
            <w:pPr>
              <w:pStyle w:val="TableParagraph"/>
              <w:spacing w:before="64"/>
              <w:ind w:left="78"/>
              <w:rPr>
                <w:sz w:val="15"/>
              </w:rPr>
            </w:pPr>
            <w:hyperlink r:id="rId28">
              <w:r w:rsidR="002873D8">
                <w:rPr>
                  <w:w w:val="105"/>
                  <w:sz w:val="15"/>
                </w:rPr>
                <w:t>http://school-collektion.edu/ru</w:t>
              </w:r>
            </w:hyperlink>
          </w:p>
        </w:tc>
      </w:tr>
      <w:tr w:rsidR="002873D8" w:rsidRPr="007D252F" w14:paraId="32B51C10" w14:textId="77777777" w:rsidTr="002873D8">
        <w:trPr>
          <w:trHeight w:val="333"/>
        </w:trPr>
        <w:tc>
          <w:tcPr>
            <w:tcW w:w="504" w:type="dxa"/>
          </w:tcPr>
          <w:p w14:paraId="2153E7A0" w14:textId="77777777" w:rsidR="002873D8" w:rsidRDefault="002873D8" w:rsidP="002873D8">
            <w:pPr>
              <w:pStyle w:val="TableParagraph"/>
              <w:spacing w:before="64"/>
              <w:ind w:left="76"/>
              <w:rPr>
                <w:sz w:val="15"/>
              </w:rPr>
            </w:pPr>
            <w:r>
              <w:rPr>
                <w:w w:val="105"/>
                <w:sz w:val="15"/>
              </w:rPr>
              <w:t>1.7.</w:t>
            </w:r>
          </w:p>
        </w:tc>
        <w:tc>
          <w:tcPr>
            <w:tcW w:w="6555" w:type="dxa"/>
          </w:tcPr>
          <w:p w14:paraId="2AE99F6C" w14:textId="77777777" w:rsidR="002873D8" w:rsidRDefault="002873D8" w:rsidP="002873D8">
            <w:pPr>
              <w:pStyle w:val="TableParagraph"/>
              <w:spacing w:before="64"/>
              <w:ind w:left="76"/>
              <w:rPr>
                <w:b/>
                <w:sz w:val="15"/>
              </w:rPr>
            </w:pPr>
            <w:r>
              <w:rPr>
                <w:b/>
                <w:w w:val="105"/>
                <w:sz w:val="15"/>
              </w:rPr>
              <w:t>Картины</w:t>
            </w:r>
            <w:r>
              <w:rPr>
                <w:b/>
                <w:spacing w:val="-9"/>
                <w:w w:val="105"/>
                <w:sz w:val="15"/>
              </w:rPr>
              <w:t xml:space="preserve"> </w:t>
            </w:r>
            <w:r>
              <w:rPr>
                <w:b/>
                <w:w w:val="105"/>
                <w:sz w:val="15"/>
              </w:rPr>
              <w:t>природы</w:t>
            </w:r>
            <w:r>
              <w:rPr>
                <w:b/>
                <w:spacing w:val="-8"/>
                <w:w w:val="105"/>
                <w:sz w:val="15"/>
              </w:rPr>
              <w:t xml:space="preserve"> </w:t>
            </w:r>
            <w:r>
              <w:rPr>
                <w:b/>
                <w:w w:val="105"/>
                <w:sz w:val="15"/>
              </w:rPr>
              <w:t>в</w:t>
            </w:r>
            <w:r>
              <w:rPr>
                <w:b/>
                <w:spacing w:val="-9"/>
                <w:w w:val="105"/>
                <w:sz w:val="15"/>
              </w:rPr>
              <w:t xml:space="preserve"> </w:t>
            </w:r>
            <w:r>
              <w:rPr>
                <w:b/>
                <w:w w:val="105"/>
                <w:sz w:val="15"/>
              </w:rPr>
              <w:t>творчестве</w:t>
            </w:r>
            <w:r>
              <w:rPr>
                <w:b/>
                <w:spacing w:val="-8"/>
                <w:w w:val="105"/>
                <w:sz w:val="15"/>
              </w:rPr>
              <w:t xml:space="preserve"> </w:t>
            </w:r>
            <w:r>
              <w:rPr>
                <w:b/>
                <w:w w:val="105"/>
                <w:sz w:val="15"/>
              </w:rPr>
              <w:t>поэтов</w:t>
            </w:r>
            <w:r>
              <w:rPr>
                <w:b/>
                <w:spacing w:val="-8"/>
                <w:w w:val="105"/>
                <w:sz w:val="15"/>
              </w:rPr>
              <w:t xml:space="preserve"> </w:t>
            </w:r>
            <w:r>
              <w:rPr>
                <w:b/>
                <w:w w:val="105"/>
                <w:sz w:val="15"/>
              </w:rPr>
              <w:t>и</w:t>
            </w:r>
            <w:r>
              <w:rPr>
                <w:b/>
                <w:spacing w:val="-9"/>
                <w:w w:val="105"/>
                <w:sz w:val="15"/>
              </w:rPr>
              <w:t xml:space="preserve"> </w:t>
            </w:r>
            <w:r>
              <w:rPr>
                <w:b/>
                <w:w w:val="105"/>
                <w:sz w:val="15"/>
              </w:rPr>
              <w:t>писателей</w:t>
            </w:r>
            <w:r>
              <w:rPr>
                <w:b/>
                <w:spacing w:val="-8"/>
                <w:w w:val="105"/>
                <w:sz w:val="15"/>
              </w:rPr>
              <w:t xml:space="preserve"> </w:t>
            </w:r>
            <w:r>
              <w:rPr>
                <w:b/>
                <w:w w:val="105"/>
                <w:sz w:val="15"/>
              </w:rPr>
              <w:t>ХIХ</w:t>
            </w:r>
            <w:r>
              <w:rPr>
                <w:b/>
                <w:spacing w:val="-8"/>
                <w:w w:val="105"/>
                <w:sz w:val="15"/>
              </w:rPr>
              <w:t xml:space="preserve"> </w:t>
            </w:r>
            <w:r>
              <w:rPr>
                <w:b/>
                <w:w w:val="105"/>
                <w:sz w:val="15"/>
              </w:rPr>
              <w:t>века</w:t>
            </w:r>
          </w:p>
        </w:tc>
        <w:tc>
          <w:tcPr>
            <w:tcW w:w="576" w:type="dxa"/>
          </w:tcPr>
          <w:p w14:paraId="5F95B1D9" w14:textId="77777777" w:rsidR="002873D8" w:rsidRDefault="002873D8" w:rsidP="002873D8">
            <w:pPr>
              <w:pStyle w:val="TableParagraph"/>
              <w:spacing w:before="64"/>
              <w:rPr>
                <w:sz w:val="15"/>
              </w:rPr>
            </w:pPr>
            <w:r>
              <w:rPr>
                <w:w w:val="104"/>
                <w:sz w:val="15"/>
              </w:rPr>
              <w:t>5</w:t>
            </w:r>
          </w:p>
        </w:tc>
        <w:tc>
          <w:tcPr>
            <w:tcW w:w="1801" w:type="dxa"/>
          </w:tcPr>
          <w:p w14:paraId="0CD4B3D7" w14:textId="77777777" w:rsidR="002873D8" w:rsidRDefault="002873D8" w:rsidP="002873D8">
            <w:pPr>
              <w:pStyle w:val="TableParagraph"/>
              <w:spacing w:before="64"/>
              <w:rPr>
                <w:sz w:val="15"/>
              </w:rPr>
            </w:pPr>
            <w:r>
              <w:rPr>
                <w:w w:val="104"/>
                <w:sz w:val="15"/>
              </w:rPr>
              <w:t>1</w:t>
            </w:r>
          </w:p>
        </w:tc>
        <w:tc>
          <w:tcPr>
            <w:tcW w:w="1849" w:type="dxa"/>
          </w:tcPr>
          <w:p w14:paraId="5704090F" w14:textId="77777777" w:rsidR="002873D8" w:rsidRDefault="002873D8" w:rsidP="002873D8">
            <w:pPr>
              <w:pStyle w:val="TableParagraph"/>
              <w:spacing w:before="64"/>
              <w:rPr>
                <w:sz w:val="15"/>
              </w:rPr>
            </w:pPr>
            <w:r>
              <w:rPr>
                <w:w w:val="104"/>
                <w:sz w:val="15"/>
              </w:rPr>
              <w:t>0</w:t>
            </w:r>
          </w:p>
        </w:tc>
        <w:tc>
          <w:tcPr>
            <w:tcW w:w="4214" w:type="dxa"/>
          </w:tcPr>
          <w:p w14:paraId="50DC6901" w14:textId="77777777" w:rsidR="002873D8" w:rsidRDefault="00A3294A" w:rsidP="002873D8">
            <w:pPr>
              <w:pStyle w:val="TableParagraph"/>
              <w:spacing w:before="64"/>
              <w:ind w:left="78"/>
              <w:rPr>
                <w:sz w:val="15"/>
              </w:rPr>
            </w:pPr>
            <w:hyperlink r:id="rId29">
              <w:r w:rsidR="002873D8">
                <w:rPr>
                  <w:w w:val="105"/>
                  <w:sz w:val="15"/>
                </w:rPr>
                <w:t>http://school-collektion.edu/ru</w:t>
              </w:r>
            </w:hyperlink>
          </w:p>
        </w:tc>
      </w:tr>
      <w:tr w:rsidR="002873D8" w:rsidRPr="007D252F" w14:paraId="11CEDE0E" w14:textId="77777777" w:rsidTr="002873D8">
        <w:trPr>
          <w:trHeight w:val="333"/>
        </w:trPr>
        <w:tc>
          <w:tcPr>
            <w:tcW w:w="504" w:type="dxa"/>
          </w:tcPr>
          <w:p w14:paraId="69025D57" w14:textId="77777777" w:rsidR="002873D8" w:rsidRDefault="002873D8" w:rsidP="002873D8">
            <w:pPr>
              <w:pStyle w:val="TableParagraph"/>
              <w:spacing w:before="64"/>
              <w:ind w:left="76"/>
              <w:rPr>
                <w:sz w:val="15"/>
              </w:rPr>
            </w:pPr>
            <w:r>
              <w:rPr>
                <w:w w:val="105"/>
                <w:sz w:val="15"/>
              </w:rPr>
              <w:t>1.8.</w:t>
            </w:r>
          </w:p>
        </w:tc>
        <w:tc>
          <w:tcPr>
            <w:tcW w:w="6555" w:type="dxa"/>
          </w:tcPr>
          <w:p w14:paraId="1AC3B00B" w14:textId="77777777" w:rsidR="002873D8" w:rsidRDefault="002873D8" w:rsidP="002873D8">
            <w:pPr>
              <w:pStyle w:val="TableParagraph"/>
              <w:spacing w:before="64"/>
              <w:ind w:left="76"/>
              <w:rPr>
                <w:b/>
                <w:sz w:val="15"/>
              </w:rPr>
            </w:pPr>
            <w:r>
              <w:rPr>
                <w:b/>
                <w:w w:val="105"/>
                <w:sz w:val="15"/>
              </w:rPr>
              <w:t>Творчество</w:t>
            </w:r>
            <w:r>
              <w:rPr>
                <w:b/>
                <w:spacing w:val="-9"/>
                <w:w w:val="105"/>
                <w:sz w:val="15"/>
              </w:rPr>
              <w:t xml:space="preserve"> </w:t>
            </w:r>
            <w:r>
              <w:rPr>
                <w:b/>
                <w:w w:val="105"/>
                <w:sz w:val="15"/>
              </w:rPr>
              <w:t>Л.</w:t>
            </w:r>
            <w:r>
              <w:rPr>
                <w:b/>
                <w:spacing w:val="-8"/>
                <w:w w:val="105"/>
                <w:sz w:val="15"/>
              </w:rPr>
              <w:t xml:space="preserve"> </w:t>
            </w:r>
            <w:r>
              <w:rPr>
                <w:b/>
                <w:w w:val="105"/>
                <w:sz w:val="15"/>
              </w:rPr>
              <w:t>Н.</w:t>
            </w:r>
            <w:r>
              <w:rPr>
                <w:b/>
                <w:spacing w:val="-8"/>
                <w:w w:val="105"/>
                <w:sz w:val="15"/>
              </w:rPr>
              <w:t xml:space="preserve"> </w:t>
            </w:r>
            <w:r>
              <w:rPr>
                <w:b/>
                <w:w w:val="105"/>
                <w:sz w:val="15"/>
              </w:rPr>
              <w:t>Толстого</w:t>
            </w:r>
          </w:p>
        </w:tc>
        <w:tc>
          <w:tcPr>
            <w:tcW w:w="576" w:type="dxa"/>
          </w:tcPr>
          <w:p w14:paraId="60455CE0" w14:textId="77777777" w:rsidR="002873D8" w:rsidRDefault="002873D8" w:rsidP="002873D8">
            <w:pPr>
              <w:pStyle w:val="TableParagraph"/>
              <w:spacing w:before="64"/>
              <w:rPr>
                <w:sz w:val="15"/>
              </w:rPr>
            </w:pPr>
            <w:r>
              <w:rPr>
                <w:w w:val="104"/>
                <w:sz w:val="15"/>
              </w:rPr>
              <w:t>5</w:t>
            </w:r>
          </w:p>
        </w:tc>
        <w:tc>
          <w:tcPr>
            <w:tcW w:w="1801" w:type="dxa"/>
          </w:tcPr>
          <w:p w14:paraId="6008F722" w14:textId="77777777" w:rsidR="002873D8" w:rsidRDefault="002873D8" w:rsidP="002873D8">
            <w:pPr>
              <w:pStyle w:val="TableParagraph"/>
              <w:spacing w:before="64"/>
              <w:rPr>
                <w:sz w:val="15"/>
              </w:rPr>
            </w:pPr>
            <w:r>
              <w:rPr>
                <w:w w:val="104"/>
                <w:sz w:val="15"/>
              </w:rPr>
              <w:t>1</w:t>
            </w:r>
          </w:p>
        </w:tc>
        <w:tc>
          <w:tcPr>
            <w:tcW w:w="1849" w:type="dxa"/>
          </w:tcPr>
          <w:p w14:paraId="52FDB38F" w14:textId="77777777" w:rsidR="002873D8" w:rsidRDefault="002873D8" w:rsidP="002873D8">
            <w:pPr>
              <w:pStyle w:val="TableParagraph"/>
              <w:spacing w:before="64"/>
              <w:rPr>
                <w:sz w:val="15"/>
              </w:rPr>
            </w:pPr>
            <w:r>
              <w:rPr>
                <w:w w:val="104"/>
                <w:sz w:val="15"/>
              </w:rPr>
              <w:t>0</w:t>
            </w:r>
          </w:p>
        </w:tc>
        <w:tc>
          <w:tcPr>
            <w:tcW w:w="4214" w:type="dxa"/>
          </w:tcPr>
          <w:p w14:paraId="69DE577A" w14:textId="77777777" w:rsidR="002873D8" w:rsidRDefault="00A3294A" w:rsidP="002873D8">
            <w:pPr>
              <w:pStyle w:val="TableParagraph"/>
              <w:spacing w:before="64"/>
              <w:ind w:left="78"/>
              <w:rPr>
                <w:sz w:val="15"/>
              </w:rPr>
            </w:pPr>
            <w:hyperlink r:id="rId30">
              <w:r w:rsidR="002873D8">
                <w:rPr>
                  <w:w w:val="105"/>
                  <w:sz w:val="15"/>
                </w:rPr>
                <w:t>http://school-collektion.edu/ru</w:t>
              </w:r>
            </w:hyperlink>
          </w:p>
        </w:tc>
      </w:tr>
      <w:tr w:rsidR="002873D8" w:rsidRPr="007D252F" w14:paraId="7CF33236" w14:textId="77777777" w:rsidTr="002873D8">
        <w:trPr>
          <w:trHeight w:val="333"/>
        </w:trPr>
        <w:tc>
          <w:tcPr>
            <w:tcW w:w="504" w:type="dxa"/>
          </w:tcPr>
          <w:p w14:paraId="482986CB" w14:textId="77777777" w:rsidR="002873D8" w:rsidRDefault="002873D8" w:rsidP="002873D8">
            <w:pPr>
              <w:pStyle w:val="TableParagraph"/>
              <w:spacing w:before="64"/>
              <w:ind w:left="76"/>
              <w:rPr>
                <w:sz w:val="15"/>
              </w:rPr>
            </w:pPr>
            <w:r>
              <w:rPr>
                <w:w w:val="105"/>
                <w:sz w:val="15"/>
              </w:rPr>
              <w:t>1.9.</w:t>
            </w:r>
          </w:p>
        </w:tc>
        <w:tc>
          <w:tcPr>
            <w:tcW w:w="6555" w:type="dxa"/>
          </w:tcPr>
          <w:p w14:paraId="7C24ED10" w14:textId="77777777" w:rsidR="002873D8" w:rsidRDefault="002873D8" w:rsidP="002873D8">
            <w:pPr>
              <w:pStyle w:val="TableParagraph"/>
              <w:spacing w:before="64"/>
              <w:ind w:left="76"/>
              <w:rPr>
                <w:b/>
                <w:sz w:val="15"/>
              </w:rPr>
            </w:pPr>
            <w:r>
              <w:rPr>
                <w:b/>
                <w:w w:val="105"/>
                <w:sz w:val="15"/>
              </w:rPr>
              <w:t>Картины</w:t>
            </w:r>
            <w:r>
              <w:rPr>
                <w:b/>
                <w:spacing w:val="-9"/>
                <w:w w:val="105"/>
                <w:sz w:val="15"/>
              </w:rPr>
              <w:t xml:space="preserve"> </w:t>
            </w:r>
            <w:r>
              <w:rPr>
                <w:b/>
                <w:w w:val="105"/>
                <w:sz w:val="15"/>
              </w:rPr>
              <w:t>природы</w:t>
            </w:r>
            <w:r>
              <w:rPr>
                <w:b/>
                <w:spacing w:val="-8"/>
                <w:w w:val="105"/>
                <w:sz w:val="15"/>
              </w:rPr>
              <w:t xml:space="preserve"> </w:t>
            </w:r>
            <w:r>
              <w:rPr>
                <w:b/>
                <w:w w:val="105"/>
                <w:sz w:val="15"/>
              </w:rPr>
              <w:t>в</w:t>
            </w:r>
            <w:r>
              <w:rPr>
                <w:b/>
                <w:spacing w:val="-8"/>
                <w:w w:val="105"/>
                <w:sz w:val="15"/>
              </w:rPr>
              <w:t xml:space="preserve"> </w:t>
            </w:r>
            <w:r>
              <w:rPr>
                <w:b/>
                <w:w w:val="105"/>
                <w:sz w:val="15"/>
              </w:rPr>
              <w:t>творчестве</w:t>
            </w:r>
            <w:r>
              <w:rPr>
                <w:b/>
                <w:spacing w:val="-8"/>
                <w:w w:val="105"/>
                <w:sz w:val="15"/>
              </w:rPr>
              <w:t xml:space="preserve"> </w:t>
            </w:r>
            <w:r>
              <w:rPr>
                <w:b/>
                <w:w w:val="105"/>
                <w:sz w:val="15"/>
              </w:rPr>
              <w:t>поэтов</w:t>
            </w:r>
            <w:r>
              <w:rPr>
                <w:b/>
                <w:spacing w:val="-8"/>
                <w:w w:val="105"/>
                <w:sz w:val="15"/>
              </w:rPr>
              <w:t xml:space="preserve"> </w:t>
            </w:r>
            <w:r>
              <w:rPr>
                <w:b/>
                <w:w w:val="105"/>
                <w:sz w:val="15"/>
              </w:rPr>
              <w:t>и</w:t>
            </w:r>
            <w:r>
              <w:rPr>
                <w:b/>
                <w:spacing w:val="-9"/>
                <w:w w:val="105"/>
                <w:sz w:val="15"/>
              </w:rPr>
              <w:t xml:space="preserve"> </w:t>
            </w:r>
            <w:r>
              <w:rPr>
                <w:b/>
                <w:w w:val="105"/>
                <w:sz w:val="15"/>
              </w:rPr>
              <w:t>писателей</w:t>
            </w:r>
            <w:r>
              <w:rPr>
                <w:b/>
                <w:spacing w:val="-8"/>
                <w:w w:val="105"/>
                <w:sz w:val="15"/>
              </w:rPr>
              <w:t xml:space="preserve"> </w:t>
            </w:r>
            <w:r>
              <w:rPr>
                <w:b/>
                <w:w w:val="105"/>
                <w:sz w:val="15"/>
              </w:rPr>
              <w:t>XX</w:t>
            </w:r>
            <w:r>
              <w:rPr>
                <w:b/>
                <w:spacing w:val="-8"/>
                <w:w w:val="105"/>
                <w:sz w:val="15"/>
              </w:rPr>
              <w:t xml:space="preserve"> </w:t>
            </w:r>
            <w:r>
              <w:rPr>
                <w:b/>
                <w:w w:val="105"/>
                <w:sz w:val="15"/>
              </w:rPr>
              <w:t>века</w:t>
            </w:r>
          </w:p>
        </w:tc>
        <w:tc>
          <w:tcPr>
            <w:tcW w:w="576" w:type="dxa"/>
          </w:tcPr>
          <w:p w14:paraId="2FA77E6B" w14:textId="77777777" w:rsidR="002873D8" w:rsidRDefault="002873D8" w:rsidP="002873D8">
            <w:pPr>
              <w:pStyle w:val="TableParagraph"/>
              <w:spacing w:before="64"/>
              <w:rPr>
                <w:sz w:val="15"/>
              </w:rPr>
            </w:pPr>
            <w:r>
              <w:rPr>
                <w:w w:val="104"/>
                <w:sz w:val="15"/>
              </w:rPr>
              <w:t>4</w:t>
            </w:r>
          </w:p>
        </w:tc>
        <w:tc>
          <w:tcPr>
            <w:tcW w:w="1801" w:type="dxa"/>
          </w:tcPr>
          <w:p w14:paraId="47A98F3C" w14:textId="77777777" w:rsidR="002873D8" w:rsidRDefault="002873D8" w:rsidP="002873D8">
            <w:pPr>
              <w:pStyle w:val="TableParagraph"/>
              <w:spacing w:before="64"/>
              <w:rPr>
                <w:sz w:val="15"/>
              </w:rPr>
            </w:pPr>
            <w:r>
              <w:rPr>
                <w:w w:val="104"/>
                <w:sz w:val="15"/>
              </w:rPr>
              <w:t>1</w:t>
            </w:r>
          </w:p>
        </w:tc>
        <w:tc>
          <w:tcPr>
            <w:tcW w:w="1849" w:type="dxa"/>
          </w:tcPr>
          <w:p w14:paraId="4EE8CBC2" w14:textId="77777777" w:rsidR="002873D8" w:rsidRDefault="002873D8" w:rsidP="002873D8">
            <w:pPr>
              <w:pStyle w:val="TableParagraph"/>
              <w:spacing w:before="64"/>
              <w:rPr>
                <w:sz w:val="15"/>
              </w:rPr>
            </w:pPr>
            <w:r>
              <w:rPr>
                <w:w w:val="104"/>
                <w:sz w:val="15"/>
              </w:rPr>
              <w:t>0</w:t>
            </w:r>
          </w:p>
        </w:tc>
        <w:tc>
          <w:tcPr>
            <w:tcW w:w="4214" w:type="dxa"/>
          </w:tcPr>
          <w:p w14:paraId="53DDBEF2" w14:textId="77777777" w:rsidR="002873D8" w:rsidRDefault="00A3294A" w:rsidP="002873D8">
            <w:pPr>
              <w:pStyle w:val="TableParagraph"/>
              <w:spacing w:before="64"/>
              <w:ind w:left="78"/>
              <w:rPr>
                <w:sz w:val="15"/>
              </w:rPr>
            </w:pPr>
            <w:hyperlink r:id="rId31">
              <w:r w:rsidR="002873D8">
                <w:rPr>
                  <w:w w:val="105"/>
                  <w:sz w:val="15"/>
                </w:rPr>
                <w:t>http://school-collektion.edu/ru</w:t>
              </w:r>
            </w:hyperlink>
          </w:p>
        </w:tc>
      </w:tr>
      <w:tr w:rsidR="002873D8" w:rsidRPr="007D252F" w14:paraId="4AA24C61" w14:textId="77777777" w:rsidTr="002873D8">
        <w:trPr>
          <w:trHeight w:val="333"/>
        </w:trPr>
        <w:tc>
          <w:tcPr>
            <w:tcW w:w="504" w:type="dxa"/>
          </w:tcPr>
          <w:p w14:paraId="18DA3BD4" w14:textId="77777777" w:rsidR="002873D8" w:rsidRDefault="002873D8" w:rsidP="002873D8">
            <w:pPr>
              <w:pStyle w:val="TableParagraph"/>
              <w:spacing w:before="64"/>
              <w:ind w:left="76"/>
              <w:rPr>
                <w:sz w:val="15"/>
              </w:rPr>
            </w:pPr>
            <w:r>
              <w:rPr>
                <w:w w:val="105"/>
                <w:sz w:val="15"/>
              </w:rPr>
              <w:t>1.10.</w:t>
            </w:r>
          </w:p>
        </w:tc>
        <w:tc>
          <w:tcPr>
            <w:tcW w:w="6555" w:type="dxa"/>
          </w:tcPr>
          <w:p w14:paraId="0735F163" w14:textId="77777777" w:rsidR="002873D8" w:rsidRDefault="002873D8" w:rsidP="002873D8">
            <w:pPr>
              <w:pStyle w:val="TableParagraph"/>
              <w:spacing w:before="64"/>
              <w:ind w:left="76"/>
              <w:rPr>
                <w:b/>
                <w:sz w:val="15"/>
              </w:rPr>
            </w:pPr>
            <w:r>
              <w:rPr>
                <w:b/>
                <w:w w:val="105"/>
                <w:sz w:val="15"/>
              </w:rPr>
              <w:t>Произведения</w:t>
            </w:r>
            <w:r>
              <w:rPr>
                <w:b/>
                <w:spacing w:val="-9"/>
                <w:w w:val="105"/>
                <w:sz w:val="15"/>
              </w:rPr>
              <w:t xml:space="preserve"> </w:t>
            </w:r>
            <w:r>
              <w:rPr>
                <w:b/>
                <w:w w:val="105"/>
                <w:sz w:val="15"/>
              </w:rPr>
              <w:t>о</w:t>
            </w:r>
            <w:r>
              <w:rPr>
                <w:b/>
                <w:spacing w:val="-9"/>
                <w:w w:val="105"/>
                <w:sz w:val="15"/>
              </w:rPr>
              <w:t xml:space="preserve"> </w:t>
            </w:r>
            <w:r>
              <w:rPr>
                <w:b/>
                <w:w w:val="105"/>
                <w:sz w:val="15"/>
              </w:rPr>
              <w:t>животных</w:t>
            </w:r>
            <w:r>
              <w:rPr>
                <w:b/>
                <w:spacing w:val="-9"/>
                <w:w w:val="105"/>
                <w:sz w:val="15"/>
              </w:rPr>
              <w:t xml:space="preserve"> </w:t>
            </w:r>
            <w:r>
              <w:rPr>
                <w:b/>
                <w:w w:val="105"/>
                <w:sz w:val="15"/>
              </w:rPr>
              <w:t>и</w:t>
            </w:r>
            <w:r>
              <w:rPr>
                <w:b/>
                <w:spacing w:val="-9"/>
                <w:w w:val="105"/>
                <w:sz w:val="15"/>
              </w:rPr>
              <w:t xml:space="preserve"> </w:t>
            </w:r>
            <w:r>
              <w:rPr>
                <w:b/>
                <w:w w:val="105"/>
                <w:sz w:val="15"/>
              </w:rPr>
              <w:t>родной</w:t>
            </w:r>
            <w:r>
              <w:rPr>
                <w:b/>
                <w:spacing w:val="-9"/>
                <w:w w:val="105"/>
                <w:sz w:val="15"/>
              </w:rPr>
              <w:t xml:space="preserve"> </w:t>
            </w:r>
            <w:r>
              <w:rPr>
                <w:b/>
                <w:w w:val="105"/>
                <w:sz w:val="15"/>
              </w:rPr>
              <w:t>природе</w:t>
            </w:r>
          </w:p>
        </w:tc>
        <w:tc>
          <w:tcPr>
            <w:tcW w:w="576" w:type="dxa"/>
          </w:tcPr>
          <w:p w14:paraId="3B7A0D60" w14:textId="77777777" w:rsidR="002873D8" w:rsidRDefault="002873D8" w:rsidP="002873D8">
            <w:pPr>
              <w:pStyle w:val="TableParagraph"/>
              <w:spacing w:before="64"/>
              <w:rPr>
                <w:sz w:val="15"/>
              </w:rPr>
            </w:pPr>
            <w:r>
              <w:rPr>
                <w:w w:val="105"/>
                <w:sz w:val="15"/>
              </w:rPr>
              <w:t>10</w:t>
            </w:r>
          </w:p>
        </w:tc>
        <w:tc>
          <w:tcPr>
            <w:tcW w:w="1801" w:type="dxa"/>
          </w:tcPr>
          <w:p w14:paraId="545FEE5F" w14:textId="77777777" w:rsidR="002873D8" w:rsidRDefault="002873D8" w:rsidP="002873D8">
            <w:pPr>
              <w:pStyle w:val="TableParagraph"/>
              <w:spacing w:before="64"/>
              <w:rPr>
                <w:sz w:val="15"/>
              </w:rPr>
            </w:pPr>
            <w:r>
              <w:rPr>
                <w:w w:val="104"/>
                <w:sz w:val="15"/>
              </w:rPr>
              <w:t>1</w:t>
            </w:r>
          </w:p>
        </w:tc>
        <w:tc>
          <w:tcPr>
            <w:tcW w:w="1849" w:type="dxa"/>
          </w:tcPr>
          <w:p w14:paraId="7F488BD3" w14:textId="77777777" w:rsidR="002873D8" w:rsidRDefault="002873D8" w:rsidP="002873D8">
            <w:pPr>
              <w:pStyle w:val="TableParagraph"/>
              <w:spacing w:before="64"/>
              <w:rPr>
                <w:sz w:val="15"/>
              </w:rPr>
            </w:pPr>
            <w:r>
              <w:rPr>
                <w:w w:val="104"/>
                <w:sz w:val="15"/>
              </w:rPr>
              <w:t>0</w:t>
            </w:r>
          </w:p>
        </w:tc>
        <w:tc>
          <w:tcPr>
            <w:tcW w:w="4214" w:type="dxa"/>
          </w:tcPr>
          <w:p w14:paraId="1D290B46" w14:textId="77777777" w:rsidR="002873D8" w:rsidRDefault="00A3294A" w:rsidP="002873D8">
            <w:pPr>
              <w:pStyle w:val="TableParagraph"/>
              <w:spacing w:before="64"/>
              <w:ind w:left="78"/>
              <w:rPr>
                <w:sz w:val="15"/>
              </w:rPr>
            </w:pPr>
            <w:hyperlink r:id="rId32">
              <w:r w:rsidR="002873D8">
                <w:rPr>
                  <w:w w:val="105"/>
                  <w:sz w:val="15"/>
                </w:rPr>
                <w:t>http://school-collektion.edu/ru</w:t>
              </w:r>
            </w:hyperlink>
          </w:p>
        </w:tc>
      </w:tr>
      <w:tr w:rsidR="002873D8" w:rsidRPr="007D252F" w14:paraId="0D4B6239" w14:textId="77777777" w:rsidTr="002873D8">
        <w:trPr>
          <w:trHeight w:val="333"/>
        </w:trPr>
        <w:tc>
          <w:tcPr>
            <w:tcW w:w="504" w:type="dxa"/>
          </w:tcPr>
          <w:p w14:paraId="4F58F7CF" w14:textId="77777777" w:rsidR="002873D8" w:rsidRDefault="002873D8" w:rsidP="002873D8">
            <w:pPr>
              <w:pStyle w:val="TableParagraph"/>
              <w:spacing w:before="64"/>
              <w:ind w:left="76"/>
              <w:rPr>
                <w:sz w:val="15"/>
              </w:rPr>
            </w:pPr>
            <w:r>
              <w:rPr>
                <w:w w:val="105"/>
                <w:sz w:val="15"/>
              </w:rPr>
              <w:t>1.11.</w:t>
            </w:r>
          </w:p>
        </w:tc>
        <w:tc>
          <w:tcPr>
            <w:tcW w:w="6555" w:type="dxa"/>
          </w:tcPr>
          <w:p w14:paraId="2327A07C" w14:textId="77777777" w:rsidR="002873D8" w:rsidRDefault="002873D8" w:rsidP="002873D8">
            <w:pPr>
              <w:pStyle w:val="TableParagraph"/>
              <w:spacing w:before="64"/>
              <w:ind w:left="76"/>
              <w:rPr>
                <w:b/>
                <w:sz w:val="15"/>
              </w:rPr>
            </w:pPr>
            <w:r>
              <w:rPr>
                <w:b/>
                <w:w w:val="105"/>
                <w:sz w:val="15"/>
              </w:rPr>
              <w:t>Произведения</w:t>
            </w:r>
            <w:r>
              <w:rPr>
                <w:b/>
                <w:spacing w:val="-10"/>
                <w:w w:val="105"/>
                <w:sz w:val="15"/>
              </w:rPr>
              <w:t xml:space="preserve"> </w:t>
            </w:r>
            <w:r>
              <w:rPr>
                <w:b/>
                <w:w w:val="105"/>
                <w:sz w:val="15"/>
              </w:rPr>
              <w:t>о</w:t>
            </w:r>
            <w:r>
              <w:rPr>
                <w:b/>
                <w:spacing w:val="-9"/>
                <w:w w:val="105"/>
                <w:sz w:val="15"/>
              </w:rPr>
              <w:t xml:space="preserve"> </w:t>
            </w:r>
            <w:r>
              <w:rPr>
                <w:b/>
                <w:w w:val="105"/>
                <w:sz w:val="15"/>
              </w:rPr>
              <w:t>детях</w:t>
            </w:r>
          </w:p>
        </w:tc>
        <w:tc>
          <w:tcPr>
            <w:tcW w:w="576" w:type="dxa"/>
          </w:tcPr>
          <w:p w14:paraId="4244782F" w14:textId="77777777" w:rsidR="002873D8" w:rsidRDefault="002873D8" w:rsidP="002873D8">
            <w:pPr>
              <w:pStyle w:val="TableParagraph"/>
              <w:spacing w:before="64"/>
              <w:rPr>
                <w:sz w:val="15"/>
              </w:rPr>
            </w:pPr>
            <w:r>
              <w:rPr>
                <w:w w:val="105"/>
                <w:sz w:val="15"/>
              </w:rPr>
              <w:t>10</w:t>
            </w:r>
          </w:p>
        </w:tc>
        <w:tc>
          <w:tcPr>
            <w:tcW w:w="1801" w:type="dxa"/>
          </w:tcPr>
          <w:p w14:paraId="57C37352" w14:textId="77777777" w:rsidR="002873D8" w:rsidRDefault="002873D8" w:rsidP="002873D8">
            <w:pPr>
              <w:pStyle w:val="TableParagraph"/>
              <w:spacing w:before="64"/>
              <w:rPr>
                <w:sz w:val="15"/>
              </w:rPr>
            </w:pPr>
            <w:r>
              <w:rPr>
                <w:w w:val="104"/>
                <w:sz w:val="15"/>
              </w:rPr>
              <w:t>1</w:t>
            </w:r>
          </w:p>
        </w:tc>
        <w:tc>
          <w:tcPr>
            <w:tcW w:w="1849" w:type="dxa"/>
          </w:tcPr>
          <w:p w14:paraId="002BFF3D" w14:textId="77777777" w:rsidR="002873D8" w:rsidRDefault="002873D8" w:rsidP="002873D8">
            <w:pPr>
              <w:pStyle w:val="TableParagraph"/>
              <w:spacing w:before="64"/>
              <w:rPr>
                <w:sz w:val="15"/>
              </w:rPr>
            </w:pPr>
            <w:r>
              <w:rPr>
                <w:w w:val="104"/>
                <w:sz w:val="15"/>
              </w:rPr>
              <w:t>0</w:t>
            </w:r>
          </w:p>
        </w:tc>
        <w:tc>
          <w:tcPr>
            <w:tcW w:w="4214" w:type="dxa"/>
          </w:tcPr>
          <w:p w14:paraId="32EB7099" w14:textId="77777777" w:rsidR="002873D8" w:rsidRDefault="00A3294A" w:rsidP="002873D8">
            <w:pPr>
              <w:pStyle w:val="TableParagraph"/>
              <w:spacing w:before="64"/>
              <w:ind w:left="78"/>
              <w:rPr>
                <w:sz w:val="15"/>
              </w:rPr>
            </w:pPr>
            <w:hyperlink r:id="rId33">
              <w:r w:rsidR="002873D8">
                <w:rPr>
                  <w:w w:val="105"/>
                  <w:sz w:val="15"/>
                </w:rPr>
                <w:t>http://school-collektion.edu/ru</w:t>
              </w:r>
            </w:hyperlink>
          </w:p>
        </w:tc>
      </w:tr>
      <w:tr w:rsidR="002873D8" w:rsidRPr="007D252F" w14:paraId="123741B0" w14:textId="77777777" w:rsidTr="002873D8">
        <w:trPr>
          <w:trHeight w:val="333"/>
        </w:trPr>
        <w:tc>
          <w:tcPr>
            <w:tcW w:w="504" w:type="dxa"/>
          </w:tcPr>
          <w:p w14:paraId="2003CEE5" w14:textId="77777777" w:rsidR="002873D8" w:rsidRDefault="002873D8" w:rsidP="002873D8">
            <w:pPr>
              <w:pStyle w:val="TableParagraph"/>
              <w:spacing w:before="64"/>
              <w:ind w:left="76"/>
              <w:rPr>
                <w:sz w:val="15"/>
              </w:rPr>
            </w:pPr>
            <w:r>
              <w:rPr>
                <w:w w:val="105"/>
                <w:sz w:val="15"/>
              </w:rPr>
              <w:t>1.12.</w:t>
            </w:r>
          </w:p>
        </w:tc>
        <w:tc>
          <w:tcPr>
            <w:tcW w:w="6555" w:type="dxa"/>
          </w:tcPr>
          <w:p w14:paraId="4D24E4C8" w14:textId="77777777" w:rsidR="002873D8" w:rsidRDefault="002873D8" w:rsidP="002873D8">
            <w:pPr>
              <w:pStyle w:val="TableParagraph"/>
              <w:spacing w:before="64"/>
              <w:ind w:left="76"/>
              <w:rPr>
                <w:b/>
                <w:sz w:val="15"/>
              </w:rPr>
            </w:pPr>
            <w:r>
              <w:rPr>
                <w:b/>
                <w:w w:val="105"/>
                <w:sz w:val="15"/>
              </w:rPr>
              <w:t>Пьеса</w:t>
            </w:r>
          </w:p>
        </w:tc>
        <w:tc>
          <w:tcPr>
            <w:tcW w:w="576" w:type="dxa"/>
          </w:tcPr>
          <w:p w14:paraId="1B69B256" w14:textId="77777777" w:rsidR="002873D8" w:rsidRDefault="002873D8" w:rsidP="002873D8">
            <w:pPr>
              <w:pStyle w:val="TableParagraph"/>
              <w:spacing w:before="64"/>
              <w:rPr>
                <w:sz w:val="15"/>
              </w:rPr>
            </w:pPr>
            <w:r>
              <w:rPr>
                <w:w w:val="104"/>
                <w:sz w:val="15"/>
              </w:rPr>
              <w:t>3</w:t>
            </w:r>
          </w:p>
        </w:tc>
        <w:tc>
          <w:tcPr>
            <w:tcW w:w="1801" w:type="dxa"/>
          </w:tcPr>
          <w:p w14:paraId="40EB5360" w14:textId="77777777" w:rsidR="002873D8" w:rsidRDefault="002873D8" w:rsidP="002873D8">
            <w:pPr>
              <w:pStyle w:val="TableParagraph"/>
              <w:spacing w:before="64"/>
              <w:rPr>
                <w:sz w:val="15"/>
              </w:rPr>
            </w:pPr>
            <w:r>
              <w:rPr>
                <w:w w:val="104"/>
                <w:sz w:val="15"/>
              </w:rPr>
              <w:t>1</w:t>
            </w:r>
          </w:p>
        </w:tc>
        <w:tc>
          <w:tcPr>
            <w:tcW w:w="1849" w:type="dxa"/>
          </w:tcPr>
          <w:p w14:paraId="1EEA6451" w14:textId="77777777" w:rsidR="002873D8" w:rsidRDefault="002873D8" w:rsidP="002873D8">
            <w:pPr>
              <w:pStyle w:val="TableParagraph"/>
              <w:spacing w:before="64"/>
              <w:rPr>
                <w:sz w:val="15"/>
              </w:rPr>
            </w:pPr>
            <w:r>
              <w:rPr>
                <w:w w:val="104"/>
                <w:sz w:val="15"/>
              </w:rPr>
              <w:t>0</w:t>
            </w:r>
          </w:p>
        </w:tc>
        <w:tc>
          <w:tcPr>
            <w:tcW w:w="4214" w:type="dxa"/>
          </w:tcPr>
          <w:p w14:paraId="2117341F" w14:textId="77777777" w:rsidR="002873D8" w:rsidRDefault="00A3294A" w:rsidP="002873D8">
            <w:pPr>
              <w:pStyle w:val="TableParagraph"/>
              <w:spacing w:before="64"/>
              <w:ind w:left="78"/>
              <w:rPr>
                <w:sz w:val="15"/>
              </w:rPr>
            </w:pPr>
            <w:hyperlink r:id="rId34">
              <w:r w:rsidR="002873D8">
                <w:rPr>
                  <w:w w:val="105"/>
                  <w:sz w:val="15"/>
                </w:rPr>
                <w:t>http://school-collektion.edu/ru</w:t>
              </w:r>
            </w:hyperlink>
          </w:p>
        </w:tc>
      </w:tr>
      <w:tr w:rsidR="002873D8" w:rsidRPr="007D252F" w14:paraId="6861E834" w14:textId="77777777" w:rsidTr="002873D8">
        <w:trPr>
          <w:trHeight w:val="333"/>
        </w:trPr>
        <w:tc>
          <w:tcPr>
            <w:tcW w:w="504" w:type="dxa"/>
          </w:tcPr>
          <w:p w14:paraId="6CDFA7CB" w14:textId="77777777" w:rsidR="002873D8" w:rsidRDefault="002873D8" w:rsidP="002873D8">
            <w:pPr>
              <w:pStyle w:val="TableParagraph"/>
              <w:spacing w:before="64"/>
              <w:ind w:left="76"/>
              <w:rPr>
                <w:sz w:val="15"/>
              </w:rPr>
            </w:pPr>
            <w:r>
              <w:rPr>
                <w:w w:val="105"/>
                <w:sz w:val="15"/>
              </w:rPr>
              <w:t>1.13.</w:t>
            </w:r>
          </w:p>
        </w:tc>
        <w:tc>
          <w:tcPr>
            <w:tcW w:w="6555" w:type="dxa"/>
          </w:tcPr>
          <w:p w14:paraId="5B35130D" w14:textId="77777777" w:rsidR="002873D8" w:rsidRDefault="002873D8" w:rsidP="002873D8">
            <w:pPr>
              <w:pStyle w:val="TableParagraph"/>
              <w:spacing w:before="64"/>
              <w:ind w:left="76"/>
              <w:rPr>
                <w:b/>
                <w:sz w:val="15"/>
              </w:rPr>
            </w:pPr>
            <w:r>
              <w:rPr>
                <w:b/>
                <w:spacing w:val="-1"/>
                <w:w w:val="105"/>
                <w:sz w:val="15"/>
              </w:rPr>
              <w:t>Юмористические</w:t>
            </w:r>
            <w:r>
              <w:rPr>
                <w:b/>
                <w:spacing w:val="-8"/>
                <w:w w:val="105"/>
                <w:sz w:val="15"/>
              </w:rPr>
              <w:t xml:space="preserve"> </w:t>
            </w:r>
            <w:r>
              <w:rPr>
                <w:b/>
                <w:spacing w:val="-1"/>
                <w:w w:val="105"/>
                <w:sz w:val="15"/>
              </w:rPr>
              <w:t>произведения</w:t>
            </w:r>
          </w:p>
        </w:tc>
        <w:tc>
          <w:tcPr>
            <w:tcW w:w="576" w:type="dxa"/>
          </w:tcPr>
          <w:p w14:paraId="1E28C0C0" w14:textId="77777777" w:rsidR="002873D8" w:rsidRDefault="002873D8" w:rsidP="002873D8">
            <w:pPr>
              <w:pStyle w:val="TableParagraph"/>
              <w:spacing w:before="64"/>
              <w:rPr>
                <w:sz w:val="15"/>
              </w:rPr>
            </w:pPr>
            <w:r>
              <w:rPr>
                <w:w w:val="104"/>
                <w:sz w:val="15"/>
              </w:rPr>
              <w:t>4</w:t>
            </w:r>
          </w:p>
        </w:tc>
        <w:tc>
          <w:tcPr>
            <w:tcW w:w="1801" w:type="dxa"/>
          </w:tcPr>
          <w:p w14:paraId="1C77563A" w14:textId="77777777" w:rsidR="002873D8" w:rsidRDefault="002873D8" w:rsidP="002873D8">
            <w:pPr>
              <w:pStyle w:val="TableParagraph"/>
              <w:spacing w:before="64"/>
              <w:rPr>
                <w:sz w:val="15"/>
              </w:rPr>
            </w:pPr>
            <w:r>
              <w:rPr>
                <w:w w:val="104"/>
                <w:sz w:val="15"/>
              </w:rPr>
              <w:t>1</w:t>
            </w:r>
          </w:p>
        </w:tc>
        <w:tc>
          <w:tcPr>
            <w:tcW w:w="1849" w:type="dxa"/>
          </w:tcPr>
          <w:p w14:paraId="2933A5B2" w14:textId="77777777" w:rsidR="002873D8" w:rsidRDefault="002873D8" w:rsidP="002873D8">
            <w:pPr>
              <w:pStyle w:val="TableParagraph"/>
              <w:spacing w:before="64"/>
              <w:rPr>
                <w:sz w:val="15"/>
              </w:rPr>
            </w:pPr>
            <w:r>
              <w:rPr>
                <w:w w:val="104"/>
                <w:sz w:val="15"/>
              </w:rPr>
              <w:t>0</w:t>
            </w:r>
          </w:p>
        </w:tc>
        <w:tc>
          <w:tcPr>
            <w:tcW w:w="4214" w:type="dxa"/>
          </w:tcPr>
          <w:p w14:paraId="3D68611A" w14:textId="77777777" w:rsidR="002873D8" w:rsidRDefault="00A3294A" w:rsidP="002873D8">
            <w:pPr>
              <w:pStyle w:val="TableParagraph"/>
              <w:spacing w:before="64"/>
              <w:ind w:left="78"/>
              <w:rPr>
                <w:sz w:val="15"/>
              </w:rPr>
            </w:pPr>
            <w:hyperlink r:id="rId35">
              <w:r w:rsidR="002873D8">
                <w:rPr>
                  <w:w w:val="105"/>
                  <w:sz w:val="15"/>
                </w:rPr>
                <w:t>http://school-collektion.edu/ru</w:t>
              </w:r>
            </w:hyperlink>
          </w:p>
        </w:tc>
      </w:tr>
      <w:tr w:rsidR="002873D8" w:rsidRPr="007D252F" w14:paraId="67EB5F00" w14:textId="77777777" w:rsidTr="002873D8">
        <w:trPr>
          <w:trHeight w:val="333"/>
        </w:trPr>
        <w:tc>
          <w:tcPr>
            <w:tcW w:w="504" w:type="dxa"/>
          </w:tcPr>
          <w:p w14:paraId="0F15F0DB" w14:textId="77777777" w:rsidR="002873D8" w:rsidRDefault="002873D8" w:rsidP="002873D8">
            <w:pPr>
              <w:pStyle w:val="TableParagraph"/>
              <w:spacing w:before="64"/>
              <w:ind w:left="76"/>
              <w:rPr>
                <w:sz w:val="15"/>
              </w:rPr>
            </w:pPr>
            <w:r>
              <w:rPr>
                <w:w w:val="105"/>
                <w:sz w:val="15"/>
              </w:rPr>
              <w:t>1.14.</w:t>
            </w:r>
          </w:p>
        </w:tc>
        <w:tc>
          <w:tcPr>
            <w:tcW w:w="6555" w:type="dxa"/>
          </w:tcPr>
          <w:p w14:paraId="57C5AC7E" w14:textId="77777777" w:rsidR="002873D8" w:rsidRDefault="002873D8" w:rsidP="002873D8">
            <w:pPr>
              <w:pStyle w:val="TableParagraph"/>
              <w:spacing w:before="64"/>
              <w:ind w:left="76"/>
              <w:rPr>
                <w:b/>
                <w:sz w:val="15"/>
              </w:rPr>
            </w:pPr>
            <w:r>
              <w:rPr>
                <w:b/>
                <w:spacing w:val="-1"/>
                <w:w w:val="105"/>
                <w:sz w:val="15"/>
              </w:rPr>
              <w:t>Зарубежная</w:t>
            </w:r>
            <w:r>
              <w:rPr>
                <w:b/>
                <w:spacing w:val="-9"/>
                <w:w w:val="105"/>
                <w:sz w:val="15"/>
              </w:rPr>
              <w:t xml:space="preserve"> </w:t>
            </w:r>
            <w:r>
              <w:rPr>
                <w:b/>
                <w:w w:val="105"/>
                <w:sz w:val="15"/>
              </w:rPr>
              <w:t>литература</w:t>
            </w:r>
          </w:p>
        </w:tc>
        <w:tc>
          <w:tcPr>
            <w:tcW w:w="576" w:type="dxa"/>
          </w:tcPr>
          <w:p w14:paraId="55773AAF" w14:textId="77777777" w:rsidR="002873D8" w:rsidRDefault="002873D8" w:rsidP="002873D8">
            <w:pPr>
              <w:pStyle w:val="TableParagraph"/>
              <w:spacing w:before="64"/>
              <w:rPr>
                <w:sz w:val="15"/>
              </w:rPr>
            </w:pPr>
            <w:r>
              <w:rPr>
                <w:w w:val="104"/>
                <w:sz w:val="15"/>
              </w:rPr>
              <w:t>6</w:t>
            </w:r>
          </w:p>
        </w:tc>
        <w:tc>
          <w:tcPr>
            <w:tcW w:w="1801" w:type="dxa"/>
          </w:tcPr>
          <w:p w14:paraId="5A132E67" w14:textId="77777777" w:rsidR="002873D8" w:rsidRDefault="002873D8" w:rsidP="002873D8">
            <w:pPr>
              <w:pStyle w:val="TableParagraph"/>
              <w:spacing w:before="64"/>
              <w:rPr>
                <w:sz w:val="15"/>
              </w:rPr>
            </w:pPr>
            <w:r>
              <w:rPr>
                <w:w w:val="104"/>
                <w:sz w:val="15"/>
              </w:rPr>
              <w:t>1</w:t>
            </w:r>
          </w:p>
        </w:tc>
        <w:tc>
          <w:tcPr>
            <w:tcW w:w="1849" w:type="dxa"/>
          </w:tcPr>
          <w:p w14:paraId="2CE815A9" w14:textId="77777777" w:rsidR="002873D8" w:rsidRDefault="002873D8" w:rsidP="002873D8">
            <w:pPr>
              <w:pStyle w:val="TableParagraph"/>
              <w:spacing w:before="64"/>
              <w:rPr>
                <w:sz w:val="15"/>
              </w:rPr>
            </w:pPr>
            <w:r>
              <w:rPr>
                <w:w w:val="104"/>
                <w:sz w:val="15"/>
              </w:rPr>
              <w:t>0</w:t>
            </w:r>
          </w:p>
        </w:tc>
        <w:tc>
          <w:tcPr>
            <w:tcW w:w="4214" w:type="dxa"/>
          </w:tcPr>
          <w:p w14:paraId="5E93D1FA" w14:textId="77777777" w:rsidR="002873D8" w:rsidRDefault="00A3294A" w:rsidP="002873D8">
            <w:pPr>
              <w:pStyle w:val="TableParagraph"/>
              <w:spacing w:before="64"/>
              <w:ind w:left="78"/>
              <w:rPr>
                <w:sz w:val="15"/>
              </w:rPr>
            </w:pPr>
            <w:hyperlink r:id="rId36">
              <w:r w:rsidR="002873D8">
                <w:rPr>
                  <w:w w:val="105"/>
                  <w:sz w:val="15"/>
                </w:rPr>
                <w:t>http://school-collektion.edu/ru</w:t>
              </w:r>
            </w:hyperlink>
          </w:p>
        </w:tc>
      </w:tr>
      <w:tr w:rsidR="002873D8" w:rsidRPr="007D252F" w14:paraId="5802FA33" w14:textId="77777777" w:rsidTr="002873D8">
        <w:trPr>
          <w:trHeight w:val="333"/>
        </w:trPr>
        <w:tc>
          <w:tcPr>
            <w:tcW w:w="504" w:type="dxa"/>
          </w:tcPr>
          <w:p w14:paraId="4BA87484" w14:textId="77777777" w:rsidR="002873D8" w:rsidRDefault="002873D8" w:rsidP="002873D8">
            <w:pPr>
              <w:pStyle w:val="TableParagraph"/>
              <w:spacing w:before="64"/>
              <w:ind w:left="76"/>
              <w:rPr>
                <w:sz w:val="15"/>
              </w:rPr>
            </w:pPr>
            <w:r>
              <w:rPr>
                <w:w w:val="105"/>
                <w:sz w:val="15"/>
              </w:rPr>
              <w:t>1.15.</w:t>
            </w:r>
          </w:p>
        </w:tc>
        <w:tc>
          <w:tcPr>
            <w:tcW w:w="6555" w:type="dxa"/>
          </w:tcPr>
          <w:p w14:paraId="188ACCEA" w14:textId="77777777" w:rsidR="002873D8" w:rsidRDefault="002873D8" w:rsidP="002873D8">
            <w:pPr>
              <w:pStyle w:val="TableParagraph"/>
              <w:spacing w:before="64"/>
              <w:ind w:left="76"/>
              <w:rPr>
                <w:b/>
                <w:sz w:val="15"/>
              </w:rPr>
            </w:pPr>
            <w:r>
              <w:rPr>
                <w:b/>
                <w:spacing w:val="-1"/>
                <w:w w:val="105"/>
                <w:sz w:val="15"/>
              </w:rPr>
              <w:t>Библиографическая</w:t>
            </w:r>
            <w:r>
              <w:rPr>
                <w:b/>
                <w:spacing w:val="-9"/>
                <w:w w:val="105"/>
                <w:sz w:val="15"/>
              </w:rPr>
              <w:t xml:space="preserve"> </w:t>
            </w:r>
            <w:r>
              <w:rPr>
                <w:b/>
                <w:spacing w:val="-1"/>
                <w:w w:val="105"/>
                <w:sz w:val="15"/>
              </w:rPr>
              <w:t>культура</w:t>
            </w:r>
            <w:r>
              <w:rPr>
                <w:b/>
                <w:spacing w:val="-8"/>
                <w:w w:val="105"/>
                <w:sz w:val="15"/>
              </w:rPr>
              <w:t xml:space="preserve"> </w:t>
            </w:r>
            <w:r>
              <w:rPr>
                <w:b/>
                <w:w w:val="105"/>
                <w:sz w:val="15"/>
              </w:rPr>
              <w:t>(работа</w:t>
            </w:r>
            <w:r>
              <w:rPr>
                <w:b/>
                <w:spacing w:val="-8"/>
                <w:w w:val="105"/>
                <w:sz w:val="15"/>
              </w:rPr>
              <w:t xml:space="preserve"> </w:t>
            </w:r>
            <w:r>
              <w:rPr>
                <w:b/>
                <w:w w:val="105"/>
                <w:sz w:val="15"/>
              </w:rPr>
              <w:t>с</w:t>
            </w:r>
            <w:r>
              <w:rPr>
                <w:b/>
                <w:spacing w:val="-8"/>
                <w:w w:val="105"/>
                <w:sz w:val="15"/>
              </w:rPr>
              <w:t xml:space="preserve"> </w:t>
            </w:r>
            <w:r>
              <w:rPr>
                <w:b/>
                <w:w w:val="105"/>
                <w:sz w:val="15"/>
              </w:rPr>
              <w:t>детской</w:t>
            </w:r>
            <w:r>
              <w:rPr>
                <w:b/>
                <w:spacing w:val="-8"/>
                <w:w w:val="105"/>
                <w:sz w:val="15"/>
              </w:rPr>
              <w:t xml:space="preserve"> </w:t>
            </w:r>
            <w:r>
              <w:rPr>
                <w:b/>
                <w:w w:val="105"/>
                <w:sz w:val="15"/>
              </w:rPr>
              <w:t>книгой</w:t>
            </w:r>
            <w:r>
              <w:rPr>
                <w:b/>
                <w:spacing w:val="-8"/>
                <w:w w:val="105"/>
                <w:sz w:val="15"/>
              </w:rPr>
              <w:t xml:space="preserve"> </w:t>
            </w:r>
            <w:r>
              <w:rPr>
                <w:b/>
                <w:w w:val="105"/>
                <w:sz w:val="15"/>
              </w:rPr>
              <w:t>и</w:t>
            </w:r>
            <w:r>
              <w:rPr>
                <w:b/>
                <w:spacing w:val="-8"/>
                <w:w w:val="105"/>
                <w:sz w:val="15"/>
              </w:rPr>
              <w:t xml:space="preserve"> </w:t>
            </w:r>
            <w:r>
              <w:rPr>
                <w:b/>
                <w:w w:val="105"/>
                <w:sz w:val="15"/>
              </w:rPr>
              <w:t>справочной</w:t>
            </w:r>
            <w:r>
              <w:rPr>
                <w:b/>
                <w:spacing w:val="-8"/>
                <w:w w:val="105"/>
                <w:sz w:val="15"/>
              </w:rPr>
              <w:t xml:space="preserve"> </w:t>
            </w:r>
            <w:r>
              <w:rPr>
                <w:b/>
                <w:w w:val="105"/>
                <w:sz w:val="15"/>
              </w:rPr>
              <w:t>литературой</w:t>
            </w:r>
          </w:p>
        </w:tc>
        <w:tc>
          <w:tcPr>
            <w:tcW w:w="576" w:type="dxa"/>
          </w:tcPr>
          <w:p w14:paraId="1FE3E222" w14:textId="77777777" w:rsidR="002873D8" w:rsidRDefault="002873D8" w:rsidP="002873D8">
            <w:pPr>
              <w:pStyle w:val="TableParagraph"/>
              <w:spacing w:before="64"/>
              <w:rPr>
                <w:sz w:val="15"/>
              </w:rPr>
            </w:pPr>
            <w:r>
              <w:rPr>
                <w:w w:val="104"/>
                <w:sz w:val="15"/>
              </w:rPr>
              <w:t>5</w:t>
            </w:r>
          </w:p>
        </w:tc>
        <w:tc>
          <w:tcPr>
            <w:tcW w:w="1801" w:type="dxa"/>
          </w:tcPr>
          <w:p w14:paraId="046703E1" w14:textId="77777777" w:rsidR="002873D8" w:rsidRDefault="002873D8" w:rsidP="002873D8">
            <w:pPr>
              <w:pStyle w:val="TableParagraph"/>
              <w:spacing w:before="64"/>
              <w:rPr>
                <w:sz w:val="15"/>
              </w:rPr>
            </w:pPr>
            <w:r>
              <w:rPr>
                <w:w w:val="104"/>
                <w:sz w:val="15"/>
              </w:rPr>
              <w:t>0</w:t>
            </w:r>
          </w:p>
        </w:tc>
        <w:tc>
          <w:tcPr>
            <w:tcW w:w="1849" w:type="dxa"/>
          </w:tcPr>
          <w:p w14:paraId="7F0C73D3" w14:textId="77777777" w:rsidR="002873D8" w:rsidRDefault="002873D8" w:rsidP="002873D8">
            <w:pPr>
              <w:pStyle w:val="TableParagraph"/>
              <w:spacing w:before="64"/>
              <w:rPr>
                <w:sz w:val="15"/>
              </w:rPr>
            </w:pPr>
            <w:r>
              <w:rPr>
                <w:w w:val="104"/>
                <w:sz w:val="15"/>
              </w:rPr>
              <w:t>0</w:t>
            </w:r>
          </w:p>
        </w:tc>
        <w:tc>
          <w:tcPr>
            <w:tcW w:w="4214" w:type="dxa"/>
          </w:tcPr>
          <w:p w14:paraId="1BC4627C" w14:textId="77777777" w:rsidR="002873D8" w:rsidRDefault="00A3294A" w:rsidP="002873D8">
            <w:pPr>
              <w:pStyle w:val="TableParagraph"/>
              <w:spacing w:before="64"/>
              <w:ind w:left="78"/>
              <w:rPr>
                <w:sz w:val="15"/>
              </w:rPr>
            </w:pPr>
            <w:hyperlink r:id="rId37">
              <w:r w:rsidR="002873D8">
                <w:rPr>
                  <w:w w:val="105"/>
                  <w:sz w:val="15"/>
                </w:rPr>
                <w:t>http://school-collektion.edu/ru</w:t>
              </w:r>
            </w:hyperlink>
          </w:p>
        </w:tc>
      </w:tr>
      <w:tr w:rsidR="002873D8" w14:paraId="761D00B2" w14:textId="77777777" w:rsidTr="002873D8">
        <w:trPr>
          <w:trHeight w:val="333"/>
        </w:trPr>
        <w:tc>
          <w:tcPr>
            <w:tcW w:w="7059" w:type="dxa"/>
            <w:gridSpan w:val="2"/>
          </w:tcPr>
          <w:p w14:paraId="0545577D" w14:textId="77777777" w:rsidR="002873D8" w:rsidRDefault="002873D8" w:rsidP="002873D8">
            <w:pPr>
              <w:pStyle w:val="TableParagraph"/>
              <w:spacing w:before="64"/>
              <w:ind w:left="76"/>
              <w:rPr>
                <w:sz w:val="15"/>
              </w:rPr>
            </w:pPr>
            <w:r>
              <w:rPr>
                <w:w w:val="105"/>
                <w:sz w:val="15"/>
              </w:rPr>
              <w:t>Резервное</w:t>
            </w:r>
            <w:r>
              <w:rPr>
                <w:spacing w:val="-9"/>
                <w:w w:val="105"/>
                <w:sz w:val="15"/>
              </w:rPr>
              <w:t xml:space="preserve"> </w:t>
            </w:r>
            <w:r>
              <w:rPr>
                <w:w w:val="105"/>
                <w:sz w:val="15"/>
              </w:rPr>
              <w:t>время</w:t>
            </w:r>
          </w:p>
        </w:tc>
        <w:tc>
          <w:tcPr>
            <w:tcW w:w="576" w:type="dxa"/>
          </w:tcPr>
          <w:p w14:paraId="503A0B89" w14:textId="77777777" w:rsidR="002873D8" w:rsidRDefault="002873D8" w:rsidP="002873D8">
            <w:pPr>
              <w:pStyle w:val="TableParagraph"/>
              <w:spacing w:before="64"/>
              <w:rPr>
                <w:sz w:val="15"/>
              </w:rPr>
            </w:pPr>
            <w:r>
              <w:rPr>
                <w:w w:val="105"/>
                <w:sz w:val="15"/>
              </w:rPr>
              <w:t>40</w:t>
            </w:r>
          </w:p>
        </w:tc>
        <w:tc>
          <w:tcPr>
            <w:tcW w:w="7864" w:type="dxa"/>
            <w:gridSpan w:val="3"/>
          </w:tcPr>
          <w:p w14:paraId="5DD9584A" w14:textId="77777777" w:rsidR="002873D8" w:rsidRDefault="002873D8" w:rsidP="002873D8">
            <w:pPr>
              <w:pStyle w:val="TableParagraph"/>
              <w:spacing w:before="0"/>
              <w:ind w:left="0"/>
              <w:rPr>
                <w:sz w:val="14"/>
              </w:rPr>
            </w:pPr>
          </w:p>
        </w:tc>
      </w:tr>
      <w:tr w:rsidR="002873D8" w14:paraId="6EC2BEB0" w14:textId="77777777" w:rsidTr="002873D8">
        <w:trPr>
          <w:trHeight w:val="333"/>
        </w:trPr>
        <w:tc>
          <w:tcPr>
            <w:tcW w:w="7059" w:type="dxa"/>
            <w:gridSpan w:val="2"/>
          </w:tcPr>
          <w:p w14:paraId="51B0A97E" w14:textId="77777777" w:rsidR="002873D8" w:rsidRDefault="002873D8" w:rsidP="002873D8">
            <w:pPr>
              <w:pStyle w:val="TableParagraph"/>
              <w:spacing w:before="64"/>
              <w:ind w:left="76"/>
              <w:rPr>
                <w:sz w:val="15"/>
              </w:rPr>
            </w:pPr>
            <w:r>
              <w:rPr>
                <w:spacing w:val="-1"/>
                <w:w w:val="105"/>
                <w:sz w:val="15"/>
              </w:rPr>
              <w:t>ОБЩЕЕ</w:t>
            </w:r>
            <w:r>
              <w:rPr>
                <w:spacing w:val="-9"/>
                <w:w w:val="105"/>
                <w:sz w:val="15"/>
              </w:rPr>
              <w:t xml:space="preserve"> </w:t>
            </w:r>
            <w:r>
              <w:rPr>
                <w:spacing w:val="-1"/>
                <w:w w:val="105"/>
                <w:sz w:val="15"/>
              </w:rPr>
              <w:t>КОЛИЧЕСТВО</w:t>
            </w:r>
            <w:r>
              <w:rPr>
                <w:spacing w:val="-8"/>
                <w:w w:val="105"/>
                <w:sz w:val="15"/>
              </w:rPr>
              <w:t xml:space="preserve"> </w:t>
            </w:r>
            <w:r>
              <w:rPr>
                <w:w w:val="105"/>
                <w:sz w:val="15"/>
              </w:rPr>
              <w:t>ЧАСОВ</w:t>
            </w:r>
            <w:r>
              <w:rPr>
                <w:spacing w:val="-9"/>
                <w:w w:val="105"/>
                <w:sz w:val="15"/>
              </w:rPr>
              <w:t xml:space="preserve"> </w:t>
            </w:r>
            <w:r>
              <w:rPr>
                <w:w w:val="105"/>
                <w:sz w:val="15"/>
              </w:rPr>
              <w:t>ПО</w:t>
            </w:r>
            <w:r>
              <w:rPr>
                <w:spacing w:val="-8"/>
                <w:w w:val="105"/>
                <w:sz w:val="15"/>
              </w:rPr>
              <w:t xml:space="preserve"> </w:t>
            </w:r>
            <w:r>
              <w:rPr>
                <w:w w:val="105"/>
                <w:sz w:val="15"/>
              </w:rPr>
              <w:t>ПРОГРАММЕ</w:t>
            </w:r>
          </w:p>
        </w:tc>
        <w:tc>
          <w:tcPr>
            <w:tcW w:w="576" w:type="dxa"/>
          </w:tcPr>
          <w:p w14:paraId="0163384B" w14:textId="77777777" w:rsidR="002873D8" w:rsidRDefault="002873D8" w:rsidP="002873D8">
            <w:pPr>
              <w:pStyle w:val="TableParagraph"/>
              <w:spacing w:before="64"/>
              <w:rPr>
                <w:sz w:val="15"/>
              </w:rPr>
            </w:pPr>
            <w:r>
              <w:rPr>
                <w:w w:val="105"/>
                <w:sz w:val="15"/>
              </w:rPr>
              <w:t>136</w:t>
            </w:r>
          </w:p>
        </w:tc>
        <w:tc>
          <w:tcPr>
            <w:tcW w:w="1801" w:type="dxa"/>
          </w:tcPr>
          <w:p w14:paraId="56734FD7" w14:textId="77777777" w:rsidR="002873D8" w:rsidRDefault="002873D8" w:rsidP="002873D8">
            <w:pPr>
              <w:pStyle w:val="TableParagraph"/>
              <w:spacing w:before="64"/>
              <w:rPr>
                <w:sz w:val="15"/>
              </w:rPr>
            </w:pPr>
            <w:r>
              <w:rPr>
                <w:w w:val="105"/>
                <w:sz w:val="15"/>
              </w:rPr>
              <w:t>14</w:t>
            </w:r>
          </w:p>
        </w:tc>
        <w:tc>
          <w:tcPr>
            <w:tcW w:w="1849" w:type="dxa"/>
          </w:tcPr>
          <w:p w14:paraId="20CAC699" w14:textId="77777777" w:rsidR="002873D8" w:rsidRDefault="002873D8" w:rsidP="002873D8">
            <w:pPr>
              <w:pStyle w:val="TableParagraph"/>
              <w:spacing w:before="64"/>
              <w:rPr>
                <w:sz w:val="15"/>
              </w:rPr>
            </w:pPr>
            <w:r>
              <w:rPr>
                <w:w w:val="104"/>
                <w:sz w:val="15"/>
              </w:rPr>
              <w:t>0</w:t>
            </w:r>
          </w:p>
        </w:tc>
        <w:tc>
          <w:tcPr>
            <w:tcW w:w="4214" w:type="dxa"/>
          </w:tcPr>
          <w:p w14:paraId="1E319235" w14:textId="77777777" w:rsidR="002873D8" w:rsidRDefault="002873D8" w:rsidP="002873D8">
            <w:pPr>
              <w:pStyle w:val="TableParagraph"/>
              <w:spacing w:before="0"/>
              <w:ind w:left="0"/>
              <w:rPr>
                <w:sz w:val="14"/>
              </w:rPr>
            </w:pPr>
          </w:p>
        </w:tc>
      </w:tr>
    </w:tbl>
    <w:p w14:paraId="371605FC" w14:textId="77777777" w:rsidR="005F0CF1" w:rsidRDefault="005F0CF1">
      <w:pPr>
        <w:sectPr w:rsidR="005F0CF1" w:rsidSect="00F150A0">
          <w:pgSz w:w="16840" w:h="11900" w:orient="landscape"/>
          <w:pgMar w:top="1440" w:right="666" w:bottom="284" w:left="640" w:header="720" w:footer="720" w:gutter="0"/>
          <w:cols w:space="720" w:equalWidth="0">
            <w:col w:w="14734" w:space="0"/>
          </w:cols>
          <w:docGrid w:linePitch="360"/>
        </w:sectPr>
      </w:pPr>
    </w:p>
    <w:p w14:paraId="5639B944" w14:textId="6BEF009B" w:rsidR="005F0CF1" w:rsidRPr="00107395" w:rsidRDefault="00F150A0" w:rsidP="00107395">
      <w:pPr>
        <w:pStyle w:val="ae"/>
        <w:numPr>
          <w:ilvl w:val="0"/>
          <w:numId w:val="16"/>
        </w:numPr>
        <w:autoSpaceDE w:val="0"/>
        <w:autoSpaceDN w:val="0"/>
        <w:spacing w:after="0" w:line="230" w:lineRule="auto"/>
        <w:ind w:left="709"/>
        <w:rPr>
          <w:lang w:val="ru-RU"/>
        </w:rPr>
      </w:pPr>
      <w:r w:rsidRPr="00107395">
        <w:rPr>
          <w:rFonts w:ascii="Times New Roman" w:eastAsia="Times New Roman" w:hAnsi="Times New Roman"/>
          <w:b/>
          <w:color w:val="000000"/>
          <w:sz w:val="24"/>
          <w:lang w:val="ru-RU"/>
        </w:rPr>
        <w:lastRenderedPageBreak/>
        <w:t xml:space="preserve">УЧЕБНО-МЕТОДИЧЕСКОЕ ОБЕСПЕЧЕНИЕ ОБРАЗОВАТЕЛЬНОГО ПРОЦЕССА </w:t>
      </w:r>
    </w:p>
    <w:p w14:paraId="7F853A5E" w14:textId="77777777" w:rsidR="005F0CF1" w:rsidRDefault="00F150A0">
      <w:pPr>
        <w:autoSpaceDE w:val="0"/>
        <w:autoSpaceDN w:val="0"/>
        <w:spacing w:before="346" w:after="0" w:line="230" w:lineRule="auto"/>
        <w:rPr>
          <w:rFonts w:ascii="Times New Roman" w:eastAsia="Times New Roman" w:hAnsi="Times New Roman"/>
          <w:b/>
          <w:color w:val="000000"/>
          <w:sz w:val="24"/>
          <w:lang w:val="ru-RU"/>
        </w:rPr>
      </w:pPr>
      <w:r w:rsidRPr="009C391C">
        <w:rPr>
          <w:rFonts w:ascii="Times New Roman" w:eastAsia="Times New Roman" w:hAnsi="Times New Roman"/>
          <w:b/>
          <w:color w:val="000000"/>
          <w:sz w:val="24"/>
          <w:lang w:val="ru-RU"/>
        </w:rPr>
        <w:t>ОБЯЗАТЕЛЬНЫЕ УЧЕБНЫЕ МАТЕРИАЛЫ ДЛЯ УЧЕНИКА</w:t>
      </w:r>
    </w:p>
    <w:p w14:paraId="1241F30F" w14:textId="07163D73" w:rsidR="002873D8" w:rsidRPr="009C391C" w:rsidRDefault="002873D8">
      <w:pPr>
        <w:autoSpaceDE w:val="0"/>
        <w:autoSpaceDN w:val="0"/>
        <w:spacing w:before="346" w:after="0" w:line="230" w:lineRule="auto"/>
        <w:rPr>
          <w:lang w:val="ru-RU"/>
        </w:rPr>
      </w:pPr>
      <w:r>
        <w:rPr>
          <w:rFonts w:ascii="Times New Roman" w:eastAsia="Times New Roman" w:hAnsi="Times New Roman"/>
          <w:b/>
          <w:color w:val="000000"/>
          <w:sz w:val="24"/>
          <w:lang w:val="ru-RU"/>
        </w:rPr>
        <w:t>1 класс</w:t>
      </w:r>
    </w:p>
    <w:p w14:paraId="57553928" w14:textId="77777777" w:rsidR="002873D8" w:rsidRDefault="00F150A0" w:rsidP="008B4F42">
      <w:pPr>
        <w:autoSpaceDE w:val="0"/>
        <w:autoSpaceDN w:val="0"/>
        <w:spacing w:before="166" w:after="0" w:line="271" w:lineRule="auto"/>
        <w:ind w:right="432"/>
        <w:rPr>
          <w:rFonts w:ascii="Times New Roman" w:eastAsia="Times New Roman" w:hAnsi="Times New Roman"/>
          <w:color w:val="000000"/>
          <w:sz w:val="24"/>
          <w:lang w:val="ru-RU"/>
        </w:rPr>
      </w:pPr>
      <w:r w:rsidRPr="000019FD">
        <w:rPr>
          <w:rFonts w:ascii="Times New Roman" w:eastAsia="Times New Roman" w:hAnsi="Times New Roman"/>
          <w:color w:val="000000"/>
          <w:sz w:val="24"/>
          <w:lang w:val="ru-RU"/>
        </w:rPr>
        <w:t>Климанова Л.Ф., Горецкий В.Г., Виноградская Л.А., Литературное чтение (в 2 частях). Учебник.</w:t>
      </w:r>
      <w:r w:rsidR="009C391C">
        <w:rPr>
          <w:rFonts w:ascii="Times New Roman" w:eastAsia="Times New Roman" w:hAnsi="Times New Roman"/>
          <w:color w:val="000000"/>
          <w:sz w:val="24"/>
          <w:lang w:val="ru-RU"/>
        </w:rPr>
        <w:t xml:space="preserve"> </w:t>
      </w:r>
      <w:r w:rsidRPr="000019FD">
        <w:rPr>
          <w:rFonts w:ascii="Times New Roman" w:eastAsia="Times New Roman" w:hAnsi="Times New Roman"/>
          <w:color w:val="000000"/>
          <w:sz w:val="24"/>
          <w:lang w:val="ru-RU"/>
        </w:rPr>
        <w:t xml:space="preserve"> 1 класс. Акционерное общество «Издательство «Просвещение»; </w:t>
      </w:r>
    </w:p>
    <w:p w14:paraId="545C3651" w14:textId="78FF87B9" w:rsidR="002873D8" w:rsidRPr="002873D8" w:rsidRDefault="002873D8" w:rsidP="002873D8">
      <w:pPr>
        <w:widowControl w:val="0"/>
        <w:numPr>
          <w:ilvl w:val="0"/>
          <w:numId w:val="22"/>
        </w:numPr>
        <w:tabs>
          <w:tab w:val="left" w:pos="287"/>
        </w:tabs>
        <w:autoSpaceDE w:val="0"/>
        <w:autoSpaceDN w:val="0"/>
        <w:spacing w:after="0" w:line="240" w:lineRule="auto"/>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класс</w:t>
      </w:r>
    </w:p>
    <w:p w14:paraId="709CB0D7" w14:textId="77777777" w:rsidR="002873D8" w:rsidRPr="002873D8" w:rsidRDefault="002873D8" w:rsidP="002873D8">
      <w:pPr>
        <w:widowControl w:val="0"/>
        <w:autoSpaceDE w:val="0"/>
        <w:autoSpaceDN w:val="0"/>
        <w:spacing w:before="156" w:after="0" w:line="292" w:lineRule="auto"/>
        <w:ind w:left="106" w:right="1007"/>
        <w:jc w:val="both"/>
        <w:rPr>
          <w:rFonts w:ascii="Times New Roman" w:eastAsia="Times New Roman" w:hAnsi="Times New Roman" w:cs="Times New Roman"/>
          <w:sz w:val="24"/>
          <w:szCs w:val="24"/>
          <w:lang w:val="ru-RU"/>
        </w:rPr>
      </w:pPr>
      <w:r w:rsidRPr="002873D8">
        <w:rPr>
          <w:rFonts w:ascii="Times New Roman" w:eastAsia="Times New Roman" w:hAnsi="Times New Roman" w:cs="Times New Roman"/>
          <w:sz w:val="24"/>
          <w:szCs w:val="24"/>
          <w:lang w:val="ru-RU"/>
        </w:rPr>
        <w:t>Климанова Л.Ф., Горецкий В.Г., Голованова М.В. и другие, Литературное чтение (в 2 частях).</w:t>
      </w:r>
      <w:r w:rsidRPr="002873D8">
        <w:rPr>
          <w:rFonts w:ascii="Times New Roman" w:eastAsia="Times New Roman" w:hAnsi="Times New Roman" w:cs="Times New Roman"/>
          <w:spacing w:val="-58"/>
          <w:sz w:val="24"/>
          <w:szCs w:val="24"/>
          <w:lang w:val="ru-RU"/>
        </w:rPr>
        <w:t xml:space="preserve"> </w:t>
      </w:r>
      <w:r w:rsidRPr="002873D8">
        <w:rPr>
          <w:rFonts w:ascii="Times New Roman" w:eastAsia="Times New Roman" w:hAnsi="Times New Roman" w:cs="Times New Roman"/>
          <w:sz w:val="24"/>
          <w:szCs w:val="24"/>
          <w:lang w:val="ru-RU"/>
        </w:rPr>
        <w:t>Учебник.</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2</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класс.</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Акционерное</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общество</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«Издательство</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«Просвещение»</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w:t>
      </w:r>
    </w:p>
    <w:p w14:paraId="41755E11" w14:textId="77777777" w:rsidR="002873D8" w:rsidRPr="002873D8" w:rsidRDefault="002873D8" w:rsidP="002873D8">
      <w:pPr>
        <w:widowControl w:val="0"/>
        <w:autoSpaceDE w:val="0"/>
        <w:autoSpaceDN w:val="0"/>
        <w:spacing w:before="10" w:after="0" w:line="240" w:lineRule="auto"/>
        <w:rPr>
          <w:rFonts w:ascii="Times New Roman" w:eastAsia="Times New Roman" w:hAnsi="Times New Roman" w:cs="Times New Roman"/>
          <w:sz w:val="21"/>
          <w:szCs w:val="24"/>
          <w:lang w:val="ru-RU"/>
        </w:rPr>
      </w:pPr>
    </w:p>
    <w:p w14:paraId="4EA68B44" w14:textId="094662C6" w:rsidR="002873D8" w:rsidRPr="002873D8" w:rsidRDefault="002873D8" w:rsidP="002873D8">
      <w:pPr>
        <w:widowControl w:val="0"/>
        <w:numPr>
          <w:ilvl w:val="0"/>
          <w:numId w:val="22"/>
        </w:numPr>
        <w:tabs>
          <w:tab w:val="left" w:pos="287"/>
        </w:tabs>
        <w:autoSpaceDE w:val="0"/>
        <w:autoSpaceDN w:val="0"/>
        <w:spacing w:after="0" w:line="240" w:lineRule="auto"/>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класс</w:t>
      </w:r>
    </w:p>
    <w:p w14:paraId="6639886B" w14:textId="77777777" w:rsidR="002873D8" w:rsidRPr="002873D8" w:rsidRDefault="002873D8" w:rsidP="002873D8">
      <w:pPr>
        <w:widowControl w:val="0"/>
        <w:autoSpaceDE w:val="0"/>
        <w:autoSpaceDN w:val="0"/>
        <w:spacing w:before="156" w:after="0" w:line="292" w:lineRule="auto"/>
        <w:ind w:left="106" w:right="541"/>
        <w:rPr>
          <w:rFonts w:ascii="Times New Roman" w:eastAsia="Times New Roman" w:hAnsi="Times New Roman" w:cs="Times New Roman"/>
          <w:sz w:val="24"/>
          <w:szCs w:val="24"/>
          <w:lang w:val="ru-RU"/>
        </w:rPr>
      </w:pPr>
      <w:r w:rsidRPr="002873D8">
        <w:rPr>
          <w:rFonts w:ascii="Times New Roman" w:eastAsia="Times New Roman" w:hAnsi="Times New Roman" w:cs="Times New Roman"/>
          <w:sz w:val="24"/>
          <w:szCs w:val="24"/>
          <w:lang w:val="ru-RU"/>
        </w:rPr>
        <w:t>Климанова Л.Ф., Виноградская Л.А., Горецкий В.Г., Литературное чтение (в 2 частях). Учебник. 3</w:t>
      </w:r>
      <w:r w:rsidRPr="002873D8">
        <w:rPr>
          <w:rFonts w:ascii="Times New Roman" w:eastAsia="Times New Roman" w:hAnsi="Times New Roman" w:cs="Times New Roman"/>
          <w:spacing w:val="-58"/>
          <w:sz w:val="24"/>
          <w:szCs w:val="24"/>
          <w:lang w:val="ru-RU"/>
        </w:rPr>
        <w:t xml:space="preserve"> </w:t>
      </w:r>
      <w:r w:rsidRPr="002873D8">
        <w:rPr>
          <w:rFonts w:ascii="Times New Roman" w:eastAsia="Times New Roman" w:hAnsi="Times New Roman" w:cs="Times New Roman"/>
          <w:sz w:val="24"/>
          <w:szCs w:val="24"/>
          <w:lang w:val="ru-RU"/>
        </w:rPr>
        <w:t>класс.</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Акционерное общество</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«Издательство «Просвещение»</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w:t>
      </w:r>
    </w:p>
    <w:p w14:paraId="5717E7B8" w14:textId="0DAC096E" w:rsidR="002873D8" w:rsidRPr="002873D8" w:rsidRDefault="002873D8" w:rsidP="002873D8">
      <w:pPr>
        <w:widowControl w:val="0"/>
        <w:numPr>
          <w:ilvl w:val="0"/>
          <w:numId w:val="22"/>
        </w:numPr>
        <w:tabs>
          <w:tab w:val="left" w:pos="287"/>
        </w:tabs>
        <w:autoSpaceDE w:val="0"/>
        <w:autoSpaceDN w:val="0"/>
        <w:spacing w:after="0" w:line="240" w:lineRule="auto"/>
        <w:outlineLvl w:val="0"/>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ru-RU"/>
        </w:rPr>
        <w:t>класс</w:t>
      </w:r>
    </w:p>
    <w:p w14:paraId="4B215309" w14:textId="77777777" w:rsidR="002873D8" w:rsidRPr="002873D8" w:rsidRDefault="002873D8" w:rsidP="002873D8">
      <w:pPr>
        <w:widowControl w:val="0"/>
        <w:autoSpaceDE w:val="0"/>
        <w:autoSpaceDN w:val="0"/>
        <w:spacing w:before="157" w:after="0" w:line="292" w:lineRule="auto"/>
        <w:ind w:left="106" w:right="587"/>
        <w:rPr>
          <w:rFonts w:ascii="Times New Roman" w:eastAsia="Times New Roman" w:hAnsi="Times New Roman" w:cs="Times New Roman"/>
          <w:sz w:val="24"/>
          <w:szCs w:val="24"/>
          <w:lang w:val="ru-RU"/>
        </w:rPr>
      </w:pPr>
      <w:r w:rsidRPr="002873D8">
        <w:rPr>
          <w:rFonts w:ascii="Times New Roman" w:eastAsia="Times New Roman" w:hAnsi="Times New Roman" w:cs="Times New Roman"/>
          <w:sz w:val="24"/>
          <w:szCs w:val="24"/>
          <w:lang w:val="ru-RU"/>
        </w:rPr>
        <w:t>Климанова Л.Ф., Виноградская Л.А., Бойкина М.В., Литературное чтение (в 2 частях). Учебник. 4</w:t>
      </w:r>
      <w:r w:rsidRPr="002873D8">
        <w:rPr>
          <w:rFonts w:ascii="Times New Roman" w:eastAsia="Times New Roman" w:hAnsi="Times New Roman" w:cs="Times New Roman"/>
          <w:spacing w:val="-58"/>
          <w:sz w:val="24"/>
          <w:szCs w:val="24"/>
          <w:lang w:val="ru-RU"/>
        </w:rPr>
        <w:t xml:space="preserve"> </w:t>
      </w:r>
      <w:r w:rsidRPr="002873D8">
        <w:rPr>
          <w:rFonts w:ascii="Times New Roman" w:eastAsia="Times New Roman" w:hAnsi="Times New Roman" w:cs="Times New Roman"/>
          <w:sz w:val="24"/>
          <w:szCs w:val="24"/>
          <w:lang w:val="ru-RU"/>
        </w:rPr>
        <w:t>класс.</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Акционерное общество</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«Издательство «Просвещение»</w:t>
      </w:r>
      <w:r w:rsidRPr="002873D8">
        <w:rPr>
          <w:rFonts w:ascii="Times New Roman" w:eastAsia="Times New Roman" w:hAnsi="Times New Roman" w:cs="Times New Roman"/>
          <w:spacing w:val="-1"/>
          <w:sz w:val="24"/>
          <w:szCs w:val="24"/>
          <w:lang w:val="ru-RU"/>
        </w:rPr>
        <w:t xml:space="preserve"> </w:t>
      </w:r>
      <w:r w:rsidRPr="002873D8">
        <w:rPr>
          <w:rFonts w:ascii="Times New Roman" w:eastAsia="Times New Roman" w:hAnsi="Times New Roman" w:cs="Times New Roman"/>
          <w:sz w:val="24"/>
          <w:szCs w:val="24"/>
          <w:lang w:val="ru-RU"/>
        </w:rPr>
        <w:t>;</w:t>
      </w:r>
    </w:p>
    <w:p w14:paraId="3C1785A1" w14:textId="6B3B6C9D" w:rsidR="005F0CF1" w:rsidRPr="000019FD" w:rsidRDefault="00F150A0" w:rsidP="008B4F42">
      <w:pPr>
        <w:autoSpaceDE w:val="0"/>
        <w:autoSpaceDN w:val="0"/>
        <w:spacing w:before="166" w:after="0" w:line="271" w:lineRule="auto"/>
        <w:ind w:right="432"/>
        <w:rPr>
          <w:lang w:val="ru-RU"/>
        </w:rPr>
      </w:pPr>
      <w:r w:rsidRPr="000019FD">
        <w:rPr>
          <w:rFonts w:ascii="Times New Roman" w:eastAsia="Times New Roman" w:hAnsi="Times New Roman"/>
          <w:b/>
          <w:color w:val="000000"/>
          <w:sz w:val="24"/>
          <w:lang w:val="ru-RU"/>
        </w:rPr>
        <w:t>МЕТОДИЧЕСКИЕ МАТЕРИАЛЫ ДЛЯ УЧИТЕЛЯ</w:t>
      </w:r>
    </w:p>
    <w:p w14:paraId="6D6E5331" w14:textId="77777777" w:rsidR="005F0CF1" w:rsidRPr="000019FD" w:rsidRDefault="00F150A0">
      <w:pPr>
        <w:autoSpaceDE w:val="0"/>
        <w:autoSpaceDN w:val="0"/>
        <w:spacing w:before="166" w:after="0" w:line="262" w:lineRule="auto"/>
        <w:ind w:right="1008"/>
        <w:rPr>
          <w:lang w:val="ru-RU"/>
        </w:rPr>
      </w:pPr>
      <w:r w:rsidRPr="000019FD">
        <w:rPr>
          <w:rFonts w:ascii="Times New Roman" w:eastAsia="Times New Roman" w:hAnsi="Times New Roman"/>
          <w:color w:val="000000"/>
          <w:sz w:val="24"/>
          <w:lang w:val="ru-RU"/>
        </w:rPr>
        <w:t>Климанова Л. Ф., Бойкина М. В. Литературное чтение. Методические рекомендации. 1 класс Антошин М. К. Грамотный читатель. Обучение смысловому чтению. 1-2 классы</w:t>
      </w:r>
    </w:p>
    <w:p w14:paraId="3C7A799C" w14:textId="77777777" w:rsidR="005F0CF1" w:rsidRPr="000019FD" w:rsidRDefault="00F150A0">
      <w:pPr>
        <w:autoSpaceDE w:val="0"/>
        <w:autoSpaceDN w:val="0"/>
        <w:spacing w:before="264" w:after="0" w:line="230" w:lineRule="auto"/>
        <w:rPr>
          <w:lang w:val="ru-RU"/>
        </w:rPr>
      </w:pPr>
      <w:r w:rsidRPr="000019FD">
        <w:rPr>
          <w:rFonts w:ascii="Times New Roman" w:eastAsia="Times New Roman" w:hAnsi="Times New Roman"/>
          <w:b/>
          <w:color w:val="000000"/>
          <w:sz w:val="24"/>
          <w:lang w:val="ru-RU"/>
        </w:rPr>
        <w:t>ЦИФРОВЫЕ ОБРАЗОВАТЕЛЬНЫЕ РЕСУРСЫ И РЕСУРСЫ СЕТИ ИНТЕРНЕТ</w:t>
      </w:r>
    </w:p>
    <w:p w14:paraId="4198246C" w14:textId="77777777" w:rsidR="005F0CF1" w:rsidRPr="000019FD" w:rsidRDefault="00F150A0">
      <w:pPr>
        <w:autoSpaceDE w:val="0"/>
        <w:autoSpaceDN w:val="0"/>
        <w:spacing w:before="168" w:after="0" w:line="271" w:lineRule="auto"/>
        <w:ind w:right="7920"/>
        <w:rPr>
          <w:lang w:val="ru-RU"/>
        </w:rPr>
      </w:pPr>
      <w:r>
        <w:rPr>
          <w:rFonts w:ascii="Times New Roman" w:eastAsia="Times New Roman" w:hAnsi="Times New Roman"/>
          <w:color w:val="000000"/>
          <w:sz w:val="24"/>
        </w:rPr>
        <w:t>https</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uchi</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019FD">
        <w:rPr>
          <w:rFonts w:ascii="Times New Roman" w:eastAsia="Times New Roman" w:hAnsi="Times New Roman"/>
          <w:color w:val="000000"/>
          <w:sz w:val="24"/>
          <w:lang w:val="ru-RU"/>
        </w:rPr>
        <w:t xml:space="preserve"> </w:t>
      </w:r>
      <w:r w:rsidRPr="000019FD">
        <w:rPr>
          <w:lang w:val="ru-RU"/>
        </w:rPr>
        <w:br/>
      </w:r>
      <w:r>
        <w:rPr>
          <w:rFonts w:ascii="Times New Roman" w:eastAsia="Times New Roman" w:hAnsi="Times New Roman"/>
          <w:color w:val="000000"/>
          <w:sz w:val="24"/>
        </w:rPr>
        <w:t>https</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0019FD">
        <w:rPr>
          <w:rFonts w:ascii="Times New Roman" w:eastAsia="Times New Roman" w:hAnsi="Times New Roman"/>
          <w:color w:val="000000"/>
          <w:sz w:val="24"/>
          <w:lang w:val="ru-RU"/>
        </w:rPr>
        <w:t xml:space="preserve"> </w:t>
      </w:r>
      <w:r w:rsidRPr="000019FD">
        <w:rPr>
          <w:lang w:val="ru-RU"/>
        </w:rPr>
        <w:br/>
      </w:r>
      <w:r>
        <w:rPr>
          <w:rFonts w:ascii="Times New Roman" w:eastAsia="Times New Roman" w:hAnsi="Times New Roman"/>
          <w:color w:val="000000"/>
          <w:sz w:val="24"/>
        </w:rPr>
        <w:t>https</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education</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yandex</w:t>
      </w:r>
      <w:r w:rsidRPr="000019FD">
        <w:rPr>
          <w:rFonts w:ascii="Times New Roman" w:eastAsia="Times New Roman" w:hAnsi="Times New Roman"/>
          <w:color w:val="000000"/>
          <w:sz w:val="24"/>
          <w:lang w:val="ru-RU"/>
        </w:rPr>
        <w:t>.</w:t>
      </w:r>
      <w:r>
        <w:rPr>
          <w:rFonts w:ascii="Times New Roman" w:eastAsia="Times New Roman" w:hAnsi="Times New Roman"/>
          <w:color w:val="000000"/>
          <w:sz w:val="24"/>
        </w:rPr>
        <w:t>ru</w:t>
      </w:r>
    </w:p>
    <w:p w14:paraId="726D59E9" w14:textId="77777777" w:rsidR="005F0CF1" w:rsidRPr="000019FD" w:rsidRDefault="005F0CF1">
      <w:pPr>
        <w:autoSpaceDE w:val="0"/>
        <w:autoSpaceDN w:val="0"/>
        <w:spacing w:after="78" w:line="220" w:lineRule="exact"/>
        <w:rPr>
          <w:lang w:val="ru-RU"/>
        </w:rPr>
      </w:pPr>
    </w:p>
    <w:p w14:paraId="681F2326" w14:textId="77777777" w:rsidR="005F0CF1" w:rsidRPr="000019FD" w:rsidRDefault="00F150A0">
      <w:pPr>
        <w:autoSpaceDE w:val="0"/>
        <w:autoSpaceDN w:val="0"/>
        <w:spacing w:after="0" w:line="230" w:lineRule="auto"/>
        <w:rPr>
          <w:lang w:val="ru-RU"/>
        </w:rPr>
      </w:pPr>
      <w:r w:rsidRPr="000019FD">
        <w:rPr>
          <w:rFonts w:ascii="Times New Roman" w:eastAsia="Times New Roman" w:hAnsi="Times New Roman"/>
          <w:b/>
          <w:color w:val="000000"/>
          <w:sz w:val="24"/>
          <w:lang w:val="ru-RU"/>
        </w:rPr>
        <w:t>МАТЕРИАЛЬНО-ТЕХНИЧЕСКОЕ ОБЕСПЕЧЕНИЕ ОБРАЗОВАТЕЛЬНОГО ПРОЦЕССА</w:t>
      </w:r>
    </w:p>
    <w:p w14:paraId="0D944B0A" w14:textId="77777777" w:rsidR="005F0CF1" w:rsidRPr="000019FD" w:rsidRDefault="00F150A0">
      <w:pPr>
        <w:autoSpaceDE w:val="0"/>
        <w:autoSpaceDN w:val="0"/>
        <w:spacing w:before="346" w:after="0" w:line="230" w:lineRule="auto"/>
        <w:rPr>
          <w:lang w:val="ru-RU"/>
        </w:rPr>
      </w:pPr>
      <w:r w:rsidRPr="000019FD">
        <w:rPr>
          <w:rFonts w:ascii="Times New Roman" w:eastAsia="Times New Roman" w:hAnsi="Times New Roman"/>
          <w:b/>
          <w:color w:val="000000"/>
          <w:sz w:val="24"/>
          <w:lang w:val="ru-RU"/>
        </w:rPr>
        <w:t>УЧЕБНОЕ ОБОРУДОВАНИЕ</w:t>
      </w:r>
    </w:p>
    <w:p w14:paraId="0D0F7722" w14:textId="54AACE00" w:rsidR="005F0CF1" w:rsidRPr="009C391C" w:rsidRDefault="00F150A0">
      <w:pPr>
        <w:autoSpaceDE w:val="0"/>
        <w:autoSpaceDN w:val="0"/>
        <w:spacing w:before="166" w:after="0" w:line="262" w:lineRule="auto"/>
        <w:rPr>
          <w:rFonts w:ascii="Times New Roman" w:eastAsia="Times New Roman" w:hAnsi="Times New Roman"/>
          <w:color w:val="000000"/>
          <w:sz w:val="24"/>
          <w:lang w:val="ru-RU"/>
        </w:rPr>
      </w:pPr>
      <w:r w:rsidRPr="000019FD">
        <w:rPr>
          <w:rFonts w:ascii="Times New Roman" w:eastAsia="Times New Roman" w:hAnsi="Times New Roman"/>
          <w:color w:val="000000"/>
          <w:sz w:val="24"/>
          <w:lang w:val="ru-RU"/>
        </w:rPr>
        <w:t xml:space="preserve">Таблицы к основным разделам грамматического материала, содержащегося в программе по </w:t>
      </w:r>
      <w:r w:rsidR="009C391C">
        <w:rPr>
          <w:rFonts w:ascii="Times New Roman" w:eastAsia="Times New Roman" w:hAnsi="Times New Roman"/>
          <w:color w:val="000000"/>
          <w:sz w:val="24"/>
          <w:lang w:val="ru-RU"/>
        </w:rPr>
        <w:t xml:space="preserve">    </w:t>
      </w:r>
      <w:r w:rsidRPr="000019FD">
        <w:rPr>
          <w:rFonts w:ascii="Times New Roman" w:eastAsia="Times New Roman" w:hAnsi="Times New Roman"/>
          <w:color w:val="000000"/>
          <w:sz w:val="24"/>
          <w:lang w:val="ru-RU"/>
        </w:rPr>
        <w:t xml:space="preserve">русскому языку. </w:t>
      </w:r>
    </w:p>
    <w:p w14:paraId="255A052E" w14:textId="77777777" w:rsidR="005F0CF1" w:rsidRPr="000019FD" w:rsidRDefault="00F150A0">
      <w:pPr>
        <w:autoSpaceDE w:val="0"/>
        <w:autoSpaceDN w:val="0"/>
        <w:spacing w:before="70" w:after="0" w:line="262" w:lineRule="auto"/>
        <w:ind w:right="3168"/>
        <w:rPr>
          <w:lang w:val="ru-RU"/>
        </w:rPr>
      </w:pPr>
      <w:r w:rsidRPr="000019FD">
        <w:rPr>
          <w:rFonts w:ascii="Times New Roman" w:eastAsia="Times New Roman" w:hAnsi="Times New Roman"/>
          <w:color w:val="000000"/>
          <w:sz w:val="24"/>
          <w:lang w:val="ru-RU"/>
        </w:rPr>
        <w:t>Наборы сюжетных (предметных) картинок в соответствии с тематикой Портреты писателей</w:t>
      </w:r>
    </w:p>
    <w:p w14:paraId="09858789" w14:textId="77777777" w:rsidR="005F0CF1" w:rsidRPr="000019FD" w:rsidRDefault="00F150A0">
      <w:pPr>
        <w:autoSpaceDE w:val="0"/>
        <w:autoSpaceDN w:val="0"/>
        <w:spacing w:before="262" w:after="0" w:line="262" w:lineRule="auto"/>
        <w:ind w:right="720"/>
        <w:rPr>
          <w:lang w:val="ru-RU"/>
        </w:rPr>
      </w:pPr>
      <w:r w:rsidRPr="000019FD">
        <w:rPr>
          <w:rFonts w:ascii="Times New Roman" w:eastAsia="Times New Roman" w:hAnsi="Times New Roman"/>
          <w:b/>
          <w:color w:val="000000"/>
          <w:sz w:val="24"/>
          <w:lang w:val="ru-RU"/>
        </w:rPr>
        <w:t>ОБОРУДОВАНИЕ ДЛЯ ПРОВЕДЕНИЯ ЛАБОРАТОРНЫХ, ПРАКТИЧЕСКИХ РАБОТ, ДЕМОНСТРАЦИЙ</w:t>
      </w:r>
    </w:p>
    <w:p w14:paraId="62AD53BB" w14:textId="77777777" w:rsidR="005F0CF1" w:rsidRDefault="00F150A0">
      <w:pPr>
        <w:autoSpaceDE w:val="0"/>
        <w:autoSpaceDN w:val="0"/>
        <w:spacing w:before="168" w:after="0" w:line="271" w:lineRule="auto"/>
        <w:ind w:right="7632"/>
      </w:pPr>
      <w:r>
        <w:rPr>
          <w:rFonts w:ascii="Times New Roman" w:eastAsia="Times New Roman" w:hAnsi="Times New Roman"/>
          <w:color w:val="000000"/>
          <w:sz w:val="24"/>
        </w:rPr>
        <w:t xml:space="preserve">1. Классная магнитная доска </w:t>
      </w:r>
      <w:r>
        <w:br/>
      </w:r>
      <w:r>
        <w:rPr>
          <w:rFonts w:ascii="Times New Roman" w:eastAsia="Times New Roman" w:hAnsi="Times New Roman"/>
          <w:color w:val="000000"/>
          <w:sz w:val="24"/>
        </w:rPr>
        <w:t xml:space="preserve">2. Колонки </w:t>
      </w:r>
      <w:r>
        <w:br/>
      </w:r>
      <w:r>
        <w:rPr>
          <w:rFonts w:ascii="Times New Roman" w:eastAsia="Times New Roman" w:hAnsi="Times New Roman"/>
          <w:color w:val="000000"/>
          <w:sz w:val="24"/>
        </w:rPr>
        <w:t>3. Компьютер</w:t>
      </w:r>
    </w:p>
    <w:sectPr w:rsidR="005F0CF1" w:rsidSect="00034616">
      <w:pgSz w:w="11900" w:h="16840"/>
      <w:pgMar w:top="1440" w:right="1440" w:bottom="1440" w:left="1440" w:header="720" w:footer="720" w:gutter="0"/>
      <w:cols w:space="720" w:equalWidth="0">
        <w:col w:w="10584" w:space="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A4EB2" w14:textId="77777777" w:rsidR="00A3294A" w:rsidRDefault="00A3294A" w:rsidP="000019FD">
      <w:pPr>
        <w:spacing w:after="0" w:line="240" w:lineRule="auto"/>
      </w:pPr>
      <w:r>
        <w:separator/>
      </w:r>
    </w:p>
  </w:endnote>
  <w:endnote w:type="continuationSeparator" w:id="0">
    <w:p w14:paraId="12866EEB" w14:textId="77777777" w:rsidR="00A3294A" w:rsidRDefault="00A3294A" w:rsidP="00001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BA9C1" w14:textId="77777777" w:rsidR="00A3294A" w:rsidRDefault="00A3294A" w:rsidP="000019FD">
      <w:pPr>
        <w:spacing w:after="0" w:line="240" w:lineRule="auto"/>
      </w:pPr>
      <w:r>
        <w:separator/>
      </w:r>
    </w:p>
  </w:footnote>
  <w:footnote w:type="continuationSeparator" w:id="0">
    <w:p w14:paraId="4C01D0DB" w14:textId="77777777" w:rsidR="00A3294A" w:rsidRDefault="00A3294A" w:rsidP="00001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640738"/>
      <w:docPartObj>
        <w:docPartGallery w:val="Page Numbers (Top of Page)"/>
        <w:docPartUnique/>
      </w:docPartObj>
    </w:sdtPr>
    <w:sdtEndPr/>
    <w:sdtContent>
      <w:p w14:paraId="27DBEF63" w14:textId="138BFA60" w:rsidR="002873D8" w:rsidRDefault="002873D8">
        <w:pPr>
          <w:pStyle w:val="a5"/>
          <w:jc w:val="center"/>
        </w:pPr>
        <w:r>
          <w:fldChar w:fldCharType="begin"/>
        </w:r>
        <w:r>
          <w:instrText>PAGE   \* MERGEFORMAT</w:instrText>
        </w:r>
        <w:r>
          <w:fldChar w:fldCharType="separate"/>
        </w:r>
        <w:r w:rsidR="00C467D3" w:rsidRPr="00C467D3">
          <w:rPr>
            <w:noProof/>
            <w:lang w:val="ru-RU"/>
          </w:rPr>
          <w:t>2</w:t>
        </w:r>
        <w:r>
          <w:fldChar w:fldCharType="end"/>
        </w:r>
      </w:p>
    </w:sdtContent>
  </w:sdt>
  <w:p w14:paraId="40027585" w14:textId="77777777" w:rsidR="002873D8" w:rsidRDefault="002873D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2E708A5"/>
    <w:multiLevelType w:val="hybridMultilevel"/>
    <w:tmpl w:val="CB307BEE"/>
    <w:lvl w:ilvl="0" w:tplc="CBE46DFA">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9A0436C4">
      <w:numFmt w:val="bullet"/>
      <w:lvlText w:val="•"/>
      <w:lvlJc w:val="left"/>
      <w:pPr>
        <w:ind w:left="1330" w:hanging="181"/>
      </w:pPr>
      <w:rPr>
        <w:rFonts w:hint="default"/>
        <w:lang w:val="ru-RU" w:eastAsia="en-US" w:bidi="ar-SA"/>
      </w:rPr>
    </w:lvl>
    <w:lvl w:ilvl="2" w:tplc="58B46D98">
      <w:numFmt w:val="bullet"/>
      <w:lvlText w:val="•"/>
      <w:lvlJc w:val="left"/>
      <w:pPr>
        <w:ind w:left="2380" w:hanging="181"/>
      </w:pPr>
      <w:rPr>
        <w:rFonts w:hint="default"/>
        <w:lang w:val="ru-RU" w:eastAsia="en-US" w:bidi="ar-SA"/>
      </w:rPr>
    </w:lvl>
    <w:lvl w:ilvl="3" w:tplc="C22476B0">
      <w:numFmt w:val="bullet"/>
      <w:lvlText w:val="•"/>
      <w:lvlJc w:val="left"/>
      <w:pPr>
        <w:ind w:left="3430" w:hanging="181"/>
      </w:pPr>
      <w:rPr>
        <w:rFonts w:hint="default"/>
        <w:lang w:val="ru-RU" w:eastAsia="en-US" w:bidi="ar-SA"/>
      </w:rPr>
    </w:lvl>
    <w:lvl w:ilvl="4" w:tplc="BBE27DE0">
      <w:numFmt w:val="bullet"/>
      <w:lvlText w:val="•"/>
      <w:lvlJc w:val="left"/>
      <w:pPr>
        <w:ind w:left="4480" w:hanging="181"/>
      </w:pPr>
      <w:rPr>
        <w:rFonts w:hint="default"/>
        <w:lang w:val="ru-RU" w:eastAsia="en-US" w:bidi="ar-SA"/>
      </w:rPr>
    </w:lvl>
    <w:lvl w:ilvl="5" w:tplc="7B4C8A02">
      <w:numFmt w:val="bullet"/>
      <w:lvlText w:val="•"/>
      <w:lvlJc w:val="left"/>
      <w:pPr>
        <w:ind w:left="5530" w:hanging="181"/>
      </w:pPr>
      <w:rPr>
        <w:rFonts w:hint="default"/>
        <w:lang w:val="ru-RU" w:eastAsia="en-US" w:bidi="ar-SA"/>
      </w:rPr>
    </w:lvl>
    <w:lvl w:ilvl="6" w:tplc="1122A63A">
      <w:numFmt w:val="bullet"/>
      <w:lvlText w:val="•"/>
      <w:lvlJc w:val="left"/>
      <w:pPr>
        <w:ind w:left="6580" w:hanging="181"/>
      </w:pPr>
      <w:rPr>
        <w:rFonts w:hint="default"/>
        <w:lang w:val="ru-RU" w:eastAsia="en-US" w:bidi="ar-SA"/>
      </w:rPr>
    </w:lvl>
    <w:lvl w:ilvl="7" w:tplc="85EAE2AE">
      <w:numFmt w:val="bullet"/>
      <w:lvlText w:val="•"/>
      <w:lvlJc w:val="left"/>
      <w:pPr>
        <w:ind w:left="7630" w:hanging="181"/>
      </w:pPr>
      <w:rPr>
        <w:rFonts w:hint="default"/>
        <w:lang w:val="ru-RU" w:eastAsia="en-US" w:bidi="ar-SA"/>
      </w:rPr>
    </w:lvl>
    <w:lvl w:ilvl="8" w:tplc="CE9CD254">
      <w:numFmt w:val="bullet"/>
      <w:lvlText w:val="•"/>
      <w:lvlJc w:val="left"/>
      <w:pPr>
        <w:ind w:left="8680" w:hanging="181"/>
      </w:pPr>
      <w:rPr>
        <w:rFonts w:hint="default"/>
        <w:lang w:val="ru-RU" w:eastAsia="en-US" w:bidi="ar-SA"/>
      </w:rPr>
    </w:lvl>
  </w:abstractNum>
  <w:abstractNum w:abstractNumId="10" w15:restartNumberingAfterBreak="0">
    <w:nsid w:val="0441743E"/>
    <w:multiLevelType w:val="hybridMultilevel"/>
    <w:tmpl w:val="9D00A6D6"/>
    <w:lvl w:ilvl="0" w:tplc="D672879C">
      <w:start w:val="1"/>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0CDE07D2">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3E64EA32">
      <w:numFmt w:val="bullet"/>
      <w:lvlText w:val="•"/>
      <w:lvlJc w:val="left"/>
      <w:pPr>
        <w:ind w:left="1662" w:hanging="361"/>
      </w:pPr>
      <w:rPr>
        <w:rFonts w:hint="default"/>
        <w:lang w:val="ru-RU" w:eastAsia="en-US" w:bidi="ar-SA"/>
      </w:rPr>
    </w:lvl>
    <w:lvl w:ilvl="3" w:tplc="0B229948">
      <w:numFmt w:val="bullet"/>
      <w:lvlText w:val="•"/>
      <w:lvlJc w:val="left"/>
      <w:pPr>
        <w:ind w:left="2804" w:hanging="361"/>
      </w:pPr>
      <w:rPr>
        <w:rFonts w:hint="default"/>
        <w:lang w:val="ru-RU" w:eastAsia="en-US" w:bidi="ar-SA"/>
      </w:rPr>
    </w:lvl>
    <w:lvl w:ilvl="4" w:tplc="02361354">
      <w:numFmt w:val="bullet"/>
      <w:lvlText w:val="•"/>
      <w:lvlJc w:val="left"/>
      <w:pPr>
        <w:ind w:left="3946" w:hanging="361"/>
      </w:pPr>
      <w:rPr>
        <w:rFonts w:hint="default"/>
        <w:lang w:val="ru-RU" w:eastAsia="en-US" w:bidi="ar-SA"/>
      </w:rPr>
    </w:lvl>
    <w:lvl w:ilvl="5" w:tplc="ECD689D4">
      <w:numFmt w:val="bullet"/>
      <w:lvlText w:val="•"/>
      <w:lvlJc w:val="left"/>
      <w:pPr>
        <w:ind w:left="5088" w:hanging="361"/>
      </w:pPr>
      <w:rPr>
        <w:rFonts w:hint="default"/>
        <w:lang w:val="ru-RU" w:eastAsia="en-US" w:bidi="ar-SA"/>
      </w:rPr>
    </w:lvl>
    <w:lvl w:ilvl="6" w:tplc="2612F4FA">
      <w:numFmt w:val="bullet"/>
      <w:lvlText w:val="•"/>
      <w:lvlJc w:val="left"/>
      <w:pPr>
        <w:ind w:left="6231" w:hanging="361"/>
      </w:pPr>
      <w:rPr>
        <w:rFonts w:hint="default"/>
        <w:lang w:val="ru-RU" w:eastAsia="en-US" w:bidi="ar-SA"/>
      </w:rPr>
    </w:lvl>
    <w:lvl w:ilvl="7" w:tplc="9B7674BE">
      <w:numFmt w:val="bullet"/>
      <w:lvlText w:val="•"/>
      <w:lvlJc w:val="left"/>
      <w:pPr>
        <w:ind w:left="7373" w:hanging="361"/>
      </w:pPr>
      <w:rPr>
        <w:rFonts w:hint="default"/>
        <w:lang w:val="ru-RU" w:eastAsia="en-US" w:bidi="ar-SA"/>
      </w:rPr>
    </w:lvl>
    <w:lvl w:ilvl="8" w:tplc="2E02662E">
      <w:numFmt w:val="bullet"/>
      <w:lvlText w:val="•"/>
      <w:lvlJc w:val="left"/>
      <w:pPr>
        <w:ind w:left="8515" w:hanging="361"/>
      </w:pPr>
      <w:rPr>
        <w:rFonts w:hint="default"/>
        <w:lang w:val="ru-RU" w:eastAsia="en-US" w:bidi="ar-SA"/>
      </w:rPr>
    </w:lvl>
  </w:abstractNum>
  <w:abstractNum w:abstractNumId="11" w15:restartNumberingAfterBreak="0">
    <w:nsid w:val="07637E53"/>
    <w:multiLevelType w:val="hybridMultilevel"/>
    <w:tmpl w:val="CEF65076"/>
    <w:lvl w:ilvl="0" w:tplc="CD8E4C48">
      <w:start w:val="1"/>
      <w:numFmt w:val="decimal"/>
      <w:lvlText w:val="%1."/>
      <w:lvlJc w:val="left"/>
      <w:pPr>
        <w:ind w:left="360" w:hanging="360"/>
      </w:pPr>
      <w:rPr>
        <w:rFonts w:ascii="Times New Roman" w:eastAsia="Times New Roman" w:hAnsi="Times New Roman" w:hint="default"/>
        <w:b/>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F4332AC"/>
    <w:multiLevelType w:val="hybridMultilevel"/>
    <w:tmpl w:val="E0C0E8E0"/>
    <w:lvl w:ilvl="0" w:tplc="EFAEACB2">
      <w:start w:val="1"/>
      <w:numFmt w:val="bullet"/>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13" w15:restartNumberingAfterBreak="0">
    <w:nsid w:val="108B5E64"/>
    <w:multiLevelType w:val="hybridMultilevel"/>
    <w:tmpl w:val="70EA63CA"/>
    <w:lvl w:ilvl="0" w:tplc="FC945A4C">
      <w:start w:val="3"/>
      <w:numFmt w:val="decimal"/>
      <w:lvlText w:val="%1"/>
      <w:lvlJc w:val="left"/>
      <w:pPr>
        <w:ind w:left="601" w:hanging="360"/>
      </w:pPr>
      <w:rPr>
        <w:rFonts w:hint="default"/>
      </w:rPr>
    </w:lvl>
    <w:lvl w:ilvl="1" w:tplc="04190019" w:tentative="1">
      <w:start w:val="1"/>
      <w:numFmt w:val="lowerLetter"/>
      <w:lvlText w:val="%2."/>
      <w:lvlJc w:val="left"/>
      <w:pPr>
        <w:ind w:left="1321" w:hanging="360"/>
      </w:pPr>
    </w:lvl>
    <w:lvl w:ilvl="2" w:tplc="0419001B" w:tentative="1">
      <w:start w:val="1"/>
      <w:numFmt w:val="lowerRoman"/>
      <w:lvlText w:val="%3."/>
      <w:lvlJc w:val="right"/>
      <w:pPr>
        <w:ind w:left="2041" w:hanging="180"/>
      </w:pPr>
    </w:lvl>
    <w:lvl w:ilvl="3" w:tplc="0419000F" w:tentative="1">
      <w:start w:val="1"/>
      <w:numFmt w:val="decimal"/>
      <w:lvlText w:val="%4."/>
      <w:lvlJc w:val="left"/>
      <w:pPr>
        <w:ind w:left="2761" w:hanging="360"/>
      </w:pPr>
    </w:lvl>
    <w:lvl w:ilvl="4" w:tplc="04190019" w:tentative="1">
      <w:start w:val="1"/>
      <w:numFmt w:val="lowerLetter"/>
      <w:lvlText w:val="%5."/>
      <w:lvlJc w:val="left"/>
      <w:pPr>
        <w:ind w:left="3481" w:hanging="360"/>
      </w:pPr>
    </w:lvl>
    <w:lvl w:ilvl="5" w:tplc="0419001B" w:tentative="1">
      <w:start w:val="1"/>
      <w:numFmt w:val="lowerRoman"/>
      <w:lvlText w:val="%6."/>
      <w:lvlJc w:val="right"/>
      <w:pPr>
        <w:ind w:left="4201" w:hanging="180"/>
      </w:pPr>
    </w:lvl>
    <w:lvl w:ilvl="6" w:tplc="0419000F" w:tentative="1">
      <w:start w:val="1"/>
      <w:numFmt w:val="decimal"/>
      <w:lvlText w:val="%7."/>
      <w:lvlJc w:val="left"/>
      <w:pPr>
        <w:ind w:left="4921" w:hanging="360"/>
      </w:pPr>
    </w:lvl>
    <w:lvl w:ilvl="7" w:tplc="04190019" w:tentative="1">
      <w:start w:val="1"/>
      <w:numFmt w:val="lowerLetter"/>
      <w:lvlText w:val="%8."/>
      <w:lvlJc w:val="left"/>
      <w:pPr>
        <w:ind w:left="5641" w:hanging="360"/>
      </w:pPr>
    </w:lvl>
    <w:lvl w:ilvl="8" w:tplc="0419001B" w:tentative="1">
      <w:start w:val="1"/>
      <w:numFmt w:val="lowerRoman"/>
      <w:lvlText w:val="%9."/>
      <w:lvlJc w:val="right"/>
      <w:pPr>
        <w:ind w:left="6361" w:hanging="180"/>
      </w:pPr>
    </w:lvl>
  </w:abstractNum>
  <w:abstractNum w:abstractNumId="14" w15:restartNumberingAfterBreak="0">
    <w:nsid w:val="26932057"/>
    <w:multiLevelType w:val="hybridMultilevel"/>
    <w:tmpl w:val="D48813E2"/>
    <w:lvl w:ilvl="0" w:tplc="366E77EC">
      <w:start w:val="1"/>
      <w:numFmt w:val="decimal"/>
      <w:lvlText w:val="%1"/>
      <w:lvlJc w:val="left"/>
      <w:pPr>
        <w:ind w:left="323" w:hanging="181"/>
      </w:pPr>
      <w:rPr>
        <w:rFonts w:ascii="Times New Roman" w:eastAsia="Times New Roman" w:hAnsi="Times New Roman" w:cs="Times New Roman" w:hint="default"/>
        <w:b/>
        <w:bCs/>
        <w:w w:val="100"/>
        <w:sz w:val="24"/>
        <w:szCs w:val="24"/>
        <w:lang w:val="ru-RU" w:eastAsia="en-US" w:bidi="ar-SA"/>
      </w:rPr>
    </w:lvl>
    <w:lvl w:ilvl="1" w:tplc="3DBCE89A">
      <w:numFmt w:val="bullet"/>
      <w:lvlText w:val="•"/>
      <w:lvlJc w:val="left"/>
      <w:pPr>
        <w:ind w:left="1369" w:hanging="181"/>
      </w:pPr>
      <w:rPr>
        <w:rFonts w:hint="default"/>
        <w:lang w:val="ru-RU" w:eastAsia="en-US" w:bidi="ar-SA"/>
      </w:rPr>
    </w:lvl>
    <w:lvl w:ilvl="2" w:tplc="F2E83F46">
      <w:numFmt w:val="bullet"/>
      <w:lvlText w:val="•"/>
      <w:lvlJc w:val="left"/>
      <w:pPr>
        <w:ind w:left="2421" w:hanging="181"/>
      </w:pPr>
      <w:rPr>
        <w:rFonts w:hint="default"/>
        <w:lang w:val="ru-RU" w:eastAsia="en-US" w:bidi="ar-SA"/>
      </w:rPr>
    </w:lvl>
    <w:lvl w:ilvl="3" w:tplc="CA944942">
      <w:numFmt w:val="bullet"/>
      <w:lvlText w:val="•"/>
      <w:lvlJc w:val="left"/>
      <w:pPr>
        <w:ind w:left="3473" w:hanging="181"/>
      </w:pPr>
      <w:rPr>
        <w:rFonts w:hint="default"/>
        <w:lang w:val="ru-RU" w:eastAsia="en-US" w:bidi="ar-SA"/>
      </w:rPr>
    </w:lvl>
    <w:lvl w:ilvl="4" w:tplc="F1A4D0C0">
      <w:numFmt w:val="bullet"/>
      <w:lvlText w:val="•"/>
      <w:lvlJc w:val="left"/>
      <w:pPr>
        <w:ind w:left="4525" w:hanging="181"/>
      </w:pPr>
      <w:rPr>
        <w:rFonts w:hint="default"/>
        <w:lang w:val="ru-RU" w:eastAsia="en-US" w:bidi="ar-SA"/>
      </w:rPr>
    </w:lvl>
    <w:lvl w:ilvl="5" w:tplc="EF7270A4">
      <w:numFmt w:val="bullet"/>
      <w:lvlText w:val="•"/>
      <w:lvlJc w:val="left"/>
      <w:pPr>
        <w:ind w:left="5577" w:hanging="181"/>
      </w:pPr>
      <w:rPr>
        <w:rFonts w:hint="default"/>
        <w:lang w:val="ru-RU" w:eastAsia="en-US" w:bidi="ar-SA"/>
      </w:rPr>
    </w:lvl>
    <w:lvl w:ilvl="6" w:tplc="DBA6E848">
      <w:numFmt w:val="bullet"/>
      <w:lvlText w:val="•"/>
      <w:lvlJc w:val="left"/>
      <w:pPr>
        <w:ind w:left="6629" w:hanging="181"/>
      </w:pPr>
      <w:rPr>
        <w:rFonts w:hint="default"/>
        <w:lang w:val="ru-RU" w:eastAsia="en-US" w:bidi="ar-SA"/>
      </w:rPr>
    </w:lvl>
    <w:lvl w:ilvl="7" w:tplc="9EBAB6FE">
      <w:numFmt w:val="bullet"/>
      <w:lvlText w:val="•"/>
      <w:lvlJc w:val="left"/>
      <w:pPr>
        <w:ind w:left="7681" w:hanging="181"/>
      </w:pPr>
      <w:rPr>
        <w:rFonts w:hint="default"/>
        <w:lang w:val="ru-RU" w:eastAsia="en-US" w:bidi="ar-SA"/>
      </w:rPr>
    </w:lvl>
    <w:lvl w:ilvl="8" w:tplc="D49049AA">
      <w:numFmt w:val="bullet"/>
      <w:lvlText w:val="•"/>
      <w:lvlJc w:val="left"/>
      <w:pPr>
        <w:ind w:left="8733" w:hanging="181"/>
      </w:pPr>
      <w:rPr>
        <w:rFonts w:hint="default"/>
        <w:lang w:val="ru-RU" w:eastAsia="en-US" w:bidi="ar-SA"/>
      </w:rPr>
    </w:lvl>
  </w:abstractNum>
  <w:abstractNum w:abstractNumId="15" w15:restartNumberingAfterBreak="0">
    <w:nsid w:val="29C362A1"/>
    <w:multiLevelType w:val="hybridMultilevel"/>
    <w:tmpl w:val="0AC43D16"/>
    <w:lvl w:ilvl="0" w:tplc="EFAEACB2">
      <w:start w:val="1"/>
      <w:numFmt w:val="bullet"/>
      <w:lvlText w:val=""/>
      <w:lvlJc w:val="left"/>
      <w:pPr>
        <w:ind w:left="827" w:hanging="360"/>
      </w:pPr>
      <w:rPr>
        <w:rFonts w:ascii="Symbol" w:hAnsi="Symbol"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16" w15:restartNumberingAfterBreak="0">
    <w:nsid w:val="2D344D51"/>
    <w:multiLevelType w:val="hybridMultilevel"/>
    <w:tmpl w:val="9F42327E"/>
    <w:lvl w:ilvl="0" w:tplc="7A70A014">
      <w:start w:val="1"/>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B51C7C52">
      <w:numFmt w:val="bullet"/>
      <w:lvlText w:val="•"/>
      <w:lvlJc w:val="left"/>
      <w:pPr>
        <w:ind w:left="1330" w:hanging="181"/>
      </w:pPr>
      <w:rPr>
        <w:rFonts w:hint="default"/>
        <w:lang w:val="ru-RU" w:eastAsia="en-US" w:bidi="ar-SA"/>
      </w:rPr>
    </w:lvl>
    <w:lvl w:ilvl="2" w:tplc="DC368492">
      <w:numFmt w:val="bullet"/>
      <w:lvlText w:val="•"/>
      <w:lvlJc w:val="left"/>
      <w:pPr>
        <w:ind w:left="2380" w:hanging="181"/>
      </w:pPr>
      <w:rPr>
        <w:rFonts w:hint="default"/>
        <w:lang w:val="ru-RU" w:eastAsia="en-US" w:bidi="ar-SA"/>
      </w:rPr>
    </w:lvl>
    <w:lvl w:ilvl="3" w:tplc="5F3AC706">
      <w:numFmt w:val="bullet"/>
      <w:lvlText w:val="•"/>
      <w:lvlJc w:val="left"/>
      <w:pPr>
        <w:ind w:left="3430" w:hanging="181"/>
      </w:pPr>
      <w:rPr>
        <w:rFonts w:hint="default"/>
        <w:lang w:val="ru-RU" w:eastAsia="en-US" w:bidi="ar-SA"/>
      </w:rPr>
    </w:lvl>
    <w:lvl w:ilvl="4" w:tplc="D1A40E34">
      <w:numFmt w:val="bullet"/>
      <w:lvlText w:val="•"/>
      <w:lvlJc w:val="left"/>
      <w:pPr>
        <w:ind w:left="4480" w:hanging="181"/>
      </w:pPr>
      <w:rPr>
        <w:rFonts w:hint="default"/>
        <w:lang w:val="ru-RU" w:eastAsia="en-US" w:bidi="ar-SA"/>
      </w:rPr>
    </w:lvl>
    <w:lvl w:ilvl="5" w:tplc="39084F9C">
      <w:numFmt w:val="bullet"/>
      <w:lvlText w:val="•"/>
      <w:lvlJc w:val="left"/>
      <w:pPr>
        <w:ind w:left="5530" w:hanging="181"/>
      </w:pPr>
      <w:rPr>
        <w:rFonts w:hint="default"/>
        <w:lang w:val="ru-RU" w:eastAsia="en-US" w:bidi="ar-SA"/>
      </w:rPr>
    </w:lvl>
    <w:lvl w:ilvl="6" w:tplc="76AE7E42">
      <w:numFmt w:val="bullet"/>
      <w:lvlText w:val="•"/>
      <w:lvlJc w:val="left"/>
      <w:pPr>
        <w:ind w:left="6580" w:hanging="181"/>
      </w:pPr>
      <w:rPr>
        <w:rFonts w:hint="default"/>
        <w:lang w:val="ru-RU" w:eastAsia="en-US" w:bidi="ar-SA"/>
      </w:rPr>
    </w:lvl>
    <w:lvl w:ilvl="7" w:tplc="10DC2758">
      <w:numFmt w:val="bullet"/>
      <w:lvlText w:val="•"/>
      <w:lvlJc w:val="left"/>
      <w:pPr>
        <w:ind w:left="7630" w:hanging="181"/>
      </w:pPr>
      <w:rPr>
        <w:rFonts w:hint="default"/>
        <w:lang w:val="ru-RU" w:eastAsia="en-US" w:bidi="ar-SA"/>
      </w:rPr>
    </w:lvl>
    <w:lvl w:ilvl="8" w:tplc="A980481A">
      <w:numFmt w:val="bullet"/>
      <w:lvlText w:val="•"/>
      <w:lvlJc w:val="left"/>
      <w:pPr>
        <w:ind w:left="8680" w:hanging="181"/>
      </w:pPr>
      <w:rPr>
        <w:rFonts w:hint="default"/>
        <w:lang w:val="ru-RU" w:eastAsia="en-US" w:bidi="ar-SA"/>
      </w:rPr>
    </w:lvl>
  </w:abstractNum>
  <w:abstractNum w:abstractNumId="17" w15:restartNumberingAfterBreak="0">
    <w:nsid w:val="31AD0580"/>
    <w:multiLevelType w:val="hybridMultilevel"/>
    <w:tmpl w:val="AA96C486"/>
    <w:lvl w:ilvl="0" w:tplc="57586650">
      <w:start w:val="1"/>
      <w:numFmt w:val="upperRoman"/>
      <w:lvlText w:val="%1."/>
      <w:lvlJc w:val="left"/>
      <w:pPr>
        <w:ind w:left="900" w:hanging="720"/>
      </w:pPr>
      <w:rPr>
        <w:rFonts w:ascii="Times New Roman" w:eastAsia="Times New Roman" w:hAnsi="Times New Roman" w:hint="default"/>
        <w:b/>
        <w:color w:val="000000"/>
        <w:sz w:val="24"/>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lang w:val="ru-RU" w:eastAsia="en-US" w:bidi="ar-SA"/>
      </w:rPr>
    </w:lvl>
    <w:lvl w:ilvl="2" w:tplc="C3AC2EB2">
      <w:numFmt w:val="bullet"/>
      <w:lvlText w:val="•"/>
      <w:lvlJc w:val="left"/>
      <w:pPr>
        <w:ind w:left="2131" w:hanging="286"/>
      </w:pPr>
      <w:rPr>
        <w:lang w:val="ru-RU" w:eastAsia="en-US" w:bidi="ar-SA"/>
      </w:rPr>
    </w:lvl>
    <w:lvl w:ilvl="3" w:tplc="BD3668AE">
      <w:numFmt w:val="bullet"/>
      <w:lvlText w:val="•"/>
      <w:lvlJc w:val="left"/>
      <w:pPr>
        <w:ind w:left="3087" w:hanging="286"/>
      </w:pPr>
      <w:rPr>
        <w:lang w:val="ru-RU" w:eastAsia="en-US" w:bidi="ar-SA"/>
      </w:rPr>
    </w:lvl>
    <w:lvl w:ilvl="4" w:tplc="6A00E04C">
      <w:numFmt w:val="bullet"/>
      <w:lvlText w:val="•"/>
      <w:lvlJc w:val="left"/>
      <w:pPr>
        <w:ind w:left="4043" w:hanging="286"/>
      </w:pPr>
      <w:rPr>
        <w:lang w:val="ru-RU" w:eastAsia="en-US" w:bidi="ar-SA"/>
      </w:rPr>
    </w:lvl>
    <w:lvl w:ilvl="5" w:tplc="8676DBE4">
      <w:numFmt w:val="bullet"/>
      <w:lvlText w:val="•"/>
      <w:lvlJc w:val="left"/>
      <w:pPr>
        <w:ind w:left="4999" w:hanging="286"/>
      </w:pPr>
      <w:rPr>
        <w:lang w:val="ru-RU" w:eastAsia="en-US" w:bidi="ar-SA"/>
      </w:rPr>
    </w:lvl>
    <w:lvl w:ilvl="6" w:tplc="7B3ABF84">
      <w:numFmt w:val="bullet"/>
      <w:lvlText w:val="•"/>
      <w:lvlJc w:val="left"/>
      <w:pPr>
        <w:ind w:left="5955" w:hanging="286"/>
      </w:pPr>
      <w:rPr>
        <w:lang w:val="ru-RU" w:eastAsia="en-US" w:bidi="ar-SA"/>
      </w:rPr>
    </w:lvl>
    <w:lvl w:ilvl="7" w:tplc="C5B0910A">
      <w:numFmt w:val="bullet"/>
      <w:lvlText w:val="•"/>
      <w:lvlJc w:val="left"/>
      <w:pPr>
        <w:ind w:left="6911" w:hanging="286"/>
      </w:pPr>
      <w:rPr>
        <w:lang w:val="ru-RU" w:eastAsia="en-US" w:bidi="ar-SA"/>
      </w:rPr>
    </w:lvl>
    <w:lvl w:ilvl="8" w:tplc="C70C8AF8">
      <w:numFmt w:val="bullet"/>
      <w:lvlText w:val="•"/>
      <w:lvlJc w:val="left"/>
      <w:pPr>
        <w:ind w:left="7867" w:hanging="286"/>
      </w:pPr>
      <w:rPr>
        <w:lang w:val="ru-RU" w:eastAsia="en-US" w:bidi="ar-SA"/>
      </w:rPr>
    </w:lvl>
  </w:abstractNum>
  <w:abstractNum w:abstractNumId="19" w15:restartNumberingAfterBreak="0">
    <w:nsid w:val="39633AF7"/>
    <w:multiLevelType w:val="hybridMultilevel"/>
    <w:tmpl w:val="C51A281E"/>
    <w:lvl w:ilvl="0" w:tplc="5426941E">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AF665A5C">
      <w:numFmt w:val="bullet"/>
      <w:lvlText w:val="•"/>
      <w:lvlJc w:val="left"/>
      <w:pPr>
        <w:ind w:left="1548" w:hanging="361"/>
      </w:pPr>
      <w:rPr>
        <w:rFonts w:hint="default"/>
        <w:lang w:val="ru-RU" w:eastAsia="en-US" w:bidi="ar-SA"/>
      </w:rPr>
    </w:lvl>
    <w:lvl w:ilvl="2" w:tplc="EBAE2756">
      <w:numFmt w:val="bullet"/>
      <w:lvlText w:val="•"/>
      <w:lvlJc w:val="left"/>
      <w:pPr>
        <w:ind w:left="2576" w:hanging="361"/>
      </w:pPr>
      <w:rPr>
        <w:rFonts w:hint="default"/>
        <w:lang w:val="ru-RU" w:eastAsia="en-US" w:bidi="ar-SA"/>
      </w:rPr>
    </w:lvl>
    <w:lvl w:ilvl="3" w:tplc="9684F37A">
      <w:numFmt w:val="bullet"/>
      <w:lvlText w:val="•"/>
      <w:lvlJc w:val="left"/>
      <w:pPr>
        <w:ind w:left="3604" w:hanging="361"/>
      </w:pPr>
      <w:rPr>
        <w:rFonts w:hint="default"/>
        <w:lang w:val="ru-RU" w:eastAsia="en-US" w:bidi="ar-SA"/>
      </w:rPr>
    </w:lvl>
    <w:lvl w:ilvl="4" w:tplc="1E3A1430">
      <w:numFmt w:val="bullet"/>
      <w:lvlText w:val="•"/>
      <w:lvlJc w:val="left"/>
      <w:pPr>
        <w:ind w:left="4632" w:hanging="361"/>
      </w:pPr>
      <w:rPr>
        <w:rFonts w:hint="default"/>
        <w:lang w:val="ru-RU" w:eastAsia="en-US" w:bidi="ar-SA"/>
      </w:rPr>
    </w:lvl>
    <w:lvl w:ilvl="5" w:tplc="DB9EF782">
      <w:numFmt w:val="bullet"/>
      <w:lvlText w:val="•"/>
      <w:lvlJc w:val="left"/>
      <w:pPr>
        <w:ind w:left="5660" w:hanging="361"/>
      </w:pPr>
      <w:rPr>
        <w:rFonts w:hint="default"/>
        <w:lang w:val="ru-RU" w:eastAsia="en-US" w:bidi="ar-SA"/>
      </w:rPr>
    </w:lvl>
    <w:lvl w:ilvl="6" w:tplc="B6C8A286">
      <w:numFmt w:val="bullet"/>
      <w:lvlText w:val="•"/>
      <w:lvlJc w:val="left"/>
      <w:pPr>
        <w:ind w:left="6688" w:hanging="361"/>
      </w:pPr>
      <w:rPr>
        <w:rFonts w:hint="default"/>
        <w:lang w:val="ru-RU" w:eastAsia="en-US" w:bidi="ar-SA"/>
      </w:rPr>
    </w:lvl>
    <w:lvl w:ilvl="7" w:tplc="5A5CE5C2">
      <w:numFmt w:val="bullet"/>
      <w:lvlText w:val="•"/>
      <w:lvlJc w:val="left"/>
      <w:pPr>
        <w:ind w:left="7716" w:hanging="361"/>
      </w:pPr>
      <w:rPr>
        <w:rFonts w:hint="default"/>
        <w:lang w:val="ru-RU" w:eastAsia="en-US" w:bidi="ar-SA"/>
      </w:rPr>
    </w:lvl>
    <w:lvl w:ilvl="8" w:tplc="E7CE5682">
      <w:numFmt w:val="bullet"/>
      <w:lvlText w:val="•"/>
      <w:lvlJc w:val="left"/>
      <w:pPr>
        <w:ind w:left="8744" w:hanging="361"/>
      </w:pPr>
      <w:rPr>
        <w:rFonts w:hint="default"/>
        <w:lang w:val="ru-RU" w:eastAsia="en-US" w:bidi="ar-SA"/>
      </w:rPr>
    </w:lvl>
  </w:abstractNum>
  <w:abstractNum w:abstractNumId="20" w15:restartNumberingAfterBreak="0">
    <w:nsid w:val="3B51426F"/>
    <w:multiLevelType w:val="hybridMultilevel"/>
    <w:tmpl w:val="B17A3696"/>
    <w:lvl w:ilvl="0" w:tplc="EFAEACB2">
      <w:start w:val="1"/>
      <w:numFmt w:val="bullet"/>
      <w:lvlText w:val=""/>
      <w:lvlJc w:val="left"/>
      <w:pPr>
        <w:ind w:left="502" w:hanging="360"/>
      </w:pPr>
      <w:rPr>
        <w:rFonts w:ascii="Symbol" w:hAnsi="Symbol" w:hint="default"/>
        <w:sz w:val="24"/>
        <w:szCs w:val="24"/>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1" w15:restartNumberingAfterBreak="0">
    <w:nsid w:val="47677D41"/>
    <w:multiLevelType w:val="hybridMultilevel"/>
    <w:tmpl w:val="0E787EF8"/>
    <w:lvl w:ilvl="0" w:tplc="4DF6704E">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CA469824">
      <w:numFmt w:val="bullet"/>
      <w:lvlText w:val="•"/>
      <w:lvlJc w:val="left"/>
      <w:pPr>
        <w:ind w:left="1548" w:hanging="361"/>
      </w:pPr>
      <w:rPr>
        <w:rFonts w:hint="default"/>
        <w:lang w:val="ru-RU" w:eastAsia="en-US" w:bidi="ar-SA"/>
      </w:rPr>
    </w:lvl>
    <w:lvl w:ilvl="2" w:tplc="25524362">
      <w:numFmt w:val="bullet"/>
      <w:lvlText w:val="•"/>
      <w:lvlJc w:val="left"/>
      <w:pPr>
        <w:ind w:left="2576" w:hanging="361"/>
      </w:pPr>
      <w:rPr>
        <w:rFonts w:hint="default"/>
        <w:lang w:val="ru-RU" w:eastAsia="en-US" w:bidi="ar-SA"/>
      </w:rPr>
    </w:lvl>
    <w:lvl w:ilvl="3" w:tplc="77928BFC">
      <w:numFmt w:val="bullet"/>
      <w:lvlText w:val="•"/>
      <w:lvlJc w:val="left"/>
      <w:pPr>
        <w:ind w:left="3604" w:hanging="361"/>
      </w:pPr>
      <w:rPr>
        <w:rFonts w:hint="default"/>
        <w:lang w:val="ru-RU" w:eastAsia="en-US" w:bidi="ar-SA"/>
      </w:rPr>
    </w:lvl>
    <w:lvl w:ilvl="4" w:tplc="B6EE46DC">
      <w:numFmt w:val="bullet"/>
      <w:lvlText w:val="•"/>
      <w:lvlJc w:val="left"/>
      <w:pPr>
        <w:ind w:left="4632" w:hanging="361"/>
      </w:pPr>
      <w:rPr>
        <w:rFonts w:hint="default"/>
        <w:lang w:val="ru-RU" w:eastAsia="en-US" w:bidi="ar-SA"/>
      </w:rPr>
    </w:lvl>
    <w:lvl w:ilvl="5" w:tplc="E6F4B9BC">
      <w:numFmt w:val="bullet"/>
      <w:lvlText w:val="•"/>
      <w:lvlJc w:val="left"/>
      <w:pPr>
        <w:ind w:left="5660" w:hanging="361"/>
      </w:pPr>
      <w:rPr>
        <w:rFonts w:hint="default"/>
        <w:lang w:val="ru-RU" w:eastAsia="en-US" w:bidi="ar-SA"/>
      </w:rPr>
    </w:lvl>
    <w:lvl w:ilvl="6" w:tplc="196C8D42">
      <w:numFmt w:val="bullet"/>
      <w:lvlText w:val="•"/>
      <w:lvlJc w:val="left"/>
      <w:pPr>
        <w:ind w:left="6688" w:hanging="361"/>
      </w:pPr>
      <w:rPr>
        <w:rFonts w:hint="default"/>
        <w:lang w:val="ru-RU" w:eastAsia="en-US" w:bidi="ar-SA"/>
      </w:rPr>
    </w:lvl>
    <w:lvl w:ilvl="7" w:tplc="C21665F4">
      <w:numFmt w:val="bullet"/>
      <w:lvlText w:val="•"/>
      <w:lvlJc w:val="left"/>
      <w:pPr>
        <w:ind w:left="7716" w:hanging="361"/>
      </w:pPr>
      <w:rPr>
        <w:rFonts w:hint="default"/>
        <w:lang w:val="ru-RU" w:eastAsia="en-US" w:bidi="ar-SA"/>
      </w:rPr>
    </w:lvl>
    <w:lvl w:ilvl="8" w:tplc="DC8A4210">
      <w:numFmt w:val="bullet"/>
      <w:lvlText w:val="•"/>
      <w:lvlJc w:val="left"/>
      <w:pPr>
        <w:ind w:left="8744" w:hanging="361"/>
      </w:pPr>
      <w:rPr>
        <w:rFonts w:hint="default"/>
        <w:lang w:val="ru-RU" w:eastAsia="en-US" w:bidi="ar-SA"/>
      </w:rPr>
    </w:lvl>
  </w:abstractNum>
  <w:abstractNum w:abstractNumId="22" w15:restartNumberingAfterBreak="0">
    <w:nsid w:val="4B304743"/>
    <w:multiLevelType w:val="hybridMultilevel"/>
    <w:tmpl w:val="3AA2A4E8"/>
    <w:lvl w:ilvl="0" w:tplc="FD5EB73A">
      <w:start w:val="1"/>
      <w:numFmt w:val="decimal"/>
      <w:lvlText w:val="%1"/>
      <w:lvlJc w:val="left"/>
      <w:pPr>
        <w:ind w:left="241" w:hanging="136"/>
      </w:pPr>
      <w:rPr>
        <w:rFonts w:ascii="Times New Roman" w:eastAsia="Times New Roman" w:hAnsi="Times New Roman" w:cs="Times New Roman" w:hint="default"/>
        <w:b/>
        <w:bCs/>
        <w:w w:val="100"/>
        <w:sz w:val="18"/>
        <w:szCs w:val="18"/>
        <w:lang w:val="ru-RU" w:eastAsia="en-US" w:bidi="ar-SA"/>
      </w:rPr>
    </w:lvl>
    <w:lvl w:ilvl="1" w:tplc="AB02EBE0">
      <w:numFmt w:val="bullet"/>
      <w:lvlText w:val="•"/>
      <w:lvlJc w:val="left"/>
      <w:pPr>
        <w:ind w:left="1790" w:hanging="136"/>
      </w:pPr>
      <w:rPr>
        <w:rFonts w:hint="default"/>
        <w:lang w:val="ru-RU" w:eastAsia="en-US" w:bidi="ar-SA"/>
      </w:rPr>
    </w:lvl>
    <w:lvl w:ilvl="2" w:tplc="72A236D0">
      <w:numFmt w:val="bullet"/>
      <w:lvlText w:val="•"/>
      <w:lvlJc w:val="left"/>
      <w:pPr>
        <w:ind w:left="3340" w:hanging="136"/>
      </w:pPr>
      <w:rPr>
        <w:rFonts w:hint="default"/>
        <w:lang w:val="ru-RU" w:eastAsia="en-US" w:bidi="ar-SA"/>
      </w:rPr>
    </w:lvl>
    <w:lvl w:ilvl="3" w:tplc="5150BF00">
      <w:numFmt w:val="bullet"/>
      <w:lvlText w:val="•"/>
      <w:lvlJc w:val="left"/>
      <w:pPr>
        <w:ind w:left="4890" w:hanging="136"/>
      </w:pPr>
      <w:rPr>
        <w:rFonts w:hint="default"/>
        <w:lang w:val="ru-RU" w:eastAsia="en-US" w:bidi="ar-SA"/>
      </w:rPr>
    </w:lvl>
    <w:lvl w:ilvl="4" w:tplc="DF74EA00">
      <w:numFmt w:val="bullet"/>
      <w:lvlText w:val="•"/>
      <w:lvlJc w:val="left"/>
      <w:pPr>
        <w:ind w:left="6440" w:hanging="136"/>
      </w:pPr>
      <w:rPr>
        <w:rFonts w:hint="default"/>
        <w:lang w:val="ru-RU" w:eastAsia="en-US" w:bidi="ar-SA"/>
      </w:rPr>
    </w:lvl>
    <w:lvl w:ilvl="5" w:tplc="A1D6FC84">
      <w:numFmt w:val="bullet"/>
      <w:lvlText w:val="•"/>
      <w:lvlJc w:val="left"/>
      <w:pPr>
        <w:ind w:left="7990" w:hanging="136"/>
      </w:pPr>
      <w:rPr>
        <w:rFonts w:hint="default"/>
        <w:lang w:val="ru-RU" w:eastAsia="en-US" w:bidi="ar-SA"/>
      </w:rPr>
    </w:lvl>
    <w:lvl w:ilvl="6" w:tplc="FC5C195C">
      <w:numFmt w:val="bullet"/>
      <w:lvlText w:val="•"/>
      <w:lvlJc w:val="left"/>
      <w:pPr>
        <w:ind w:left="9540" w:hanging="136"/>
      </w:pPr>
      <w:rPr>
        <w:rFonts w:hint="default"/>
        <w:lang w:val="ru-RU" w:eastAsia="en-US" w:bidi="ar-SA"/>
      </w:rPr>
    </w:lvl>
    <w:lvl w:ilvl="7" w:tplc="28720AC0">
      <w:numFmt w:val="bullet"/>
      <w:lvlText w:val="•"/>
      <w:lvlJc w:val="left"/>
      <w:pPr>
        <w:ind w:left="11090" w:hanging="136"/>
      </w:pPr>
      <w:rPr>
        <w:rFonts w:hint="default"/>
        <w:lang w:val="ru-RU" w:eastAsia="en-US" w:bidi="ar-SA"/>
      </w:rPr>
    </w:lvl>
    <w:lvl w:ilvl="8" w:tplc="CA84A8A4">
      <w:numFmt w:val="bullet"/>
      <w:lvlText w:val="•"/>
      <w:lvlJc w:val="left"/>
      <w:pPr>
        <w:ind w:left="12640" w:hanging="136"/>
      </w:pPr>
      <w:rPr>
        <w:rFonts w:hint="default"/>
        <w:lang w:val="ru-RU" w:eastAsia="en-US" w:bidi="ar-SA"/>
      </w:rPr>
    </w:lvl>
  </w:abstractNum>
  <w:abstractNum w:abstractNumId="23" w15:restartNumberingAfterBreak="0">
    <w:nsid w:val="4EE5650F"/>
    <w:multiLevelType w:val="hybridMultilevel"/>
    <w:tmpl w:val="55260F5E"/>
    <w:lvl w:ilvl="0" w:tplc="013A7442">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A79C7A5C">
      <w:numFmt w:val="bullet"/>
      <w:lvlText w:val="•"/>
      <w:lvlJc w:val="left"/>
      <w:pPr>
        <w:ind w:left="1330" w:hanging="181"/>
      </w:pPr>
      <w:rPr>
        <w:rFonts w:hint="default"/>
        <w:lang w:val="ru-RU" w:eastAsia="en-US" w:bidi="ar-SA"/>
      </w:rPr>
    </w:lvl>
    <w:lvl w:ilvl="2" w:tplc="B28EA7DE">
      <w:numFmt w:val="bullet"/>
      <w:lvlText w:val="•"/>
      <w:lvlJc w:val="left"/>
      <w:pPr>
        <w:ind w:left="2380" w:hanging="181"/>
      </w:pPr>
      <w:rPr>
        <w:rFonts w:hint="default"/>
        <w:lang w:val="ru-RU" w:eastAsia="en-US" w:bidi="ar-SA"/>
      </w:rPr>
    </w:lvl>
    <w:lvl w:ilvl="3" w:tplc="A1D6018C">
      <w:numFmt w:val="bullet"/>
      <w:lvlText w:val="•"/>
      <w:lvlJc w:val="left"/>
      <w:pPr>
        <w:ind w:left="3430" w:hanging="181"/>
      </w:pPr>
      <w:rPr>
        <w:rFonts w:hint="default"/>
        <w:lang w:val="ru-RU" w:eastAsia="en-US" w:bidi="ar-SA"/>
      </w:rPr>
    </w:lvl>
    <w:lvl w:ilvl="4" w:tplc="C88AFA6C">
      <w:numFmt w:val="bullet"/>
      <w:lvlText w:val="•"/>
      <w:lvlJc w:val="left"/>
      <w:pPr>
        <w:ind w:left="4480" w:hanging="181"/>
      </w:pPr>
      <w:rPr>
        <w:rFonts w:hint="default"/>
        <w:lang w:val="ru-RU" w:eastAsia="en-US" w:bidi="ar-SA"/>
      </w:rPr>
    </w:lvl>
    <w:lvl w:ilvl="5" w:tplc="C6E2449A">
      <w:numFmt w:val="bullet"/>
      <w:lvlText w:val="•"/>
      <w:lvlJc w:val="left"/>
      <w:pPr>
        <w:ind w:left="5530" w:hanging="181"/>
      </w:pPr>
      <w:rPr>
        <w:rFonts w:hint="default"/>
        <w:lang w:val="ru-RU" w:eastAsia="en-US" w:bidi="ar-SA"/>
      </w:rPr>
    </w:lvl>
    <w:lvl w:ilvl="6" w:tplc="28B87110">
      <w:numFmt w:val="bullet"/>
      <w:lvlText w:val="•"/>
      <w:lvlJc w:val="left"/>
      <w:pPr>
        <w:ind w:left="6580" w:hanging="181"/>
      </w:pPr>
      <w:rPr>
        <w:rFonts w:hint="default"/>
        <w:lang w:val="ru-RU" w:eastAsia="en-US" w:bidi="ar-SA"/>
      </w:rPr>
    </w:lvl>
    <w:lvl w:ilvl="7" w:tplc="FF82E218">
      <w:numFmt w:val="bullet"/>
      <w:lvlText w:val="•"/>
      <w:lvlJc w:val="left"/>
      <w:pPr>
        <w:ind w:left="7630" w:hanging="181"/>
      </w:pPr>
      <w:rPr>
        <w:rFonts w:hint="default"/>
        <w:lang w:val="ru-RU" w:eastAsia="en-US" w:bidi="ar-SA"/>
      </w:rPr>
    </w:lvl>
    <w:lvl w:ilvl="8" w:tplc="7804B2CC">
      <w:numFmt w:val="bullet"/>
      <w:lvlText w:val="•"/>
      <w:lvlJc w:val="left"/>
      <w:pPr>
        <w:ind w:left="8680" w:hanging="181"/>
      </w:pPr>
      <w:rPr>
        <w:rFonts w:hint="default"/>
        <w:lang w:val="ru-RU" w:eastAsia="en-US" w:bidi="ar-SA"/>
      </w:rPr>
    </w:lvl>
  </w:abstractNum>
  <w:abstractNum w:abstractNumId="24" w15:restartNumberingAfterBreak="0">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CAB5F3F"/>
    <w:multiLevelType w:val="hybridMultilevel"/>
    <w:tmpl w:val="79D8D6C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54E252C"/>
    <w:multiLevelType w:val="hybridMultilevel"/>
    <w:tmpl w:val="A92CAADC"/>
    <w:lvl w:ilvl="0" w:tplc="5B3ED9C8">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513CC522">
      <w:numFmt w:val="bullet"/>
      <w:lvlText w:val="•"/>
      <w:lvlJc w:val="left"/>
      <w:pPr>
        <w:ind w:left="1330" w:hanging="181"/>
      </w:pPr>
      <w:rPr>
        <w:rFonts w:hint="default"/>
        <w:lang w:val="ru-RU" w:eastAsia="en-US" w:bidi="ar-SA"/>
      </w:rPr>
    </w:lvl>
    <w:lvl w:ilvl="2" w:tplc="50C61084">
      <w:numFmt w:val="bullet"/>
      <w:lvlText w:val="•"/>
      <w:lvlJc w:val="left"/>
      <w:pPr>
        <w:ind w:left="2380" w:hanging="181"/>
      </w:pPr>
      <w:rPr>
        <w:rFonts w:hint="default"/>
        <w:lang w:val="ru-RU" w:eastAsia="en-US" w:bidi="ar-SA"/>
      </w:rPr>
    </w:lvl>
    <w:lvl w:ilvl="3" w:tplc="F3A46B7A">
      <w:numFmt w:val="bullet"/>
      <w:lvlText w:val="•"/>
      <w:lvlJc w:val="left"/>
      <w:pPr>
        <w:ind w:left="3430" w:hanging="181"/>
      </w:pPr>
      <w:rPr>
        <w:rFonts w:hint="default"/>
        <w:lang w:val="ru-RU" w:eastAsia="en-US" w:bidi="ar-SA"/>
      </w:rPr>
    </w:lvl>
    <w:lvl w:ilvl="4" w:tplc="91BA092A">
      <w:numFmt w:val="bullet"/>
      <w:lvlText w:val="•"/>
      <w:lvlJc w:val="left"/>
      <w:pPr>
        <w:ind w:left="4480" w:hanging="181"/>
      </w:pPr>
      <w:rPr>
        <w:rFonts w:hint="default"/>
        <w:lang w:val="ru-RU" w:eastAsia="en-US" w:bidi="ar-SA"/>
      </w:rPr>
    </w:lvl>
    <w:lvl w:ilvl="5" w:tplc="12300E68">
      <w:numFmt w:val="bullet"/>
      <w:lvlText w:val="•"/>
      <w:lvlJc w:val="left"/>
      <w:pPr>
        <w:ind w:left="5530" w:hanging="181"/>
      </w:pPr>
      <w:rPr>
        <w:rFonts w:hint="default"/>
        <w:lang w:val="ru-RU" w:eastAsia="en-US" w:bidi="ar-SA"/>
      </w:rPr>
    </w:lvl>
    <w:lvl w:ilvl="6" w:tplc="17CEA754">
      <w:numFmt w:val="bullet"/>
      <w:lvlText w:val="•"/>
      <w:lvlJc w:val="left"/>
      <w:pPr>
        <w:ind w:left="6580" w:hanging="181"/>
      </w:pPr>
      <w:rPr>
        <w:rFonts w:hint="default"/>
        <w:lang w:val="ru-RU" w:eastAsia="en-US" w:bidi="ar-SA"/>
      </w:rPr>
    </w:lvl>
    <w:lvl w:ilvl="7" w:tplc="EE4C7078">
      <w:numFmt w:val="bullet"/>
      <w:lvlText w:val="•"/>
      <w:lvlJc w:val="left"/>
      <w:pPr>
        <w:ind w:left="7630" w:hanging="181"/>
      </w:pPr>
      <w:rPr>
        <w:rFonts w:hint="default"/>
        <w:lang w:val="ru-RU" w:eastAsia="en-US" w:bidi="ar-SA"/>
      </w:rPr>
    </w:lvl>
    <w:lvl w:ilvl="8" w:tplc="0F103672">
      <w:numFmt w:val="bullet"/>
      <w:lvlText w:val="•"/>
      <w:lvlJc w:val="left"/>
      <w:pPr>
        <w:ind w:left="8680" w:hanging="181"/>
      </w:pPr>
      <w:rPr>
        <w:rFonts w:hint="default"/>
        <w:lang w:val="ru-RU" w:eastAsia="en-US" w:bidi="ar-SA"/>
      </w:rPr>
    </w:lvl>
  </w:abstractNum>
  <w:abstractNum w:abstractNumId="27" w15:restartNumberingAfterBreak="0">
    <w:nsid w:val="69871FC9"/>
    <w:multiLevelType w:val="hybridMultilevel"/>
    <w:tmpl w:val="C9B82F7A"/>
    <w:lvl w:ilvl="0" w:tplc="FCE2FFFA">
      <w:start w:val="1"/>
      <w:numFmt w:val="decimal"/>
      <w:lvlText w:val="%1."/>
      <w:lvlJc w:val="left"/>
      <w:pPr>
        <w:ind w:left="720" w:hanging="360"/>
      </w:pPr>
      <w:rPr>
        <w:rFonts w:ascii="Times New Roman" w:eastAsia="Times New Roman" w:hAnsi="Times New Roman"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25"/>
  </w:num>
  <w:num w:numId="12">
    <w:abstractNumId w:val="12"/>
  </w:num>
  <w:num w:numId="13">
    <w:abstractNumId w:val="20"/>
  </w:num>
  <w:num w:numId="14">
    <w:abstractNumId w:val="18"/>
  </w:num>
  <w:num w:numId="15">
    <w:abstractNumId w:val="24"/>
  </w:num>
  <w:num w:numId="16">
    <w:abstractNumId w:val="17"/>
  </w:num>
  <w:num w:numId="17">
    <w:abstractNumId w:val="11"/>
  </w:num>
  <w:num w:numId="18">
    <w:abstractNumId w:val="27"/>
  </w:num>
  <w:num w:numId="19">
    <w:abstractNumId w:val="14"/>
  </w:num>
  <w:num w:numId="20">
    <w:abstractNumId w:val="23"/>
  </w:num>
  <w:num w:numId="21">
    <w:abstractNumId w:val="26"/>
  </w:num>
  <w:num w:numId="22">
    <w:abstractNumId w:val="9"/>
  </w:num>
  <w:num w:numId="23">
    <w:abstractNumId w:val="16"/>
  </w:num>
  <w:num w:numId="24">
    <w:abstractNumId w:val="22"/>
  </w:num>
  <w:num w:numId="25">
    <w:abstractNumId w:val="10"/>
  </w:num>
  <w:num w:numId="26">
    <w:abstractNumId w:val="19"/>
  </w:num>
  <w:num w:numId="27">
    <w:abstractNumId w:val="21"/>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19FD"/>
    <w:rsid w:val="00034616"/>
    <w:rsid w:val="00046F1D"/>
    <w:rsid w:val="0006063C"/>
    <w:rsid w:val="000C5F05"/>
    <w:rsid w:val="00107395"/>
    <w:rsid w:val="0015074B"/>
    <w:rsid w:val="001D5A31"/>
    <w:rsid w:val="002873D8"/>
    <w:rsid w:val="0029639D"/>
    <w:rsid w:val="00326F90"/>
    <w:rsid w:val="00361C16"/>
    <w:rsid w:val="004C1577"/>
    <w:rsid w:val="0051643E"/>
    <w:rsid w:val="00540609"/>
    <w:rsid w:val="00563267"/>
    <w:rsid w:val="005E1DB5"/>
    <w:rsid w:val="005E6F34"/>
    <w:rsid w:val="005F0CF1"/>
    <w:rsid w:val="00643805"/>
    <w:rsid w:val="00680377"/>
    <w:rsid w:val="006A2BAE"/>
    <w:rsid w:val="006D5F6A"/>
    <w:rsid w:val="007D252F"/>
    <w:rsid w:val="00894F89"/>
    <w:rsid w:val="008B4F42"/>
    <w:rsid w:val="008F4277"/>
    <w:rsid w:val="009C391C"/>
    <w:rsid w:val="00A004DA"/>
    <w:rsid w:val="00A3294A"/>
    <w:rsid w:val="00A85407"/>
    <w:rsid w:val="00AA1D8D"/>
    <w:rsid w:val="00AA5A8F"/>
    <w:rsid w:val="00B47730"/>
    <w:rsid w:val="00BC049C"/>
    <w:rsid w:val="00BF3AA7"/>
    <w:rsid w:val="00C41DDF"/>
    <w:rsid w:val="00C467D3"/>
    <w:rsid w:val="00C56902"/>
    <w:rsid w:val="00C75735"/>
    <w:rsid w:val="00CB0664"/>
    <w:rsid w:val="00D276F5"/>
    <w:rsid w:val="00D37AE1"/>
    <w:rsid w:val="00E16DEF"/>
    <w:rsid w:val="00E374A8"/>
    <w:rsid w:val="00E4488A"/>
    <w:rsid w:val="00ED3E7C"/>
    <w:rsid w:val="00F06DA5"/>
    <w:rsid w:val="00F07D96"/>
    <w:rsid w:val="00F138B2"/>
    <w:rsid w:val="00F150A0"/>
    <w:rsid w:val="00F242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856F8D"/>
  <w14:defaultImageDpi w14:val="300"/>
  <w15:docId w15:val="{1CC9B3A2-D91B-4608-8AE8-E3170D635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1"/>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1"/>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1"/>
    <w:qFormat/>
    <w:rsid w:val="00FC693F"/>
    <w:pPr>
      <w:ind w:left="720"/>
      <w:contextualSpacing/>
    </w:pPr>
  </w:style>
  <w:style w:type="paragraph" w:styleId="af">
    <w:name w:val="Body Text"/>
    <w:basedOn w:val="a1"/>
    <w:link w:val="af0"/>
    <w:uiPriority w:val="1"/>
    <w:unhideWhenUsed/>
    <w:qFormat/>
    <w:rsid w:val="00AA1D8D"/>
    <w:pPr>
      <w:spacing w:after="120"/>
    </w:pPr>
  </w:style>
  <w:style w:type="character" w:customStyle="1" w:styleId="af0">
    <w:name w:val="Основной текст Знак"/>
    <w:basedOn w:val="a2"/>
    <w:link w:val="af"/>
    <w:uiPriority w:val="1"/>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F150A0"/>
    <w:pPr>
      <w:spacing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F150A0"/>
    <w:rPr>
      <w:rFonts w:ascii="Segoe UI" w:hAnsi="Segoe UI" w:cs="Segoe UI"/>
      <w:sz w:val="18"/>
      <w:szCs w:val="18"/>
    </w:rPr>
  </w:style>
  <w:style w:type="table" w:customStyle="1" w:styleId="TableNormal">
    <w:name w:val="Table Normal"/>
    <w:uiPriority w:val="2"/>
    <w:semiHidden/>
    <w:unhideWhenUsed/>
    <w:qFormat/>
    <w:rsid w:val="00D276F5"/>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276F5"/>
    <w:pPr>
      <w:widowControl w:val="0"/>
      <w:autoSpaceDE w:val="0"/>
      <w:autoSpaceDN w:val="0"/>
      <w:spacing w:before="86" w:after="0" w:line="240" w:lineRule="auto"/>
      <w:ind w:left="77"/>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134518">
      <w:bodyDiv w:val="1"/>
      <w:marLeft w:val="0"/>
      <w:marRight w:val="0"/>
      <w:marTop w:val="0"/>
      <w:marBottom w:val="0"/>
      <w:divBdr>
        <w:top w:val="none" w:sz="0" w:space="0" w:color="auto"/>
        <w:left w:val="none" w:sz="0" w:space="0" w:color="auto"/>
        <w:bottom w:val="none" w:sz="0" w:space="0" w:color="auto"/>
        <w:right w:val="none" w:sz="0" w:space="0" w:color="auto"/>
      </w:divBdr>
    </w:div>
    <w:div w:id="482936029">
      <w:bodyDiv w:val="1"/>
      <w:marLeft w:val="0"/>
      <w:marRight w:val="0"/>
      <w:marTop w:val="0"/>
      <w:marBottom w:val="0"/>
      <w:divBdr>
        <w:top w:val="none" w:sz="0" w:space="0" w:color="auto"/>
        <w:left w:val="none" w:sz="0" w:space="0" w:color="auto"/>
        <w:bottom w:val="none" w:sz="0" w:space="0" w:color="auto"/>
        <w:right w:val="none" w:sz="0" w:space="0" w:color="auto"/>
      </w:divBdr>
    </w:div>
    <w:div w:id="724715075">
      <w:bodyDiv w:val="1"/>
      <w:marLeft w:val="0"/>
      <w:marRight w:val="0"/>
      <w:marTop w:val="0"/>
      <w:marBottom w:val="0"/>
      <w:divBdr>
        <w:top w:val="none" w:sz="0" w:space="0" w:color="auto"/>
        <w:left w:val="none" w:sz="0" w:space="0" w:color="auto"/>
        <w:bottom w:val="none" w:sz="0" w:space="0" w:color="auto"/>
        <w:right w:val="none" w:sz="0" w:space="0" w:color="auto"/>
      </w:divBdr>
    </w:div>
    <w:div w:id="801381846">
      <w:bodyDiv w:val="1"/>
      <w:marLeft w:val="0"/>
      <w:marRight w:val="0"/>
      <w:marTop w:val="0"/>
      <w:marBottom w:val="0"/>
      <w:divBdr>
        <w:top w:val="none" w:sz="0" w:space="0" w:color="auto"/>
        <w:left w:val="none" w:sz="0" w:space="0" w:color="auto"/>
        <w:bottom w:val="none" w:sz="0" w:space="0" w:color="auto"/>
        <w:right w:val="none" w:sz="0" w:space="0" w:color="auto"/>
      </w:divBdr>
    </w:div>
    <w:div w:id="982386302">
      <w:bodyDiv w:val="1"/>
      <w:marLeft w:val="0"/>
      <w:marRight w:val="0"/>
      <w:marTop w:val="0"/>
      <w:marBottom w:val="0"/>
      <w:divBdr>
        <w:top w:val="none" w:sz="0" w:space="0" w:color="auto"/>
        <w:left w:val="none" w:sz="0" w:space="0" w:color="auto"/>
        <w:bottom w:val="none" w:sz="0" w:space="0" w:color="auto"/>
        <w:right w:val="none" w:sz="0" w:space="0" w:color="auto"/>
      </w:divBdr>
    </w:div>
    <w:div w:id="1117216388">
      <w:bodyDiv w:val="1"/>
      <w:marLeft w:val="0"/>
      <w:marRight w:val="0"/>
      <w:marTop w:val="0"/>
      <w:marBottom w:val="0"/>
      <w:divBdr>
        <w:top w:val="none" w:sz="0" w:space="0" w:color="auto"/>
        <w:left w:val="none" w:sz="0" w:space="0" w:color="auto"/>
        <w:bottom w:val="none" w:sz="0" w:space="0" w:color="auto"/>
        <w:right w:val="none" w:sz="0" w:space="0" w:color="auto"/>
      </w:divBdr>
    </w:div>
    <w:div w:id="1373263119">
      <w:bodyDiv w:val="1"/>
      <w:marLeft w:val="0"/>
      <w:marRight w:val="0"/>
      <w:marTop w:val="0"/>
      <w:marBottom w:val="0"/>
      <w:divBdr>
        <w:top w:val="none" w:sz="0" w:space="0" w:color="auto"/>
        <w:left w:val="none" w:sz="0" w:space="0" w:color="auto"/>
        <w:bottom w:val="none" w:sz="0" w:space="0" w:color="auto"/>
        <w:right w:val="none" w:sz="0" w:space="0" w:color="auto"/>
      </w:divBdr>
    </w:div>
    <w:div w:id="1489782282">
      <w:bodyDiv w:val="1"/>
      <w:marLeft w:val="0"/>
      <w:marRight w:val="0"/>
      <w:marTop w:val="0"/>
      <w:marBottom w:val="0"/>
      <w:divBdr>
        <w:top w:val="none" w:sz="0" w:space="0" w:color="auto"/>
        <w:left w:val="none" w:sz="0" w:space="0" w:color="auto"/>
        <w:bottom w:val="none" w:sz="0" w:space="0" w:color="auto"/>
        <w:right w:val="none" w:sz="0" w:space="0" w:color="auto"/>
      </w:divBdr>
    </w:div>
    <w:div w:id="1767573980">
      <w:bodyDiv w:val="1"/>
      <w:marLeft w:val="0"/>
      <w:marRight w:val="0"/>
      <w:marTop w:val="0"/>
      <w:marBottom w:val="0"/>
      <w:divBdr>
        <w:top w:val="none" w:sz="0" w:space="0" w:color="auto"/>
        <w:left w:val="none" w:sz="0" w:space="0" w:color="auto"/>
        <w:bottom w:val="none" w:sz="0" w:space="0" w:color="auto"/>
        <w:right w:val="none" w:sz="0" w:space="0" w:color="auto"/>
      </w:divBdr>
    </w:div>
    <w:div w:id="1798329163">
      <w:bodyDiv w:val="1"/>
      <w:marLeft w:val="0"/>
      <w:marRight w:val="0"/>
      <w:marTop w:val="0"/>
      <w:marBottom w:val="0"/>
      <w:divBdr>
        <w:top w:val="none" w:sz="0" w:space="0" w:color="auto"/>
        <w:left w:val="none" w:sz="0" w:space="0" w:color="auto"/>
        <w:bottom w:val="none" w:sz="0" w:space="0" w:color="auto"/>
        <w:right w:val="none" w:sz="0" w:space="0" w:color="auto"/>
      </w:divBdr>
    </w:div>
    <w:div w:id="1798794599">
      <w:bodyDiv w:val="1"/>
      <w:marLeft w:val="0"/>
      <w:marRight w:val="0"/>
      <w:marTop w:val="0"/>
      <w:marBottom w:val="0"/>
      <w:divBdr>
        <w:top w:val="none" w:sz="0" w:space="0" w:color="auto"/>
        <w:left w:val="none" w:sz="0" w:space="0" w:color="auto"/>
        <w:bottom w:val="none" w:sz="0" w:space="0" w:color="auto"/>
        <w:right w:val="none" w:sz="0" w:space="0" w:color="auto"/>
      </w:divBdr>
    </w:div>
    <w:div w:id="1929147381">
      <w:bodyDiv w:val="1"/>
      <w:marLeft w:val="0"/>
      <w:marRight w:val="0"/>
      <w:marTop w:val="0"/>
      <w:marBottom w:val="0"/>
      <w:divBdr>
        <w:top w:val="none" w:sz="0" w:space="0" w:color="auto"/>
        <w:left w:val="none" w:sz="0" w:space="0" w:color="auto"/>
        <w:bottom w:val="none" w:sz="0" w:space="0" w:color="auto"/>
        <w:right w:val="none" w:sz="0" w:space="0" w:color="auto"/>
      </w:divBdr>
    </w:div>
    <w:div w:id="1963026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edsovet.su/" TargetMode="External"/><Relationship Id="rId18" Type="http://schemas.openxmlformats.org/officeDocument/2006/relationships/hyperlink" Target="http://pedsovet.su/" TargetMode="External"/><Relationship Id="rId26" Type="http://schemas.openxmlformats.org/officeDocument/2006/relationships/hyperlink" Target="http://school-collektion.edu/ru" TargetMode="External"/><Relationship Id="rId39" Type="http://schemas.openxmlformats.org/officeDocument/2006/relationships/theme" Target="theme/theme1.xml"/><Relationship Id="rId21" Type="http://schemas.openxmlformats.org/officeDocument/2006/relationships/hyperlink" Target="http://pedsovet.su/" TargetMode="External"/><Relationship Id="rId34" Type="http://schemas.openxmlformats.org/officeDocument/2006/relationships/hyperlink" Target="http://school-collektion.edu/ru" TargetMode="External"/><Relationship Id="rId7" Type="http://schemas.openxmlformats.org/officeDocument/2006/relationships/endnotes" Target="endnotes.xml"/><Relationship Id="rId12" Type="http://schemas.openxmlformats.org/officeDocument/2006/relationships/hyperlink" Target="http://pedsovet.su/" TargetMode="External"/><Relationship Id="rId17" Type="http://schemas.openxmlformats.org/officeDocument/2006/relationships/hyperlink" Target="http://pedsovet.su/" TargetMode="External"/><Relationship Id="rId25" Type="http://schemas.openxmlformats.org/officeDocument/2006/relationships/hyperlink" Target="http://school-collektion.edu/ru" TargetMode="External"/><Relationship Id="rId33" Type="http://schemas.openxmlformats.org/officeDocument/2006/relationships/hyperlink" Target="http://school-collektion.edu/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edsovet.su/" TargetMode="External"/><Relationship Id="rId20" Type="http://schemas.openxmlformats.org/officeDocument/2006/relationships/hyperlink" Target="http://pedsovet.su/" TargetMode="External"/><Relationship Id="rId29" Type="http://schemas.openxmlformats.org/officeDocument/2006/relationships/hyperlink" Target="http://school-collektion.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dsovet.su/" TargetMode="External"/><Relationship Id="rId24" Type="http://schemas.openxmlformats.org/officeDocument/2006/relationships/hyperlink" Target="http://school-collektion.edu/ru" TargetMode="External"/><Relationship Id="rId32" Type="http://schemas.openxmlformats.org/officeDocument/2006/relationships/hyperlink" Target="http://school-collektion.edu/ru" TargetMode="External"/><Relationship Id="rId37" Type="http://schemas.openxmlformats.org/officeDocument/2006/relationships/hyperlink" Target="http://school-collektion.edu/ru" TargetMode="External"/><Relationship Id="rId5" Type="http://schemas.openxmlformats.org/officeDocument/2006/relationships/webSettings" Target="webSettings.xml"/><Relationship Id="rId15" Type="http://schemas.openxmlformats.org/officeDocument/2006/relationships/hyperlink" Target="http://pedsovet.su/" TargetMode="External"/><Relationship Id="rId23" Type="http://schemas.openxmlformats.org/officeDocument/2006/relationships/hyperlink" Target="http://school-collektion.edu/ru" TargetMode="External"/><Relationship Id="rId28" Type="http://schemas.openxmlformats.org/officeDocument/2006/relationships/hyperlink" Target="http://school-collektion.edu/ru" TargetMode="External"/><Relationship Id="rId36" Type="http://schemas.openxmlformats.org/officeDocument/2006/relationships/hyperlink" Target="http://school-collektion.edu/ru" TargetMode="External"/><Relationship Id="rId10" Type="http://schemas.openxmlformats.org/officeDocument/2006/relationships/hyperlink" Target="http://pedsovet.su/" TargetMode="External"/><Relationship Id="rId19" Type="http://schemas.openxmlformats.org/officeDocument/2006/relationships/hyperlink" Target="http://pedsovet.su/" TargetMode="External"/><Relationship Id="rId31" Type="http://schemas.openxmlformats.org/officeDocument/2006/relationships/hyperlink" Target="http://school-collektion.edu/ru" TargetMode="External"/><Relationship Id="rId4" Type="http://schemas.openxmlformats.org/officeDocument/2006/relationships/settings" Target="settings.xml"/><Relationship Id="rId9" Type="http://schemas.openxmlformats.org/officeDocument/2006/relationships/hyperlink" Target="http://pedsovet.su/" TargetMode="External"/><Relationship Id="rId14" Type="http://schemas.openxmlformats.org/officeDocument/2006/relationships/hyperlink" Target="http://pedsovet.su/" TargetMode="External"/><Relationship Id="rId22" Type="http://schemas.openxmlformats.org/officeDocument/2006/relationships/hyperlink" Target="http://school-collektion.edu/ru" TargetMode="External"/><Relationship Id="rId27" Type="http://schemas.openxmlformats.org/officeDocument/2006/relationships/hyperlink" Target="http://school-collektion.edu/ru" TargetMode="External"/><Relationship Id="rId30" Type="http://schemas.openxmlformats.org/officeDocument/2006/relationships/hyperlink" Target="http://school-collektion.edu/ru" TargetMode="External"/><Relationship Id="rId35" Type="http://schemas.openxmlformats.org/officeDocument/2006/relationships/hyperlink" Target="http://school-collektion.edu/ru"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2955D-D215-4569-B885-A72812008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14386</Words>
  <Characters>82006</Characters>
  <Application>Microsoft Office Word</Application>
  <DocSecurity>0</DocSecurity>
  <Lines>683</Lines>
  <Paragraphs>192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96200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Егорова</cp:lastModifiedBy>
  <cp:revision>26</cp:revision>
  <cp:lastPrinted>2022-10-18T06:30:00Z</cp:lastPrinted>
  <dcterms:created xsi:type="dcterms:W3CDTF">2013-12-23T23:15:00Z</dcterms:created>
  <dcterms:modified xsi:type="dcterms:W3CDTF">2023-02-22T06:16:00Z</dcterms:modified>
  <cp:category/>
</cp:coreProperties>
</file>